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16E4C" w14:textId="00C14E94" w:rsidR="00067DE2" w:rsidRPr="00067DE2" w:rsidRDefault="00FC6F9B" w:rsidP="00067DE2">
      <w:pPr>
        <w:pStyle w:val="Titre"/>
        <w:spacing w:after="0"/>
      </w:pPr>
      <w:r>
        <w:t>Créer une entreprise et construire son business plan</w:t>
      </w:r>
    </w:p>
    <w:p w14:paraId="689CF211" w14:textId="7C9CDDA8" w:rsidR="00FC6F9B" w:rsidRDefault="00FC6F9B" w:rsidP="00FC6F9B">
      <w:pPr>
        <w:spacing w:after="0" w:line="240" w:lineRule="auto"/>
      </w:pPr>
      <w:r>
        <w:t xml:space="preserve">Fiche de cours détaillée </w:t>
      </w:r>
      <w:r>
        <w:t>-</w:t>
      </w:r>
      <w:r>
        <w:t xml:space="preserve"> Contrôle de gestion</w:t>
      </w:r>
    </w:p>
    <w:p w14:paraId="67FF703B" w14:textId="77777777" w:rsidR="00FC6F9B" w:rsidRDefault="00FC6F9B" w:rsidP="00FC6F9B">
      <w:pPr>
        <w:spacing w:after="0" w:line="240" w:lineRule="auto"/>
      </w:pPr>
      <w:r>
        <w:t>Le business plan, ou plan d’affaires, présente un projet d’entreprise, son marché, ses moyens et ses prévisions financières. Il explique comment l’activité peut trouver des clients, dégager une marge et financer son fonctionnement. Il sert à préparer la décision, à rechercher des ressources et à piloter la réalisation du projet.</w:t>
      </w:r>
    </w:p>
    <w:p w14:paraId="4D818384" w14:textId="77777777" w:rsidR="00FC6F9B" w:rsidRDefault="00FC6F9B" w:rsidP="00FC6F9B">
      <w:pPr>
        <w:spacing w:after="0" w:line="240" w:lineRule="auto"/>
      </w:pPr>
      <w:r>
        <w:t>Cette fiche est orientée vers la création d’entreprise. Elle montre comment constituer un dossier complet appuyé sur le business plan, préparer les justificatifs, mobiliser les aides et traduire le projet en prévisions financières. Elle relie les décisions commerciales aux moyens, au résultat, au cycle d’exploitation, à la trésorerie et au bilan. Des repères permettent aussi d’adapter la méthode à une reprise ou à un développement.</w:t>
      </w:r>
    </w:p>
    <w:p w14:paraId="3028E26C" w14:textId="174BFC36" w:rsidR="00067DE2" w:rsidRDefault="00067DE2">
      <w:pPr>
        <w:pStyle w:val="TM1"/>
        <w:tabs>
          <w:tab w:val="right" w:leader="dot" w:pos="10456"/>
        </w:tabs>
        <w:rPr>
          <w:rFonts w:eastAsiaTheme="minorEastAsia"/>
          <w:b w:val="0"/>
          <w:bCs w:val="0"/>
          <w:caps w:val="0"/>
          <w:noProof/>
          <w:sz w:val="24"/>
          <w:szCs w:val="24"/>
          <w:lang w:eastAsia="fr-FR"/>
        </w:rPr>
      </w:pPr>
      <w:r>
        <w:fldChar w:fldCharType="begin"/>
      </w:r>
      <w:r>
        <w:instrText xml:space="preserve"> TOC \o "1-1" \h \z \u </w:instrText>
      </w:r>
      <w:r>
        <w:fldChar w:fldCharType="separate"/>
      </w:r>
      <w:hyperlink w:anchor="_Toc241759571" w:history="1">
        <w:r w:rsidRPr="00AF7895">
          <w:rPr>
            <w:rStyle w:val="Lienhypertexte"/>
            <w:noProof/>
          </w:rPr>
          <w:t>1- Comprendre les fonctions du business plan</w:t>
        </w:r>
        <w:r>
          <w:rPr>
            <w:noProof/>
            <w:webHidden/>
          </w:rPr>
          <w:tab/>
        </w:r>
        <w:r>
          <w:rPr>
            <w:noProof/>
            <w:webHidden/>
          </w:rPr>
          <w:fldChar w:fldCharType="begin"/>
        </w:r>
        <w:r>
          <w:rPr>
            <w:noProof/>
            <w:webHidden/>
          </w:rPr>
          <w:instrText xml:space="preserve"> PAGEREF _Toc241759571 \h </w:instrText>
        </w:r>
        <w:r>
          <w:rPr>
            <w:noProof/>
            <w:webHidden/>
          </w:rPr>
        </w:r>
        <w:r>
          <w:rPr>
            <w:noProof/>
            <w:webHidden/>
          </w:rPr>
          <w:fldChar w:fldCharType="separate"/>
        </w:r>
        <w:r>
          <w:rPr>
            <w:noProof/>
            <w:webHidden/>
          </w:rPr>
          <w:t>2</w:t>
        </w:r>
        <w:r>
          <w:rPr>
            <w:noProof/>
            <w:webHidden/>
          </w:rPr>
          <w:fldChar w:fldCharType="end"/>
        </w:r>
      </w:hyperlink>
    </w:p>
    <w:p w14:paraId="2B830A59" w14:textId="7071FA02" w:rsidR="00067DE2" w:rsidRDefault="00067DE2">
      <w:pPr>
        <w:pStyle w:val="TM1"/>
        <w:tabs>
          <w:tab w:val="right" w:leader="dot" w:pos="10456"/>
        </w:tabs>
        <w:rPr>
          <w:rFonts w:eastAsiaTheme="minorEastAsia"/>
          <w:b w:val="0"/>
          <w:bCs w:val="0"/>
          <w:caps w:val="0"/>
          <w:noProof/>
          <w:sz w:val="24"/>
          <w:szCs w:val="24"/>
          <w:lang w:eastAsia="fr-FR"/>
        </w:rPr>
      </w:pPr>
      <w:hyperlink w:anchor="_Toc241759572" w:history="1">
        <w:r w:rsidRPr="00AF7895">
          <w:rPr>
            <w:rStyle w:val="Lienhypertexte"/>
            <w:noProof/>
          </w:rPr>
          <w:t>2- Organiser le dossier et le travail préparatoire</w:t>
        </w:r>
        <w:r>
          <w:rPr>
            <w:noProof/>
            <w:webHidden/>
          </w:rPr>
          <w:tab/>
        </w:r>
        <w:r>
          <w:rPr>
            <w:noProof/>
            <w:webHidden/>
          </w:rPr>
          <w:fldChar w:fldCharType="begin"/>
        </w:r>
        <w:r>
          <w:rPr>
            <w:noProof/>
            <w:webHidden/>
          </w:rPr>
          <w:instrText xml:space="preserve"> PAGEREF _Toc241759572 \h </w:instrText>
        </w:r>
        <w:r>
          <w:rPr>
            <w:noProof/>
            <w:webHidden/>
          </w:rPr>
        </w:r>
        <w:r>
          <w:rPr>
            <w:noProof/>
            <w:webHidden/>
          </w:rPr>
          <w:fldChar w:fldCharType="separate"/>
        </w:r>
        <w:r>
          <w:rPr>
            <w:noProof/>
            <w:webHidden/>
          </w:rPr>
          <w:t>3</w:t>
        </w:r>
        <w:r>
          <w:rPr>
            <w:noProof/>
            <w:webHidden/>
          </w:rPr>
          <w:fldChar w:fldCharType="end"/>
        </w:r>
      </w:hyperlink>
    </w:p>
    <w:p w14:paraId="5D30CC40" w14:textId="5AB040FC" w:rsidR="00067DE2" w:rsidRDefault="00067DE2">
      <w:pPr>
        <w:pStyle w:val="TM1"/>
        <w:tabs>
          <w:tab w:val="right" w:leader="dot" w:pos="10456"/>
        </w:tabs>
        <w:rPr>
          <w:rFonts w:eastAsiaTheme="minorEastAsia"/>
          <w:b w:val="0"/>
          <w:bCs w:val="0"/>
          <w:caps w:val="0"/>
          <w:noProof/>
          <w:sz w:val="24"/>
          <w:szCs w:val="24"/>
          <w:lang w:eastAsia="fr-FR"/>
        </w:rPr>
      </w:pPr>
      <w:hyperlink w:anchor="_Toc241759573" w:history="1">
        <w:r w:rsidRPr="00AF7895">
          <w:rPr>
            <w:rStyle w:val="Lienhypertexte"/>
            <w:noProof/>
          </w:rPr>
          <w:t>3- Présenter le projet et la proposition de valeur</w:t>
        </w:r>
        <w:r>
          <w:rPr>
            <w:noProof/>
            <w:webHidden/>
          </w:rPr>
          <w:tab/>
        </w:r>
        <w:r>
          <w:rPr>
            <w:noProof/>
            <w:webHidden/>
          </w:rPr>
          <w:fldChar w:fldCharType="begin"/>
        </w:r>
        <w:r>
          <w:rPr>
            <w:noProof/>
            <w:webHidden/>
          </w:rPr>
          <w:instrText xml:space="preserve"> PAGEREF _Toc241759573 \h </w:instrText>
        </w:r>
        <w:r>
          <w:rPr>
            <w:noProof/>
            <w:webHidden/>
          </w:rPr>
        </w:r>
        <w:r>
          <w:rPr>
            <w:noProof/>
            <w:webHidden/>
          </w:rPr>
          <w:fldChar w:fldCharType="separate"/>
        </w:r>
        <w:r>
          <w:rPr>
            <w:noProof/>
            <w:webHidden/>
          </w:rPr>
          <w:t>3</w:t>
        </w:r>
        <w:r>
          <w:rPr>
            <w:noProof/>
            <w:webHidden/>
          </w:rPr>
          <w:fldChar w:fldCharType="end"/>
        </w:r>
      </w:hyperlink>
    </w:p>
    <w:p w14:paraId="34189DE0" w14:textId="17AA9FE2" w:rsidR="00067DE2" w:rsidRDefault="00067DE2">
      <w:pPr>
        <w:pStyle w:val="TM1"/>
        <w:tabs>
          <w:tab w:val="right" w:leader="dot" w:pos="10456"/>
        </w:tabs>
        <w:rPr>
          <w:rFonts w:eastAsiaTheme="minorEastAsia"/>
          <w:b w:val="0"/>
          <w:bCs w:val="0"/>
          <w:caps w:val="0"/>
          <w:noProof/>
          <w:sz w:val="24"/>
          <w:szCs w:val="24"/>
          <w:lang w:eastAsia="fr-FR"/>
        </w:rPr>
      </w:pPr>
      <w:hyperlink w:anchor="_Toc241759574" w:history="1">
        <w:r w:rsidRPr="00AF7895">
          <w:rPr>
            <w:rStyle w:val="Lienhypertexte"/>
            <w:noProof/>
          </w:rPr>
          <w:t>4- Étudier le marché et la concurrence</w:t>
        </w:r>
        <w:r>
          <w:rPr>
            <w:noProof/>
            <w:webHidden/>
          </w:rPr>
          <w:tab/>
        </w:r>
        <w:r>
          <w:rPr>
            <w:noProof/>
            <w:webHidden/>
          </w:rPr>
          <w:fldChar w:fldCharType="begin"/>
        </w:r>
        <w:r>
          <w:rPr>
            <w:noProof/>
            <w:webHidden/>
          </w:rPr>
          <w:instrText xml:space="preserve"> PAGEREF _Toc241759574 \h </w:instrText>
        </w:r>
        <w:r>
          <w:rPr>
            <w:noProof/>
            <w:webHidden/>
          </w:rPr>
        </w:r>
        <w:r>
          <w:rPr>
            <w:noProof/>
            <w:webHidden/>
          </w:rPr>
          <w:fldChar w:fldCharType="separate"/>
        </w:r>
        <w:r>
          <w:rPr>
            <w:noProof/>
            <w:webHidden/>
          </w:rPr>
          <w:t>4</w:t>
        </w:r>
        <w:r>
          <w:rPr>
            <w:noProof/>
            <w:webHidden/>
          </w:rPr>
          <w:fldChar w:fldCharType="end"/>
        </w:r>
      </w:hyperlink>
    </w:p>
    <w:p w14:paraId="2F6D600F" w14:textId="14BF02FB" w:rsidR="00067DE2" w:rsidRDefault="00067DE2">
      <w:pPr>
        <w:pStyle w:val="TM1"/>
        <w:tabs>
          <w:tab w:val="right" w:leader="dot" w:pos="10456"/>
        </w:tabs>
        <w:rPr>
          <w:rFonts w:eastAsiaTheme="minorEastAsia"/>
          <w:b w:val="0"/>
          <w:bCs w:val="0"/>
          <w:caps w:val="0"/>
          <w:noProof/>
          <w:sz w:val="24"/>
          <w:szCs w:val="24"/>
          <w:lang w:eastAsia="fr-FR"/>
        </w:rPr>
      </w:pPr>
      <w:hyperlink w:anchor="_Toc241759575" w:history="1">
        <w:r w:rsidRPr="00AF7895">
          <w:rPr>
            <w:rStyle w:val="Lienhypertexte"/>
            <w:noProof/>
          </w:rPr>
          <w:t>5- Formaliser le modèle économique</w:t>
        </w:r>
        <w:r>
          <w:rPr>
            <w:noProof/>
            <w:webHidden/>
          </w:rPr>
          <w:tab/>
        </w:r>
        <w:r>
          <w:rPr>
            <w:noProof/>
            <w:webHidden/>
          </w:rPr>
          <w:fldChar w:fldCharType="begin"/>
        </w:r>
        <w:r>
          <w:rPr>
            <w:noProof/>
            <w:webHidden/>
          </w:rPr>
          <w:instrText xml:space="preserve"> PAGEREF _Toc241759575 \h </w:instrText>
        </w:r>
        <w:r>
          <w:rPr>
            <w:noProof/>
            <w:webHidden/>
          </w:rPr>
        </w:r>
        <w:r>
          <w:rPr>
            <w:noProof/>
            <w:webHidden/>
          </w:rPr>
          <w:fldChar w:fldCharType="separate"/>
        </w:r>
        <w:r>
          <w:rPr>
            <w:noProof/>
            <w:webHidden/>
          </w:rPr>
          <w:t>5</w:t>
        </w:r>
        <w:r>
          <w:rPr>
            <w:noProof/>
            <w:webHidden/>
          </w:rPr>
          <w:fldChar w:fldCharType="end"/>
        </w:r>
      </w:hyperlink>
    </w:p>
    <w:p w14:paraId="120AF672" w14:textId="40E52563" w:rsidR="00067DE2" w:rsidRDefault="00067DE2">
      <w:pPr>
        <w:pStyle w:val="TM1"/>
        <w:tabs>
          <w:tab w:val="right" w:leader="dot" w:pos="10456"/>
        </w:tabs>
        <w:rPr>
          <w:rFonts w:eastAsiaTheme="minorEastAsia"/>
          <w:b w:val="0"/>
          <w:bCs w:val="0"/>
          <w:caps w:val="0"/>
          <w:noProof/>
          <w:sz w:val="24"/>
          <w:szCs w:val="24"/>
          <w:lang w:eastAsia="fr-FR"/>
        </w:rPr>
      </w:pPr>
      <w:hyperlink w:anchor="_Toc241759576" w:history="1">
        <w:r w:rsidRPr="00AF7895">
          <w:rPr>
            <w:rStyle w:val="Lienhypertexte"/>
            <w:noProof/>
          </w:rPr>
          <w:t>6- Construire le plan commercial et les ventes</w:t>
        </w:r>
        <w:r>
          <w:rPr>
            <w:noProof/>
            <w:webHidden/>
          </w:rPr>
          <w:tab/>
        </w:r>
        <w:r>
          <w:rPr>
            <w:noProof/>
            <w:webHidden/>
          </w:rPr>
          <w:fldChar w:fldCharType="begin"/>
        </w:r>
        <w:r>
          <w:rPr>
            <w:noProof/>
            <w:webHidden/>
          </w:rPr>
          <w:instrText xml:space="preserve"> PAGEREF _Toc241759576 \h </w:instrText>
        </w:r>
        <w:r>
          <w:rPr>
            <w:noProof/>
            <w:webHidden/>
          </w:rPr>
        </w:r>
        <w:r>
          <w:rPr>
            <w:noProof/>
            <w:webHidden/>
          </w:rPr>
          <w:fldChar w:fldCharType="separate"/>
        </w:r>
        <w:r>
          <w:rPr>
            <w:noProof/>
            <w:webHidden/>
          </w:rPr>
          <w:t>5</w:t>
        </w:r>
        <w:r>
          <w:rPr>
            <w:noProof/>
            <w:webHidden/>
          </w:rPr>
          <w:fldChar w:fldCharType="end"/>
        </w:r>
      </w:hyperlink>
    </w:p>
    <w:p w14:paraId="499D2278" w14:textId="49196B68" w:rsidR="00067DE2" w:rsidRDefault="00067DE2">
      <w:pPr>
        <w:pStyle w:val="TM1"/>
        <w:tabs>
          <w:tab w:val="right" w:leader="dot" w:pos="10456"/>
        </w:tabs>
        <w:rPr>
          <w:rFonts w:eastAsiaTheme="minorEastAsia"/>
          <w:b w:val="0"/>
          <w:bCs w:val="0"/>
          <w:caps w:val="0"/>
          <w:noProof/>
          <w:sz w:val="24"/>
          <w:szCs w:val="24"/>
          <w:lang w:eastAsia="fr-FR"/>
        </w:rPr>
      </w:pPr>
      <w:hyperlink w:anchor="_Toc241759577" w:history="1">
        <w:r w:rsidRPr="00AF7895">
          <w:rPr>
            <w:rStyle w:val="Lienhypertexte"/>
            <w:noProof/>
          </w:rPr>
          <w:t>7- Dimensionner les moyens opérationnels</w:t>
        </w:r>
        <w:r>
          <w:rPr>
            <w:noProof/>
            <w:webHidden/>
          </w:rPr>
          <w:tab/>
        </w:r>
        <w:r>
          <w:rPr>
            <w:noProof/>
            <w:webHidden/>
          </w:rPr>
          <w:fldChar w:fldCharType="begin"/>
        </w:r>
        <w:r>
          <w:rPr>
            <w:noProof/>
            <w:webHidden/>
          </w:rPr>
          <w:instrText xml:space="preserve"> PAGEREF _Toc241759577 \h </w:instrText>
        </w:r>
        <w:r>
          <w:rPr>
            <w:noProof/>
            <w:webHidden/>
          </w:rPr>
        </w:r>
        <w:r>
          <w:rPr>
            <w:noProof/>
            <w:webHidden/>
          </w:rPr>
          <w:fldChar w:fldCharType="separate"/>
        </w:r>
        <w:r>
          <w:rPr>
            <w:noProof/>
            <w:webHidden/>
          </w:rPr>
          <w:t>6</w:t>
        </w:r>
        <w:r>
          <w:rPr>
            <w:noProof/>
            <w:webHidden/>
          </w:rPr>
          <w:fldChar w:fldCharType="end"/>
        </w:r>
      </w:hyperlink>
    </w:p>
    <w:p w14:paraId="2C403222" w14:textId="2CCFA573" w:rsidR="00067DE2" w:rsidRDefault="00067DE2">
      <w:pPr>
        <w:pStyle w:val="TM1"/>
        <w:tabs>
          <w:tab w:val="right" w:leader="dot" w:pos="10456"/>
        </w:tabs>
        <w:rPr>
          <w:rFonts w:eastAsiaTheme="minorEastAsia"/>
          <w:b w:val="0"/>
          <w:bCs w:val="0"/>
          <w:caps w:val="0"/>
          <w:noProof/>
          <w:sz w:val="24"/>
          <w:szCs w:val="24"/>
          <w:lang w:eastAsia="fr-FR"/>
        </w:rPr>
      </w:pPr>
      <w:hyperlink w:anchor="_Toc241759578" w:history="1">
        <w:r w:rsidRPr="00AF7895">
          <w:rPr>
            <w:rStyle w:val="Lienhypertexte"/>
            <w:noProof/>
          </w:rPr>
          <w:t>8- Budgéter le développement et les outils numériques</w:t>
        </w:r>
        <w:r>
          <w:rPr>
            <w:noProof/>
            <w:webHidden/>
          </w:rPr>
          <w:tab/>
        </w:r>
        <w:r>
          <w:rPr>
            <w:noProof/>
            <w:webHidden/>
          </w:rPr>
          <w:fldChar w:fldCharType="begin"/>
        </w:r>
        <w:r>
          <w:rPr>
            <w:noProof/>
            <w:webHidden/>
          </w:rPr>
          <w:instrText xml:space="preserve"> PAGEREF _Toc241759578 \h </w:instrText>
        </w:r>
        <w:r>
          <w:rPr>
            <w:noProof/>
            <w:webHidden/>
          </w:rPr>
        </w:r>
        <w:r>
          <w:rPr>
            <w:noProof/>
            <w:webHidden/>
          </w:rPr>
          <w:fldChar w:fldCharType="separate"/>
        </w:r>
        <w:r>
          <w:rPr>
            <w:noProof/>
            <w:webHidden/>
          </w:rPr>
          <w:t>7</w:t>
        </w:r>
        <w:r>
          <w:rPr>
            <w:noProof/>
            <w:webHidden/>
          </w:rPr>
          <w:fldChar w:fldCharType="end"/>
        </w:r>
      </w:hyperlink>
    </w:p>
    <w:p w14:paraId="35D00257" w14:textId="01773F2E" w:rsidR="00067DE2" w:rsidRDefault="00067DE2">
      <w:pPr>
        <w:pStyle w:val="TM1"/>
        <w:tabs>
          <w:tab w:val="right" w:leader="dot" w:pos="10456"/>
        </w:tabs>
        <w:rPr>
          <w:rFonts w:eastAsiaTheme="minorEastAsia"/>
          <w:b w:val="0"/>
          <w:bCs w:val="0"/>
          <w:caps w:val="0"/>
          <w:noProof/>
          <w:sz w:val="24"/>
          <w:szCs w:val="24"/>
          <w:lang w:eastAsia="fr-FR"/>
        </w:rPr>
      </w:pPr>
      <w:hyperlink w:anchor="_Toc241759579" w:history="1">
        <w:r w:rsidRPr="00AF7895">
          <w:rPr>
            <w:rStyle w:val="Lienhypertexte"/>
            <w:noProof/>
          </w:rPr>
          <w:t>9- Intégrer le cadre français en 2026</w:t>
        </w:r>
        <w:r>
          <w:rPr>
            <w:noProof/>
            <w:webHidden/>
          </w:rPr>
          <w:tab/>
        </w:r>
        <w:r>
          <w:rPr>
            <w:noProof/>
            <w:webHidden/>
          </w:rPr>
          <w:fldChar w:fldCharType="begin"/>
        </w:r>
        <w:r>
          <w:rPr>
            <w:noProof/>
            <w:webHidden/>
          </w:rPr>
          <w:instrText xml:space="preserve"> PAGEREF _Toc241759579 \h </w:instrText>
        </w:r>
        <w:r>
          <w:rPr>
            <w:noProof/>
            <w:webHidden/>
          </w:rPr>
        </w:r>
        <w:r>
          <w:rPr>
            <w:noProof/>
            <w:webHidden/>
          </w:rPr>
          <w:fldChar w:fldCharType="separate"/>
        </w:r>
        <w:r>
          <w:rPr>
            <w:noProof/>
            <w:webHidden/>
          </w:rPr>
          <w:t>7</w:t>
        </w:r>
        <w:r>
          <w:rPr>
            <w:noProof/>
            <w:webHidden/>
          </w:rPr>
          <w:fldChar w:fldCharType="end"/>
        </w:r>
      </w:hyperlink>
    </w:p>
    <w:p w14:paraId="07F6A218" w14:textId="0B0DF04E" w:rsidR="00067DE2" w:rsidRDefault="00067DE2">
      <w:pPr>
        <w:pStyle w:val="TM1"/>
        <w:tabs>
          <w:tab w:val="right" w:leader="dot" w:pos="10456"/>
        </w:tabs>
        <w:rPr>
          <w:rFonts w:eastAsiaTheme="minorEastAsia"/>
          <w:b w:val="0"/>
          <w:bCs w:val="0"/>
          <w:caps w:val="0"/>
          <w:noProof/>
          <w:sz w:val="24"/>
          <w:szCs w:val="24"/>
          <w:lang w:eastAsia="fr-FR"/>
        </w:rPr>
      </w:pPr>
      <w:hyperlink w:anchor="_Toc241759580" w:history="1">
        <w:r w:rsidRPr="00AF7895">
          <w:rPr>
            <w:rStyle w:val="Lienhypertexte"/>
            <w:noProof/>
          </w:rPr>
          <w:t>10- Structurer le dossier de création autour du business plan</w:t>
        </w:r>
        <w:r>
          <w:rPr>
            <w:noProof/>
            <w:webHidden/>
          </w:rPr>
          <w:tab/>
        </w:r>
        <w:r>
          <w:rPr>
            <w:noProof/>
            <w:webHidden/>
          </w:rPr>
          <w:fldChar w:fldCharType="begin"/>
        </w:r>
        <w:r>
          <w:rPr>
            <w:noProof/>
            <w:webHidden/>
          </w:rPr>
          <w:instrText xml:space="preserve"> PAGEREF _Toc241759580 \h </w:instrText>
        </w:r>
        <w:r>
          <w:rPr>
            <w:noProof/>
            <w:webHidden/>
          </w:rPr>
        </w:r>
        <w:r>
          <w:rPr>
            <w:noProof/>
            <w:webHidden/>
          </w:rPr>
          <w:fldChar w:fldCharType="separate"/>
        </w:r>
        <w:r>
          <w:rPr>
            <w:noProof/>
            <w:webHidden/>
          </w:rPr>
          <w:t>8</w:t>
        </w:r>
        <w:r>
          <w:rPr>
            <w:noProof/>
            <w:webHidden/>
          </w:rPr>
          <w:fldChar w:fldCharType="end"/>
        </w:r>
      </w:hyperlink>
    </w:p>
    <w:p w14:paraId="1BB52812" w14:textId="189C5298" w:rsidR="00067DE2" w:rsidRDefault="00067DE2">
      <w:pPr>
        <w:pStyle w:val="TM1"/>
        <w:tabs>
          <w:tab w:val="right" w:leader="dot" w:pos="10456"/>
        </w:tabs>
        <w:rPr>
          <w:rFonts w:eastAsiaTheme="minorEastAsia"/>
          <w:b w:val="0"/>
          <w:bCs w:val="0"/>
          <w:caps w:val="0"/>
          <w:noProof/>
          <w:sz w:val="24"/>
          <w:szCs w:val="24"/>
          <w:lang w:eastAsia="fr-FR"/>
        </w:rPr>
      </w:pPr>
      <w:hyperlink w:anchor="_Toc241759581" w:history="1">
        <w:r w:rsidRPr="00AF7895">
          <w:rPr>
            <w:rStyle w:val="Lienhypertexte"/>
            <w:noProof/>
          </w:rPr>
          <w:t>11- Réunir les annexes et préparer les formalités</w:t>
        </w:r>
        <w:r>
          <w:rPr>
            <w:noProof/>
            <w:webHidden/>
          </w:rPr>
          <w:tab/>
        </w:r>
        <w:r>
          <w:rPr>
            <w:noProof/>
            <w:webHidden/>
          </w:rPr>
          <w:fldChar w:fldCharType="begin"/>
        </w:r>
        <w:r>
          <w:rPr>
            <w:noProof/>
            <w:webHidden/>
          </w:rPr>
          <w:instrText xml:space="preserve"> PAGEREF _Toc241759581 \h </w:instrText>
        </w:r>
        <w:r>
          <w:rPr>
            <w:noProof/>
            <w:webHidden/>
          </w:rPr>
        </w:r>
        <w:r>
          <w:rPr>
            <w:noProof/>
            <w:webHidden/>
          </w:rPr>
          <w:fldChar w:fldCharType="separate"/>
        </w:r>
        <w:r>
          <w:rPr>
            <w:noProof/>
            <w:webHidden/>
          </w:rPr>
          <w:t>9</w:t>
        </w:r>
        <w:r>
          <w:rPr>
            <w:noProof/>
            <w:webHidden/>
          </w:rPr>
          <w:fldChar w:fldCharType="end"/>
        </w:r>
      </w:hyperlink>
    </w:p>
    <w:p w14:paraId="0FCEFA9B" w14:textId="23EBD828" w:rsidR="00067DE2" w:rsidRDefault="00067DE2">
      <w:pPr>
        <w:pStyle w:val="TM1"/>
        <w:tabs>
          <w:tab w:val="right" w:leader="dot" w:pos="10456"/>
        </w:tabs>
        <w:rPr>
          <w:rFonts w:eastAsiaTheme="minorEastAsia"/>
          <w:b w:val="0"/>
          <w:bCs w:val="0"/>
          <w:caps w:val="0"/>
          <w:noProof/>
          <w:sz w:val="24"/>
          <w:szCs w:val="24"/>
          <w:lang w:eastAsia="fr-FR"/>
        </w:rPr>
      </w:pPr>
      <w:hyperlink w:anchor="_Toc241759582" w:history="1">
        <w:r w:rsidRPr="00AF7895">
          <w:rPr>
            <w:rStyle w:val="Lienhypertexte"/>
            <w:noProof/>
          </w:rPr>
          <w:t>12- Comprendre les familles d’aides à la création</w:t>
        </w:r>
        <w:r>
          <w:rPr>
            <w:noProof/>
            <w:webHidden/>
          </w:rPr>
          <w:tab/>
        </w:r>
        <w:r>
          <w:rPr>
            <w:noProof/>
            <w:webHidden/>
          </w:rPr>
          <w:fldChar w:fldCharType="begin"/>
        </w:r>
        <w:r>
          <w:rPr>
            <w:noProof/>
            <w:webHidden/>
          </w:rPr>
          <w:instrText xml:space="preserve"> PAGEREF _Toc241759582 \h </w:instrText>
        </w:r>
        <w:r>
          <w:rPr>
            <w:noProof/>
            <w:webHidden/>
          </w:rPr>
        </w:r>
        <w:r>
          <w:rPr>
            <w:noProof/>
            <w:webHidden/>
          </w:rPr>
          <w:fldChar w:fldCharType="separate"/>
        </w:r>
        <w:r>
          <w:rPr>
            <w:noProof/>
            <w:webHidden/>
          </w:rPr>
          <w:t>9</w:t>
        </w:r>
        <w:r>
          <w:rPr>
            <w:noProof/>
            <w:webHidden/>
          </w:rPr>
          <w:fldChar w:fldCharType="end"/>
        </w:r>
      </w:hyperlink>
    </w:p>
    <w:p w14:paraId="1270CB67" w14:textId="36A289F4" w:rsidR="00067DE2" w:rsidRDefault="00067DE2">
      <w:pPr>
        <w:pStyle w:val="TM1"/>
        <w:tabs>
          <w:tab w:val="right" w:leader="dot" w:pos="10456"/>
        </w:tabs>
        <w:rPr>
          <w:rFonts w:eastAsiaTheme="minorEastAsia"/>
          <w:b w:val="0"/>
          <w:bCs w:val="0"/>
          <w:caps w:val="0"/>
          <w:noProof/>
          <w:sz w:val="24"/>
          <w:szCs w:val="24"/>
          <w:lang w:eastAsia="fr-FR"/>
        </w:rPr>
      </w:pPr>
      <w:hyperlink w:anchor="_Toc241759583" w:history="1">
        <w:r w:rsidRPr="00AF7895">
          <w:rPr>
            <w:rStyle w:val="Lienhypertexte"/>
            <w:noProof/>
          </w:rPr>
          <w:t>13- Actualiser l’aide à la création ou à la reprise d’entreprise</w:t>
        </w:r>
        <w:r>
          <w:rPr>
            <w:noProof/>
            <w:webHidden/>
          </w:rPr>
          <w:tab/>
        </w:r>
        <w:r>
          <w:rPr>
            <w:noProof/>
            <w:webHidden/>
          </w:rPr>
          <w:fldChar w:fldCharType="begin"/>
        </w:r>
        <w:r>
          <w:rPr>
            <w:noProof/>
            <w:webHidden/>
          </w:rPr>
          <w:instrText xml:space="preserve"> PAGEREF _Toc241759583 \h </w:instrText>
        </w:r>
        <w:r>
          <w:rPr>
            <w:noProof/>
            <w:webHidden/>
          </w:rPr>
        </w:r>
        <w:r>
          <w:rPr>
            <w:noProof/>
            <w:webHidden/>
          </w:rPr>
          <w:fldChar w:fldCharType="separate"/>
        </w:r>
        <w:r>
          <w:rPr>
            <w:noProof/>
            <w:webHidden/>
          </w:rPr>
          <w:t>10</w:t>
        </w:r>
        <w:r>
          <w:rPr>
            <w:noProof/>
            <w:webHidden/>
          </w:rPr>
          <w:fldChar w:fldCharType="end"/>
        </w:r>
      </w:hyperlink>
    </w:p>
    <w:p w14:paraId="0C37DFA6" w14:textId="6C358300" w:rsidR="00067DE2" w:rsidRDefault="00067DE2">
      <w:pPr>
        <w:pStyle w:val="TM1"/>
        <w:tabs>
          <w:tab w:val="right" w:leader="dot" w:pos="10456"/>
        </w:tabs>
        <w:rPr>
          <w:rFonts w:eastAsiaTheme="minorEastAsia"/>
          <w:b w:val="0"/>
          <w:bCs w:val="0"/>
          <w:caps w:val="0"/>
          <w:noProof/>
          <w:sz w:val="24"/>
          <w:szCs w:val="24"/>
          <w:lang w:eastAsia="fr-FR"/>
        </w:rPr>
      </w:pPr>
      <w:hyperlink w:anchor="_Toc241759584" w:history="1">
        <w:r w:rsidRPr="00AF7895">
          <w:rPr>
            <w:rStyle w:val="Lienhypertexte"/>
            <w:noProof/>
          </w:rPr>
          <w:t>14- Choisir entre maintien de l’allocation et capital de démarrage</w:t>
        </w:r>
        <w:r>
          <w:rPr>
            <w:noProof/>
            <w:webHidden/>
          </w:rPr>
          <w:tab/>
        </w:r>
        <w:r>
          <w:rPr>
            <w:noProof/>
            <w:webHidden/>
          </w:rPr>
          <w:fldChar w:fldCharType="begin"/>
        </w:r>
        <w:r>
          <w:rPr>
            <w:noProof/>
            <w:webHidden/>
          </w:rPr>
          <w:instrText xml:space="preserve"> PAGEREF _Toc241759584 \h </w:instrText>
        </w:r>
        <w:r>
          <w:rPr>
            <w:noProof/>
            <w:webHidden/>
          </w:rPr>
        </w:r>
        <w:r>
          <w:rPr>
            <w:noProof/>
            <w:webHidden/>
          </w:rPr>
          <w:fldChar w:fldCharType="separate"/>
        </w:r>
        <w:r>
          <w:rPr>
            <w:noProof/>
            <w:webHidden/>
          </w:rPr>
          <w:t>11</w:t>
        </w:r>
        <w:r>
          <w:rPr>
            <w:noProof/>
            <w:webHidden/>
          </w:rPr>
          <w:fldChar w:fldCharType="end"/>
        </w:r>
      </w:hyperlink>
    </w:p>
    <w:p w14:paraId="568BA3BE" w14:textId="11745879" w:rsidR="00067DE2" w:rsidRDefault="00067DE2">
      <w:pPr>
        <w:pStyle w:val="TM1"/>
        <w:tabs>
          <w:tab w:val="right" w:leader="dot" w:pos="10456"/>
        </w:tabs>
        <w:rPr>
          <w:rFonts w:eastAsiaTheme="minorEastAsia"/>
          <w:b w:val="0"/>
          <w:bCs w:val="0"/>
          <w:caps w:val="0"/>
          <w:noProof/>
          <w:sz w:val="24"/>
          <w:szCs w:val="24"/>
          <w:lang w:eastAsia="fr-FR"/>
        </w:rPr>
      </w:pPr>
      <w:hyperlink w:anchor="_Toc241759585" w:history="1">
        <w:r w:rsidRPr="00AF7895">
          <w:rPr>
            <w:rStyle w:val="Lienhypertexte"/>
            <w:noProof/>
          </w:rPr>
          <w:t>15- Mobiliser prêts d’honneur microcrédit et garanties</w:t>
        </w:r>
        <w:r>
          <w:rPr>
            <w:noProof/>
            <w:webHidden/>
          </w:rPr>
          <w:tab/>
        </w:r>
        <w:r>
          <w:rPr>
            <w:noProof/>
            <w:webHidden/>
          </w:rPr>
          <w:fldChar w:fldCharType="begin"/>
        </w:r>
        <w:r>
          <w:rPr>
            <w:noProof/>
            <w:webHidden/>
          </w:rPr>
          <w:instrText xml:space="preserve"> PAGEREF _Toc241759585 \h </w:instrText>
        </w:r>
        <w:r>
          <w:rPr>
            <w:noProof/>
            <w:webHidden/>
          </w:rPr>
        </w:r>
        <w:r>
          <w:rPr>
            <w:noProof/>
            <w:webHidden/>
          </w:rPr>
          <w:fldChar w:fldCharType="separate"/>
        </w:r>
        <w:r>
          <w:rPr>
            <w:noProof/>
            <w:webHidden/>
          </w:rPr>
          <w:t>11</w:t>
        </w:r>
        <w:r>
          <w:rPr>
            <w:noProof/>
            <w:webHidden/>
          </w:rPr>
          <w:fldChar w:fldCharType="end"/>
        </w:r>
      </w:hyperlink>
    </w:p>
    <w:p w14:paraId="461591F4" w14:textId="48C19E32" w:rsidR="00067DE2" w:rsidRDefault="00067DE2">
      <w:pPr>
        <w:pStyle w:val="TM1"/>
        <w:tabs>
          <w:tab w:val="right" w:leader="dot" w:pos="10456"/>
        </w:tabs>
        <w:rPr>
          <w:rFonts w:eastAsiaTheme="minorEastAsia"/>
          <w:b w:val="0"/>
          <w:bCs w:val="0"/>
          <w:caps w:val="0"/>
          <w:noProof/>
          <w:sz w:val="24"/>
          <w:szCs w:val="24"/>
          <w:lang w:eastAsia="fr-FR"/>
        </w:rPr>
      </w:pPr>
      <w:hyperlink w:anchor="_Toc241759586" w:history="1">
        <w:r w:rsidRPr="00AF7895">
          <w:rPr>
            <w:rStyle w:val="Lienhypertexte"/>
            <w:noProof/>
          </w:rPr>
          <w:t>16- Rechercher les aides territoriales fiscales et ciblées</w:t>
        </w:r>
        <w:r>
          <w:rPr>
            <w:noProof/>
            <w:webHidden/>
          </w:rPr>
          <w:tab/>
        </w:r>
        <w:r>
          <w:rPr>
            <w:noProof/>
            <w:webHidden/>
          </w:rPr>
          <w:fldChar w:fldCharType="begin"/>
        </w:r>
        <w:r>
          <w:rPr>
            <w:noProof/>
            <w:webHidden/>
          </w:rPr>
          <w:instrText xml:space="preserve"> PAGEREF _Toc241759586 \h </w:instrText>
        </w:r>
        <w:r>
          <w:rPr>
            <w:noProof/>
            <w:webHidden/>
          </w:rPr>
        </w:r>
        <w:r>
          <w:rPr>
            <w:noProof/>
            <w:webHidden/>
          </w:rPr>
          <w:fldChar w:fldCharType="separate"/>
        </w:r>
        <w:r>
          <w:rPr>
            <w:noProof/>
            <w:webHidden/>
          </w:rPr>
          <w:t>12</w:t>
        </w:r>
        <w:r>
          <w:rPr>
            <w:noProof/>
            <w:webHidden/>
          </w:rPr>
          <w:fldChar w:fldCharType="end"/>
        </w:r>
      </w:hyperlink>
    </w:p>
    <w:p w14:paraId="448D26FD" w14:textId="6BC14BCC" w:rsidR="00067DE2" w:rsidRDefault="00067DE2">
      <w:pPr>
        <w:pStyle w:val="TM1"/>
        <w:tabs>
          <w:tab w:val="right" w:leader="dot" w:pos="10456"/>
        </w:tabs>
        <w:rPr>
          <w:rFonts w:eastAsiaTheme="minorEastAsia"/>
          <w:b w:val="0"/>
          <w:bCs w:val="0"/>
          <w:caps w:val="0"/>
          <w:noProof/>
          <w:sz w:val="24"/>
          <w:szCs w:val="24"/>
          <w:lang w:eastAsia="fr-FR"/>
        </w:rPr>
      </w:pPr>
      <w:hyperlink w:anchor="_Toc241759587" w:history="1">
        <w:r w:rsidRPr="00AF7895">
          <w:rPr>
            <w:rStyle w:val="Lienhypertexte"/>
            <w:noProof/>
          </w:rPr>
          <w:t>17- Intégrer les aides dans le financement et le calendrier</w:t>
        </w:r>
        <w:r>
          <w:rPr>
            <w:noProof/>
            <w:webHidden/>
          </w:rPr>
          <w:tab/>
        </w:r>
        <w:r>
          <w:rPr>
            <w:noProof/>
            <w:webHidden/>
          </w:rPr>
          <w:fldChar w:fldCharType="begin"/>
        </w:r>
        <w:r>
          <w:rPr>
            <w:noProof/>
            <w:webHidden/>
          </w:rPr>
          <w:instrText xml:space="preserve"> PAGEREF _Toc241759587 \h </w:instrText>
        </w:r>
        <w:r>
          <w:rPr>
            <w:noProof/>
            <w:webHidden/>
          </w:rPr>
        </w:r>
        <w:r>
          <w:rPr>
            <w:noProof/>
            <w:webHidden/>
          </w:rPr>
          <w:fldChar w:fldCharType="separate"/>
        </w:r>
        <w:r>
          <w:rPr>
            <w:noProof/>
            <w:webHidden/>
          </w:rPr>
          <w:t>12</w:t>
        </w:r>
        <w:r>
          <w:rPr>
            <w:noProof/>
            <w:webHidden/>
          </w:rPr>
          <w:fldChar w:fldCharType="end"/>
        </w:r>
      </w:hyperlink>
    </w:p>
    <w:p w14:paraId="761DA095" w14:textId="34D2E65C" w:rsidR="00067DE2" w:rsidRDefault="00067DE2">
      <w:pPr>
        <w:pStyle w:val="TM1"/>
        <w:tabs>
          <w:tab w:val="right" w:leader="dot" w:pos="10456"/>
        </w:tabs>
        <w:rPr>
          <w:rFonts w:eastAsiaTheme="minorEastAsia"/>
          <w:b w:val="0"/>
          <w:bCs w:val="0"/>
          <w:caps w:val="0"/>
          <w:noProof/>
          <w:sz w:val="24"/>
          <w:szCs w:val="24"/>
          <w:lang w:eastAsia="fr-FR"/>
        </w:rPr>
      </w:pPr>
      <w:hyperlink w:anchor="_Toc241759588" w:history="1">
        <w:r w:rsidRPr="00AF7895">
          <w:rPr>
            <w:rStyle w:val="Lienhypertexte"/>
            <w:noProof/>
          </w:rPr>
          <w:t>18- Relier les tableaux financiers</w:t>
        </w:r>
        <w:r>
          <w:rPr>
            <w:noProof/>
            <w:webHidden/>
          </w:rPr>
          <w:tab/>
        </w:r>
        <w:r>
          <w:rPr>
            <w:noProof/>
            <w:webHidden/>
          </w:rPr>
          <w:fldChar w:fldCharType="begin"/>
        </w:r>
        <w:r>
          <w:rPr>
            <w:noProof/>
            <w:webHidden/>
          </w:rPr>
          <w:instrText xml:space="preserve"> PAGEREF _Toc241759588 \h </w:instrText>
        </w:r>
        <w:r>
          <w:rPr>
            <w:noProof/>
            <w:webHidden/>
          </w:rPr>
        </w:r>
        <w:r>
          <w:rPr>
            <w:noProof/>
            <w:webHidden/>
          </w:rPr>
          <w:fldChar w:fldCharType="separate"/>
        </w:r>
        <w:r>
          <w:rPr>
            <w:noProof/>
            <w:webHidden/>
          </w:rPr>
          <w:t>13</w:t>
        </w:r>
        <w:r>
          <w:rPr>
            <w:noProof/>
            <w:webHidden/>
          </w:rPr>
          <w:fldChar w:fldCharType="end"/>
        </w:r>
      </w:hyperlink>
    </w:p>
    <w:p w14:paraId="69A66AD0" w14:textId="2FAB2564" w:rsidR="00067DE2" w:rsidRDefault="00067DE2">
      <w:pPr>
        <w:pStyle w:val="TM1"/>
        <w:tabs>
          <w:tab w:val="right" w:leader="dot" w:pos="10456"/>
        </w:tabs>
        <w:rPr>
          <w:rFonts w:eastAsiaTheme="minorEastAsia"/>
          <w:b w:val="0"/>
          <w:bCs w:val="0"/>
          <w:caps w:val="0"/>
          <w:noProof/>
          <w:sz w:val="24"/>
          <w:szCs w:val="24"/>
          <w:lang w:eastAsia="fr-FR"/>
        </w:rPr>
      </w:pPr>
      <w:hyperlink w:anchor="_Toc241759589" w:history="1">
        <w:r w:rsidRPr="00AF7895">
          <w:rPr>
            <w:rStyle w:val="Lienhypertexte"/>
            <w:noProof/>
          </w:rPr>
          <w:t>19- Construire le plan de financement initial</w:t>
        </w:r>
        <w:r>
          <w:rPr>
            <w:noProof/>
            <w:webHidden/>
          </w:rPr>
          <w:tab/>
        </w:r>
        <w:r>
          <w:rPr>
            <w:noProof/>
            <w:webHidden/>
          </w:rPr>
          <w:fldChar w:fldCharType="begin"/>
        </w:r>
        <w:r>
          <w:rPr>
            <w:noProof/>
            <w:webHidden/>
          </w:rPr>
          <w:instrText xml:space="preserve"> PAGEREF _Toc241759589 \h </w:instrText>
        </w:r>
        <w:r>
          <w:rPr>
            <w:noProof/>
            <w:webHidden/>
          </w:rPr>
        </w:r>
        <w:r>
          <w:rPr>
            <w:noProof/>
            <w:webHidden/>
          </w:rPr>
          <w:fldChar w:fldCharType="separate"/>
        </w:r>
        <w:r>
          <w:rPr>
            <w:noProof/>
            <w:webHidden/>
          </w:rPr>
          <w:t>14</w:t>
        </w:r>
        <w:r>
          <w:rPr>
            <w:noProof/>
            <w:webHidden/>
          </w:rPr>
          <w:fldChar w:fldCharType="end"/>
        </w:r>
      </w:hyperlink>
    </w:p>
    <w:p w14:paraId="305CA2FA" w14:textId="78884F95" w:rsidR="00067DE2" w:rsidRDefault="00067DE2">
      <w:pPr>
        <w:pStyle w:val="TM1"/>
        <w:tabs>
          <w:tab w:val="right" w:leader="dot" w:pos="10456"/>
        </w:tabs>
        <w:rPr>
          <w:rFonts w:eastAsiaTheme="minorEastAsia"/>
          <w:b w:val="0"/>
          <w:bCs w:val="0"/>
          <w:caps w:val="0"/>
          <w:noProof/>
          <w:sz w:val="24"/>
          <w:szCs w:val="24"/>
          <w:lang w:eastAsia="fr-FR"/>
        </w:rPr>
      </w:pPr>
      <w:hyperlink w:anchor="_Toc241759590" w:history="1">
        <w:r w:rsidRPr="00AF7895">
          <w:rPr>
            <w:rStyle w:val="Lienhypertexte"/>
            <w:noProof/>
          </w:rPr>
          <w:t>20- Prévoir le résultat et l’autofinancement</w:t>
        </w:r>
        <w:r>
          <w:rPr>
            <w:noProof/>
            <w:webHidden/>
          </w:rPr>
          <w:tab/>
        </w:r>
        <w:r>
          <w:rPr>
            <w:noProof/>
            <w:webHidden/>
          </w:rPr>
          <w:fldChar w:fldCharType="begin"/>
        </w:r>
        <w:r>
          <w:rPr>
            <w:noProof/>
            <w:webHidden/>
          </w:rPr>
          <w:instrText xml:space="preserve"> PAGEREF _Toc241759590 \h </w:instrText>
        </w:r>
        <w:r>
          <w:rPr>
            <w:noProof/>
            <w:webHidden/>
          </w:rPr>
        </w:r>
        <w:r>
          <w:rPr>
            <w:noProof/>
            <w:webHidden/>
          </w:rPr>
          <w:fldChar w:fldCharType="separate"/>
        </w:r>
        <w:r>
          <w:rPr>
            <w:noProof/>
            <w:webHidden/>
          </w:rPr>
          <w:t>14</w:t>
        </w:r>
        <w:r>
          <w:rPr>
            <w:noProof/>
            <w:webHidden/>
          </w:rPr>
          <w:fldChar w:fldCharType="end"/>
        </w:r>
      </w:hyperlink>
    </w:p>
    <w:p w14:paraId="6CE51C7F" w14:textId="6C1C157C" w:rsidR="00067DE2" w:rsidRDefault="00067DE2">
      <w:pPr>
        <w:pStyle w:val="TM1"/>
        <w:tabs>
          <w:tab w:val="right" w:leader="dot" w:pos="10456"/>
        </w:tabs>
        <w:rPr>
          <w:rFonts w:eastAsiaTheme="minorEastAsia"/>
          <w:b w:val="0"/>
          <w:bCs w:val="0"/>
          <w:caps w:val="0"/>
          <w:noProof/>
          <w:sz w:val="24"/>
          <w:szCs w:val="24"/>
          <w:lang w:eastAsia="fr-FR"/>
        </w:rPr>
      </w:pPr>
      <w:hyperlink w:anchor="_Toc241759591" w:history="1">
        <w:r w:rsidRPr="00AF7895">
          <w:rPr>
            <w:rStyle w:val="Lienhypertexte"/>
            <w:noProof/>
          </w:rPr>
          <w:t>21- Financer le cycle d’exploitation</w:t>
        </w:r>
        <w:r>
          <w:rPr>
            <w:noProof/>
            <w:webHidden/>
          </w:rPr>
          <w:tab/>
        </w:r>
        <w:r>
          <w:rPr>
            <w:noProof/>
            <w:webHidden/>
          </w:rPr>
          <w:fldChar w:fldCharType="begin"/>
        </w:r>
        <w:r>
          <w:rPr>
            <w:noProof/>
            <w:webHidden/>
          </w:rPr>
          <w:instrText xml:space="preserve"> PAGEREF _Toc241759591 \h </w:instrText>
        </w:r>
        <w:r>
          <w:rPr>
            <w:noProof/>
            <w:webHidden/>
          </w:rPr>
        </w:r>
        <w:r>
          <w:rPr>
            <w:noProof/>
            <w:webHidden/>
          </w:rPr>
          <w:fldChar w:fldCharType="separate"/>
        </w:r>
        <w:r>
          <w:rPr>
            <w:noProof/>
            <w:webHidden/>
          </w:rPr>
          <w:t>15</w:t>
        </w:r>
        <w:r>
          <w:rPr>
            <w:noProof/>
            <w:webHidden/>
          </w:rPr>
          <w:fldChar w:fldCharType="end"/>
        </w:r>
      </w:hyperlink>
    </w:p>
    <w:p w14:paraId="2C831F83" w14:textId="6CB138C9" w:rsidR="00067DE2" w:rsidRDefault="00067DE2">
      <w:pPr>
        <w:pStyle w:val="TM1"/>
        <w:tabs>
          <w:tab w:val="right" w:leader="dot" w:pos="10456"/>
        </w:tabs>
        <w:rPr>
          <w:rFonts w:eastAsiaTheme="minorEastAsia"/>
          <w:b w:val="0"/>
          <w:bCs w:val="0"/>
          <w:caps w:val="0"/>
          <w:noProof/>
          <w:sz w:val="24"/>
          <w:szCs w:val="24"/>
          <w:lang w:eastAsia="fr-FR"/>
        </w:rPr>
      </w:pPr>
      <w:hyperlink w:anchor="_Toc241759592" w:history="1">
        <w:r w:rsidRPr="00AF7895">
          <w:rPr>
            <w:rStyle w:val="Lienhypertexte"/>
            <w:noProof/>
          </w:rPr>
          <w:t>22- Construire le budget mensuel de trésorerie</w:t>
        </w:r>
        <w:r>
          <w:rPr>
            <w:noProof/>
            <w:webHidden/>
          </w:rPr>
          <w:tab/>
        </w:r>
        <w:r>
          <w:rPr>
            <w:noProof/>
            <w:webHidden/>
          </w:rPr>
          <w:fldChar w:fldCharType="begin"/>
        </w:r>
        <w:r>
          <w:rPr>
            <w:noProof/>
            <w:webHidden/>
          </w:rPr>
          <w:instrText xml:space="preserve"> PAGEREF _Toc241759592 \h </w:instrText>
        </w:r>
        <w:r>
          <w:rPr>
            <w:noProof/>
            <w:webHidden/>
          </w:rPr>
        </w:r>
        <w:r>
          <w:rPr>
            <w:noProof/>
            <w:webHidden/>
          </w:rPr>
          <w:fldChar w:fldCharType="separate"/>
        </w:r>
        <w:r>
          <w:rPr>
            <w:noProof/>
            <w:webHidden/>
          </w:rPr>
          <w:t>16</w:t>
        </w:r>
        <w:r>
          <w:rPr>
            <w:noProof/>
            <w:webHidden/>
          </w:rPr>
          <w:fldChar w:fldCharType="end"/>
        </w:r>
      </w:hyperlink>
    </w:p>
    <w:p w14:paraId="3D5CA34E" w14:textId="563B3300" w:rsidR="00067DE2" w:rsidRDefault="00067DE2">
      <w:pPr>
        <w:pStyle w:val="TM1"/>
        <w:tabs>
          <w:tab w:val="right" w:leader="dot" w:pos="10456"/>
        </w:tabs>
        <w:rPr>
          <w:rFonts w:eastAsiaTheme="minorEastAsia"/>
          <w:b w:val="0"/>
          <w:bCs w:val="0"/>
          <w:caps w:val="0"/>
          <w:noProof/>
          <w:sz w:val="24"/>
          <w:szCs w:val="24"/>
          <w:lang w:eastAsia="fr-FR"/>
        </w:rPr>
      </w:pPr>
      <w:hyperlink w:anchor="_Toc241759593" w:history="1">
        <w:r w:rsidRPr="00AF7895">
          <w:rPr>
            <w:rStyle w:val="Lienhypertexte"/>
            <w:noProof/>
          </w:rPr>
          <w:t>23- Mesurer la rentabilité et les marges de sécurité</w:t>
        </w:r>
        <w:r>
          <w:rPr>
            <w:noProof/>
            <w:webHidden/>
          </w:rPr>
          <w:tab/>
        </w:r>
        <w:r>
          <w:rPr>
            <w:noProof/>
            <w:webHidden/>
          </w:rPr>
          <w:fldChar w:fldCharType="begin"/>
        </w:r>
        <w:r>
          <w:rPr>
            <w:noProof/>
            <w:webHidden/>
          </w:rPr>
          <w:instrText xml:space="preserve"> PAGEREF _Toc241759593 \h </w:instrText>
        </w:r>
        <w:r>
          <w:rPr>
            <w:noProof/>
            <w:webHidden/>
          </w:rPr>
        </w:r>
        <w:r>
          <w:rPr>
            <w:noProof/>
            <w:webHidden/>
          </w:rPr>
          <w:fldChar w:fldCharType="separate"/>
        </w:r>
        <w:r>
          <w:rPr>
            <w:noProof/>
            <w:webHidden/>
          </w:rPr>
          <w:t>16</w:t>
        </w:r>
        <w:r>
          <w:rPr>
            <w:noProof/>
            <w:webHidden/>
          </w:rPr>
          <w:fldChar w:fldCharType="end"/>
        </w:r>
      </w:hyperlink>
    </w:p>
    <w:p w14:paraId="25F1C273" w14:textId="5096E297" w:rsidR="00067DE2" w:rsidRDefault="00067DE2">
      <w:pPr>
        <w:pStyle w:val="TM1"/>
        <w:tabs>
          <w:tab w:val="right" w:leader="dot" w:pos="10456"/>
        </w:tabs>
        <w:rPr>
          <w:rFonts w:eastAsiaTheme="minorEastAsia"/>
          <w:b w:val="0"/>
          <w:bCs w:val="0"/>
          <w:caps w:val="0"/>
          <w:noProof/>
          <w:sz w:val="24"/>
          <w:szCs w:val="24"/>
          <w:lang w:eastAsia="fr-FR"/>
        </w:rPr>
      </w:pPr>
      <w:hyperlink w:anchor="_Toc241759594" w:history="1">
        <w:r w:rsidRPr="00AF7895">
          <w:rPr>
            <w:rStyle w:val="Lienhypertexte"/>
            <w:noProof/>
          </w:rPr>
          <w:t>24- Prévoir le financement et le bilan sur plusieurs années</w:t>
        </w:r>
        <w:r>
          <w:rPr>
            <w:noProof/>
            <w:webHidden/>
          </w:rPr>
          <w:tab/>
        </w:r>
        <w:r>
          <w:rPr>
            <w:noProof/>
            <w:webHidden/>
          </w:rPr>
          <w:fldChar w:fldCharType="begin"/>
        </w:r>
        <w:r>
          <w:rPr>
            <w:noProof/>
            <w:webHidden/>
          </w:rPr>
          <w:instrText xml:space="preserve"> PAGEREF _Toc241759594 \h </w:instrText>
        </w:r>
        <w:r>
          <w:rPr>
            <w:noProof/>
            <w:webHidden/>
          </w:rPr>
        </w:r>
        <w:r>
          <w:rPr>
            <w:noProof/>
            <w:webHidden/>
          </w:rPr>
          <w:fldChar w:fldCharType="separate"/>
        </w:r>
        <w:r>
          <w:rPr>
            <w:noProof/>
            <w:webHidden/>
          </w:rPr>
          <w:t>17</w:t>
        </w:r>
        <w:r>
          <w:rPr>
            <w:noProof/>
            <w:webHidden/>
          </w:rPr>
          <w:fldChar w:fldCharType="end"/>
        </w:r>
      </w:hyperlink>
    </w:p>
    <w:p w14:paraId="46BD8AD2" w14:textId="06FF053E" w:rsidR="00067DE2" w:rsidRDefault="00067DE2">
      <w:pPr>
        <w:pStyle w:val="TM1"/>
        <w:tabs>
          <w:tab w:val="right" w:leader="dot" w:pos="10456"/>
        </w:tabs>
        <w:rPr>
          <w:rFonts w:eastAsiaTheme="minorEastAsia"/>
          <w:b w:val="0"/>
          <w:bCs w:val="0"/>
          <w:caps w:val="0"/>
          <w:noProof/>
          <w:sz w:val="24"/>
          <w:szCs w:val="24"/>
          <w:lang w:eastAsia="fr-FR"/>
        </w:rPr>
      </w:pPr>
      <w:hyperlink w:anchor="_Toc241759595" w:history="1">
        <w:r w:rsidRPr="00AF7895">
          <w:rPr>
            <w:rStyle w:val="Lienhypertexte"/>
            <w:noProof/>
          </w:rPr>
          <w:t>25- Tester les risques et les scénarios</w:t>
        </w:r>
        <w:r>
          <w:rPr>
            <w:noProof/>
            <w:webHidden/>
          </w:rPr>
          <w:tab/>
        </w:r>
        <w:r>
          <w:rPr>
            <w:noProof/>
            <w:webHidden/>
          </w:rPr>
          <w:fldChar w:fldCharType="begin"/>
        </w:r>
        <w:r>
          <w:rPr>
            <w:noProof/>
            <w:webHidden/>
          </w:rPr>
          <w:instrText xml:space="preserve"> PAGEREF _Toc241759595 \h </w:instrText>
        </w:r>
        <w:r>
          <w:rPr>
            <w:noProof/>
            <w:webHidden/>
          </w:rPr>
        </w:r>
        <w:r>
          <w:rPr>
            <w:noProof/>
            <w:webHidden/>
          </w:rPr>
          <w:fldChar w:fldCharType="separate"/>
        </w:r>
        <w:r>
          <w:rPr>
            <w:noProof/>
            <w:webHidden/>
          </w:rPr>
          <w:t>18</w:t>
        </w:r>
        <w:r>
          <w:rPr>
            <w:noProof/>
            <w:webHidden/>
          </w:rPr>
          <w:fldChar w:fldCharType="end"/>
        </w:r>
      </w:hyperlink>
    </w:p>
    <w:p w14:paraId="70837A58" w14:textId="349EB0B3" w:rsidR="00067DE2" w:rsidRDefault="00067DE2">
      <w:pPr>
        <w:pStyle w:val="TM1"/>
        <w:tabs>
          <w:tab w:val="right" w:leader="dot" w:pos="10456"/>
        </w:tabs>
        <w:rPr>
          <w:rFonts w:eastAsiaTheme="minorEastAsia"/>
          <w:b w:val="0"/>
          <w:bCs w:val="0"/>
          <w:caps w:val="0"/>
          <w:noProof/>
          <w:sz w:val="24"/>
          <w:szCs w:val="24"/>
          <w:lang w:eastAsia="fr-FR"/>
        </w:rPr>
      </w:pPr>
      <w:hyperlink w:anchor="_Toc241759596" w:history="1">
        <w:r w:rsidRPr="00AF7895">
          <w:rPr>
            <w:rStyle w:val="Lienhypertexte"/>
            <w:noProof/>
          </w:rPr>
          <w:t>26- Rédiger le résumé et la demande de financement</w:t>
        </w:r>
        <w:r>
          <w:rPr>
            <w:noProof/>
            <w:webHidden/>
          </w:rPr>
          <w:tab/>
        </w:r>
        <w:r>
          <w:rPr>
            <w:noProof/>
            <w:webHidden/>
          </w:rPr>
          <w:fldChar w:fldCharType="begin"/>
        </w:r>
        <w:r>
          <w:rPr>
            <w:noProof/>
            <w:webHidden/>
          </w:rPr>
          <w:instrText xml:space="preserve"> PAGEREF _Toc241759596 \h </w:instrText>
        </w:r>
        <w:r>
          <w:rPr>
            <w:noProof/>
            <w:webHidden/>
          </w:rPr>
        </w:r>
        <w:r>
          <w:rPr>
            <w:noProof/>
            <w:webHidden/>
          </w:rPr>
          <w:fldChar w:fldCharType="separate"/>
        </w:r>
        <w:r>
          <w:rPr>
            <w:noProof/>
            <w:webHidden/>
          </w:rPr>
          <w:t>18</w:t>
        </w:r>
        <w:r>
          <w:rPr>
            <w:noProof/>
            <w:webHidden/>
          </w:rPr>
          <w:fldChar w:fldCharType="end"/>
        </w:r>
      </w:hyperlink>
    </w:p>
    <w:p w14:paraId="7EF97CEC" w14:textId="24882F3F" w:rsidR="00067DE2" w:rsidRDefault="00067DE2">
      <w:pPr>
        <w:pStyle w:val="TM1"/>
        <w:tabs>
          <w:tab w:val="right" w:leader="dot" w:pos="10456"/>
        </w:tabs>
        <w:rPr>
          <w:rFonts w:eastAsiaTheme="minorEastAsia"/>
          <w:b w:val="0"/>
          <w:bCs w:val="0"/>
          <w:caps w:val="0"/>
          <w:noProof/>
          <w:sz w:val="24"/>
          <w:szCs w:val="24"/>
          <w:lang w:eastAsia="fr-FR"/>
        </w:rPr>
      </w:pPr>
      <w:hyperlink w:anchor="_Toc241759597" w:history="1">
        <w:r w:rsidRPr="00AF7895">
          <w:rPr>
            <w:rStyle w:val="Lienhypertexte"/>
            <w:noProof/>
          </w:rPr>
          <w:t>27- Transformer le plan en outil de contrôle de gestion</w:t>
        </w:r>
        <w:r>
          <w:rPr>
            <w:noProof/>
            <w:webHidden/>
          </w:rPr>
          <w:tab/>
        </w:r>
        <w:r>
          <w:rPr>
            <w:noProof/>
            <w:webHidden/>
          </w:rPr>
          <w:fldChar w:fldCharType="begin"/>
        </w:r>
        <w:r>
          <w:rPr>
            <w:noProof/>
            <w:webHidden/>
          </w:rPr>
          <w:instrText xml:space="preserve"> PAGEREF _Toc241759597 \h </w:instrText>
        </w:r>
        <w:r>
          <w:rPr>
            <w:noProof/>
            <w:webHidden/>
          </w:rPr>
        </w:r>
        <w:r>
          <w:rPr>
            <w:noProof/>
            <w:webHidden/>
          </w:rPr>
          <w:fldChar w:fldCharType="separate"/>
        </w:r>
        <w:r>
          <w:rPr>
            <w:noProof/>
            <w:webHidden/>
          </w:rPr>
          <w:t>19</w:t>
        </w:r>
        <w:r>
          <w:rPr>
            <w:noProof/>
            <w:webHidden/>
          </w:rPr>
          <w:fldChar w:fldCharType="end"/>
        </w:r>
      </w:hyperlink>
    </w:p>
    <w:p w14:paraId="443A6CC9" w14:textId="094B37DD" w:rsidR="00067DE2" w:rsidRDefault="00067DE2">
      <w:pPr>
        <w:pStyle w:val="TM1"/>
        <w:tabs>
          <w:tab w:val="right" w:leader="dot" w:pos="10456"/>
        </w:tabs>
        <w:rPr>
          <w:rFonts w:eastAsiaTheme="minorEastAsia"/>
          <w:b w:val="0"/>
          <w:bCs w:val="0"/>
          <w:caps w:val="0"/>
          <w:noProof/>
          <w:sz w:val="24"/>
          <w:szCs w:val="24"/>
          <w:lang w:eastAsia="fr-FR"/>
        </w:rPr>
      </w:pPr>
      <w:hyperlink w:anchor="_Toc241759598" w:history="1">
        <w:r w:rsidRPr="00AF7895">
          <w:rPr>
            <w:rStyle w:val="Lienhypertexte"/>
            <w:noProof/>
          </w:rPr>
          <w:t>28- Application de synthèse et hypothèses</w:t>
        </w:r>
        <w:r>
          <w:rPr>
            <w:noProof/>
            <w:webHidden/>
          </w:rPr>
          <w:tab/>
        </w:r>
        <w:r>
          <w:rPr>
            <w:noProof/>
            <w:webHidden/>
          </w:rPr>
          <w:fldChar w:fldCharType="begin"/>
        </w:r>
        <w:r>
          <w:rPr>
            <w:noProof/>
            <w:webHidden/>
          </w:rPr>
          <w:instrText xml:space="preserve"> PAGEREF _Toc241759598 \h </w:instrText>
        </w:r>
        <w:r>
          <w:rPr>
            <w:noProof/>
            <w:webHidden/>
          </w:rPr>
        </w:r>
        <w:r>
          <w:rPr>
            <w:noProof/>
            <w:webHidden/>
          </w:rPr>
          <w:fldChar w:fldCharType="separate"/>
        </w:r>
        <w:r>
          <w:rPr>
            <w:noProof/>
            <w:webHidden/>
          </w:rPr>
          <w:t>20</w:t>
        </w:r>
        <w:r>
          <w:rPr>
            <w:noProof/>
            <w:webHidden/>
          </w:rPr>
          <w:fldChar w:fldCharType="end"/>
        </w:r>
      </w:hyperlink>
    </w:p>
    <w:p w14:paraId="106C2906" w14:textId="221FA1CD" w:rsidR="00067DE2" w:rsidRDefault="00067DE2">
      <w:pPr>
        <w:pStyle w:val="TM1"/>
        <w:tabs>
          <w:tab w:val="right" w:leader="dot" w:pos="10456"/>
        </w:tabs>
        <w:rPr>
          <w:rFonts w:eastAsiaTheme="minorEastAsia"/>
          <w:b w:val="0"/>
          <w:bCs w:val="0"/>
          <w:caps w:val="0"/>
          <w:noProof/>
          <w:sz w:val="24"/>
          <w:szCs w:val="24"/>
          <w:lang w:eastAsia="fr-FR"/>
        </w:rPr>
      </w:pPr>
      <w:hyperlink w:anchor="_Toc241759599" w:history="1">
        <w:r w:rsidRPr="00AF7895">
          <w:rPr>
            <w:rStyle w:val="Lienhypertexte"/>
            <w:noProof/>
          </w:rPr>
          <w:t>29- Corrigé du résultat et de la capacité</w:t>
        </w:r>
        <w:r>
          <w:rPr>
            <w:noProof/>
            <w:webHidden/>
          </w:rPr>
          <w:tab/>
        </w:r>
        <w:r>
          <w:rPr>
            <w:noProof/>
            <w:webHidden/>
          </w:rPr>
          <w:fldChar w:fldCharType="begin"/>
        </w:r>
        <w:r>
          <w:rPr>
            <w:noProof/>
            <w:webHidden/>
          </w:rPr>
          <w:instrText xml:space="preserve"> PAGEREF _Toc241759599 \h </w:instrText>
        </w:r>
        <w:r>
          <w:rPr>
            <w:noProof/>
            <w:webHidden/>
          </w:rPr>
        </w:r>
        <w:r>
          <w:rPr>
            <w:noProof/>
            <w:webHidden/>
          </w:rPr>
          <w:fldChar w:fldCharType="separate"/>
        </w:r>
        <w:r>
          <w:rPr>
            <w:noProof/>
            <w:webHidden/>
          </w:rPr>
          <w:t>20</w:t>
        </w:r>
        <w:r>
          <w:rPr>
            <w:noProof/>
            <w:webHidden/>
          </w:rPr>
          <w:fldChar w:fldCharType="end"/>
        </w:r>
      </w:hyperlink>
    </w:p>
    <w:p w14:paraId="206E8208" w14:textId="334E78A0" w:rsidR="00067DE2" w:rsidRDefault="00067DE2">
      <w:pPr>
        <w:pStyle w:val="TM1"/>
        <w:tabs>
          <w:tab w:val="right" w:leader="dot" w:pos="10456"/>
        </w:tabs>
        <w:rPr>
          <w:rFonts w:eastAsiaTheme="minorEastAsia"/>
          <w:b w:val="0"/>
          <w:bCs w:val="0"/>
          <w:caps w:val="0"/>
          <w:noProof/>
          <w:sz w:val="24"/>
          <w:szCs w:val="24"/>
          <w:lang w:eastAsia="fr-FR"/>
        </w:rPr>
      </w:pPr>
      <w:hyperlink w:anchor="_Toc241759600" w:history="1">
        <w:r w:rsidRPr="00AF7895">
          <w:rPr>
            <w:rStyle w:val="Lienhypertexte"/>
            <w:noProof/>
          </w:rPr>
          <w:t>30- Corrigé du cycle et de la trésorerie mensuelle</w:t>
        </w:r>
        <w:r>
          <w:rPr>
            <w:noProof/>
            <w:webHidden/>
          </w:rPr>
          <w:tab/>
        </w:r>
        <w:r>
          <w:rPr>
            <w:noProof/>
            <w:webHidden/>
          </w:rPr>
          <w:fldChar w:fldCharType="begin"/>
        </w:r>
        <w:r>
          <w:rPr>
            <w:noProof/>
            <w:webHidden/>
          </w:rPr>
          <w:instrText xml:space="preserve"> PAGEREF _Toc241759600 \h </w:instrText>
        </w:r>
        <w:r>
          <w:rPr>
            <w:noProof/>
            <w:webHidden/>
          </w:rPr>
        </w:r>
        <w:r>
          <w:rPr>
            <w:noProof/>
            <w:webHidden/>
          </w:rPr>
          <w:fldChar w:fldCharType="separate"/>
        </w:r>
        <w:r>
          <w:rPr>
            <w:noProof/>
            <w:webHidden/>
          </w:rPr>
          <w:t>21</w:t>
        </w:r>
        <w:r>
          <w:rPr>
            <w:noProof/>
            <w:webHidden/>
          </w:rPr>
          <w:fldChar w:fldCharType="end"/>
        </w:r>
      </w:hyperlink>
    </w:p>
    <w:p w14:paraId="4A7F1EE2" w14:textId="2E1B9446" w:rsidR="00067DE2" w:rsidRDefault="00067DE2">
      <w:pPr>
        <w:pStyle w:val="TM1"/>
        <w:tabs>
          <w:tab w:val="right" w:leader="dot" w:pos="10456"/>
        </w:tabs>
        <w:rPr>
          <w:rFonts w:eastAsiaTheme="minorEastAsia"/>
          <w:b w:val="0"/>
          <w:bCs w:val="0"/>
          <w:caps w:val="0"/>
          <w:noProof/>
          <w:sz w:val="24"/>
          <w:szCs w:val="24"/>
          <w:lang w:eastAsia="fr-FR"/>
        </w:rPr>
      </w:pPr>
      <w:hyperlink w:anchor="_Toc241759601" w:history="1">
        <w:r w:rsidRPr="00AF7895">
          <w:rPr>
            <w:rStyle w:val="Lienhypertexte"/>
            <w:noProof/>
          </w:rPr>
          <w:t>31- Corrigé du financement et des bilans</w:t>
        </w:r>
        <w:r>
          <w:rPr>
            <w:noProof/>
            <w:webHidden/>
          </w:rPr>
          <w:tab/>
        </w:r>
        <w:r>
          <w:rPr>
            <w:noProof/>
            <w:webHidden/>
          </w:rPr>
          <w:fldChar w:fldCharType="begin"/>
        </w:r>
        <w:r>
          <w:rPr>
            <w:noProof/>
            <w:webHidden/>
          </w:rPr>
          <w:instrText xml:space="preserve"> PAGEREF _Toc241759601 \h </w:instrText>
        </w:r>
        <w:r>
          <w:rPr>
            <w:noProof/>
            <w:webHidden/>
          </w:rPr>
        </w:r>
        <w:r>
          <w:rPr>
            <w:noProof/>
            <w:webHidden/>
          </w:rPr>
          <w:fldChar w:fldCharType="separate"/>
        </w:r>
        <w:r>
          <w:rPr>
            <w:noProof/>
            <w:webHidden/>
          </w:rPr>
          <w:t>22</w:t>
        </w:r>
        <w:r>
          <w:rPr>
            <w:noProof/>
            <w:webHidden/>
          </w:rPr>
          <w:fldChar w:fldCharType="end"/>
        </w:r>
      </w:hyperlink>
    </w:p>
    <w:p w14:paraId="09D0A3DD" w14:textId="64B79FA0" w:rsidR="00067DE2" w:rsidRDefault="00067DE2">
      <w:pPr>
        <w:pStyle w:val="TM1"/>
        <w:tabs>
          <w:tab w:val="right" w:leader="dot" w:pos="10456"/>
        </w:tabs>
        <w:rPr>
          <w:rFonts w:eastAsiaTheme="minorEastAsia"/>
          <w:b w:val="0"/>
          <w:bCs w:val="0"/>
          <w:caps w:val="0"/>
          <w:noProof/>
          <w:sz w:val="24"/>
          <w:szCs w:val="24"/>
          <w:lang w:eastAsia="fr-FR"/>
        </w:rPr>
      </w:pPr>
      <w:hyperlink w:anchor="_Toc241759602" w:history="1">
        <w:r w:rsidRPr="00AF7895">
          <w:rPr>
            <w:rStyle w:val="Lienhypertexte"/>
            <w:noProof/>
          </w:rPr>
          <w:t>32- Corrigé des scénarios et de la décision</w:t>
        </w:r>
        <w:r>
          <w:rPr>
            <w:noProof/>
            <w:webHidden/>
          </w:rPr>
          <w:tab/>
        </w:r>
        <w:r>
          <w:rPr>
            <w:noProof/>
            <w:webHidden/>
          </w:rPr>
          <w:fldChar w:fldCharType="begin"/>
        </w:r>
        <w:r>
          <w:rPr>
            <w:noProof/>
            <w:webHidden/>
          </w:rPr>
          <w:instrText xml:space="preserve"> PAGEREF _Toc241759602 \h </w:instrText>
        </w:r>
        <w:r>
          <w:rPr>
            <w:noProof/>
            <w:webHidden/>
          </w:rPr>
        </w:r>
        <w:r>
          <w:rPr>
            <w:noProof/>
            <w:webHidden/>
          </w:rPr>
          <w:fldChar w:fldCharType="separate"/>
        </w:r>
        <w:r>
          <w:rPr>
            <w:noProof/>
            <w:webHidden/>
          </w:rPr>
          <w:t>22</w:t>
        </w:r>
        <w:r>
          <w:rPr>
            <w:noProof/>
            <w:webHidden/>
          </w:rPr>
          <w:fldChar w:fldCharType="end"/>
        </w:r>
      </w:hyperlink>
    </w:p>
    <w:p w14:paraId="242B0E02" w14:textId="37926F73" w:rsidR="00067DE2" w:rsidRDefault="00067DE2">
      <w:pPr>
        <w:pStyle w:val="TM1"/>
        <w:tabs>
          <w:tab w:val="right" w:leader="dot" w:pos="10456"/>
        </w:tabs>
        <w:rPr>
          <w:rFonts w:eastAsiaTheme="minorEastAsia"/>
          <w:b w:val="0"/>
          <w:bCs w:val="0"/>
          <w:caps w:val="0"/>
          <w:noProof/>
          <w:sz w:val="24"/>
          <w:szCs w:val="24"/>
          <w:lang w:eastAsia="fr-FR"/>
        </w:rPr>
      </w:pPr>
      <w:hyperlink w:anchor="_Toc241759603" w:history="1">
        <w:r w:rsidRPr="00AF7895">
          <w:rPr>
            <w:rStyle w:val="Lienhypertexte"/>
            <w:noProof/>
          </w:rPr>
          <w:t>33- Canevas de rédaction et méthode d’examen</w:t>
        </w:r>
        <w:r>
          <w:rPr>
            <w:noProof/>
            <w:webHidden/>
          </w:rPr>
          <w:tab/>
        </w:r>
        <w:r>
          <w:rPr>
            <w:noProof/>
            <w:webHidden/>
          </w:rPr>
          <w:fldChar w:fldCharType="begin"/>
        </w:r>
        <w:r>
          <w:rPr>
            <w:noProof/>
            <w:webHidden/>
          </w:rPr>
          <w:instrText xml:space="preserve"> PAGEREF _Toc241759603 \h </w:instrText>
        </w:r>
        <w:r>
          <w:rPr>
            <w:noProof/>
            <w:webHidden/>
          </w:rPr>
        </w:r>
        <w:r>
          <w:rPr>
            <w:noProof/>
            <w:webHidden/>
          </w:rPr>
          <w:fldChar w:fldCharType="separate"/>
        </w:r>
        <w:r>
          <w:rPr>
            <w:noProof/>
            <w:webHidden/>
          </w:rPr>
          <w:t>23</w:t>
        </w:r>
        <w:r>
          <w:rPr>
            <w:noProof/>
            <w:webHidden/>
          </w:rPr>
          <w:fldChar w:fldCharType="end"/>
        </w:r>
      </w:hyperlink>
    </w:p>
    <w:p w14:paraId="22C52976" w14:textId="7BD43ECA" w:rsidR="00067DE2" w:rsidRDefault="00067DE2">
      <w:pPr>
        <w:pStyle w:val="TM1"/>
        <w:tabs>
          <w:tab w:val="right" w:leader="dot" w:pos="10456"/>
        </w:tabs>
        <w:rPr>
          <w:rFonts w:eastAsiaTheme="minorEastAsia"/>
          <w:b w:val="0"/>
          <w:bCs w:val="0"/>
          <w:caps w:val="0"/>
          <w:noProof/>
          <w:sz w:val="24"/>
          <w:szCs w:val="24"/>
          <w:lang w:eastAsia="fr-FR"/>
        </w:rPr>
      </w:pPr>
      <w:hyperlink w:anchor="_Toc241759604" w:history="1">
        <w:r w:rsidRPr="00AF7895">
          <w:rPr>
            <w:rStyle w:val="Lienhypertexte"/>
            <w:noProof/>
          </w:rPr>
          <w:t>34- Sources et repères de vérification</w:t>
        </w:r>
        <w:r>
          <w:rPr>
            <w:noProof/>
            <w:webHidden/>
          </w:rPr>
          <w:tab/>
        </w:r>
        <w:r>
          <w:rPr>
            <w:noProof/>
            <w:webHidden/>
          </w:rPr>
          <w:fldChar w:fldCharType="begin"/>
        </w:r>
        <w:r>
          <w:rPr>
            <w:noProof/>
            <w:webHidden/>
          </w:rPr>
          <w:instrText xml:space="preserve"> PAGEREF _Toc241759604 \h </w:instrText>
        </w:r>
        <w:r>
          <w:rPr>
            <w:noProof/>
            <w:webHidden/>
          </w:rPr>
        </w:r>
        <w:r>
          <w:rPr>
            <w:noProof/>
            <w:webHidden/>
          </w:rPr>
          <w:fldChar w:fldCharType="separate"/>
        </w:r>
        <w:r>
          <w:rPr>
            <w:noProof/>
            <w:webHidden/>
          </w:rPr>
          <w:t>23</w:t>
        </w:r>
        <w:r>
          <w:rPr>
            <w:noProof/>
            <w:webHidden/>
          </w:rPr>
          <w:fldChar w:fldCharType="end"/>
        </w:r>
      </w:hyperlink>
    </w:p>
    <w:p w14:paraId="00D45954" w14:textId="142AC3BE" w:rsidR="00067DE2" w:rsidRDefault="00067DE2">
      <w:pPr>
        <w:pStyle w:val="TM1"/>
        <w:tabs>
          <w:tab w:val="right" w:leader="dot" w:pos="10456"/>
        </w:tabs>
        <w:rPr>
          <w:rFonts w:eastAsiaTheme="minorEastAsia"/>
          <w:b w:val="0"/>
          <w:bCs w:val="0"/>
          <w:caps w:val="0"/>
          <w:noProof/>
          <w:sz w:val="24"/>
          <w:szCs w:val="24"/>
          <w:lang w:eastAsia="fr-FR"/>
        </w:rPr>
      </w:pPr>
      <w:hyperlink w:anchor="_Toc241759605" w:history="1">
        <w:r w:rsidRPr="00AF7895">
          <w:rPr>
            <w:rStyle w:val="Lienhypertexte"/>
            <w:noProof/>
          </w:rPr>
          <w:t>35- Sources sur la création et les aides</w:t>
        </w:r>
        <w:r>
          <w:rPr>
            <w:noProof/>
            <w:webHidden/>
          </w:rPr>
          <w:tab/>
        </w:r>
        <w:r>
          <w:rPr>
            <w:noProof/>
            <w:webHidden/>
          </w:rPr>
          <w:fldChar w:fldCharType="begin"/>
        </w:r>
        <w:r>
          <w:rPr>
            <w:noProof/>
            <w:webHidden/>
          </w:rPr>
          <w:instrText xml:space="preserve"> PAGEREF _Toc241759605 \h </w:instrText>
        </w:r>
        <w:r>
          <w:rPr>
            <w:noProof/>
            <w:webHidden/>
          </w:rPr>
        </w:r>
        <w:r>
          <w:rPr>
            <w:noProof/>
            <w:webHidden/>
          </w:rPr>
          <w:fldChar w:fldCharType="separate"/>
        </w:r>
        <w:r>
          <w:rPr>
            <w:noProof/>
            <w:webHidden/>
          </w:rPr>
          <w:t>24</w:t>
        </w:r>
        <w:r>
          <w:rPr>
            <w:noProof/>
            <w:webHidden/>
          </w:rPr>
          <w:fldChar w:fldCharType="end"/>
        </w:r>
      </w:hyperlink>
    </w:p>
    <w:p w14:paraId="21E09597" w14:textId="6D73AD9A" w:rsidR="00067DE2" w:rsidRDefault="00067DE2" w:rsidP="00FC6F9B">
      <w:pPr>
        <w:spacing w:after="0" w:line="240" w:lineRule="auto"/>
      </w:pPr>
      <w:r>
        <w:fldChar w:fldCharType="end"/>
      </w:r>
    </w:p>
    <w:p w14:paraId="7C9F30FF" w14:textId="77777777" w:rsidR="00FC6F9B" w:rsidRDefault="00FC6F9B" w:rsidP="00FC6F9B">
      <w:pPr>
        <w:pStyle w:val="Titre2"/>
        <w:spacing w:before="0" w:after="0" w:line="240" w:lineRule="auto"/>
      </w:pPr>
      <w:r>
        <w:t>Objectifs du cours</w:t>
      </w:r>
    </w:p>
    <w:p w14:paraId="0227A2DF" w14:textId="77777777" w:rsidR="00FC6F9B" w:rsidRPr="00FC6F9B" w:rsidRDefault="00FC6F9B" w:rsidP="00FC6F9B">
      <w:pPr>
        <w:pStyle w:val="Listepuces"/>
        <w:tabs>
          <w:tab w:val="num" w:pos="360"/>
        </w:tabs>
        <w:spacing w:after="0" w:line="240" w:lineRule="auto"/>
        <w:jc w:val="both"/>
        <w:rPr>
          <w:lang w:val="fr-FR"/>
        </w:rPr>
      </w:pPr>
      <w:r w:rsidRPr="00FC6F9B">
        <w:rPr>
          <w:lang w:val="fr-FR"/>
        </w:rPr>
        <w:t>Construire un dossier argumenté à partir de données vérifiables.</w:t>
      </w:r>
    </w:p>
    <w:p w14:paraId="459FFEC8" w14:textId="77777777" w:rsidR="00FC6F9B" w:rsidRPr="00FC6F9B" w:rsidRDefault="00FC6F9B" w:rsidP="00FC6F9B">
      <w:pPr>
        <w:pStyle w:val="Listepuces"/>
        <w:tabs>
          <w:tab w:val="num" w:pos="360"/>
        </w:tabs>
        <w:spacing w:after="0" w:line="240" w:lineRule="auto"/>
        <w:jc w:val="both"/>
        <w:rPr>
          <w:lang w:val="fr-FR"/>
        </w:rPr>
      </w:pPr>
      <w:r w:rsidRPr="00FC6F9B">
        <w:rPr>
          <w:lang w:val="fr-FR"/>
        </w:rPr>
        <w:t>Structurer le dossier de création et intégrer les aides dans les bons budgets.</w:t>
      </w:r>
    </w:p>
    <w:p w14:paraId="25FE1A39" w14:textId="77777777" w:rsidR="00FC6F9B" w:rsidRPr="00FC6F9B" w:rsidRDefault="00FC6F9B" w:rsidP="00FC6F9B">
      <w:pPr>
        <w:pStyle w:val="Listepuces"/>
        <w:tabs>
          <w:tab w:val="num" w:pos="360"/>
        </w:tabs>
        <w:spacing w:after="0" w:line="240" w:lineRule="auto"/>
        <w:jc w:val="both"/>
        <w:rPr>
          <w:lang w:val="fr-FR"/>
        </w:rPr>
      </w:pPr>
      <w:r w:rsidRPr="00FC6F9B">
        <w:rPr>
          <w:lang w:val="fr-FR"/>
        </w:rPr>
        <w:t>Traduire les choix commerciaux et organisationnels en prévisions chiffrées.</w:t>
      </w:r>
    </w:p>
    <w:p w14:paraId="2040C5D7" w14:textId="77777777" w:rsidR="00FC6F9B" w:rsidRPr="00FC6F9B" w:rsidRDefault="00FC6F9B" w:rsidP="00FC6F9B">
      <w:pPr>
        <w:pStyle w:val="Listepuces"/>
        <w:tabs>
          <w:tab w:val="num" w:pos="360"/>
        </w:tabs>
        <w:spacing w:after="0" w:line="240" w:lineRule="auto"/>
        <w:jc w:val="both"/>
        <w:rPr>
          <w:lang w:val="fr-FR"/>
        </w:rPr>
      </w:pPr>
      <w:r w:rsidRPr="00FC6F9B">
        <w:rPr>
          <w:lang w:val="fr-FR"/>
        </w:rPr>
        <w:t>Distinguer rentabilité, financement et trésorerie.</w:t>
      </w:r>
    </w:p>
    <w:p w14:paraId="6FF2875E" w14:textId="77777777" w:rsidR="00FC6F9B" w:rsidRPr="00FC6F9B" w:rsidRDefault="00FC6F9B" w:rsidP="00FC6F9B">
      <w:pPr>
        <w:pStyle w:val="Listepuces"/>
        <w:tabs>
          <w:tab w:val="num" w:pos="360"/>
        </w:tabs>
        <w:spacing w:after="0" w:line="240" w:lineRule="auto"/>
        <w:jc w:val="both"/>
        <w:rPr>
          <w:lang w:val="fr-FR"/>
        </w:rPr>
      </w:pPr>
      <w:r w:rsidRPr="00FC6F9B">
        <w:rPr>
          <w:lang w:val="fr-FR"/>
        </w:rPr>
        <w:t>Tester les risques et transformer le plan en outil de contrôle de gestion.</w:t>
      </w:r>
    </w:p>
    <w:p w14:paraId="46401F2E" w14:textId="77777777" w:rsidR="00FC6F9B" w:rsidRDefault="00FC6F9B" w:rsidP="00FC6F9B">
      <w:pPr>
        <w:pStyle w:val="Titre2"/>
        <w:spacing w:before="0" w:after="0" w:line="240" w:lineRule="auto"/>
      </w:pPr>
      <w:r>
        <w:t>Mots clés</w:t>
      </w:r>
    </w:p>
    <w:tbl>
      <w:tblPr>
        <w:tblStyle w:val="Grilledutableau"/>
        <w:tblW w:w="0" w:type="auto"/>
        <w:tblLayout w:type="fixed"/>
        <w:tblLook w:val="04A0" w:firstRow="1" w:lastRow="0" w:firstColumn="1" w:lastColumn="0" w:noHBand="0" w:noVBand="1"/>
      </w:tblPr>
      <w:tblGrid>
        <w:gridCol w:w="3024"/>
        <w:gridCol w:w="7344"/>
      </w:tblGrid>
      <w:tr w:rsidR="00FC6F9B" w:rsidRPr="00FC6F9B" w14:paraId="0191F043" w14:textId="77777777" w:rsidTr="00FC6F9B">
        <w:trPr>
          <w:tblHeader/>
        </w:trPr>
        <w:tc>
          <w:tcPr>
            <w:tcW w:w="3024" w:type="dxa"/>
          </w:tcPr>
          <w:p w14:paraId="24F8EF45" w14:textId="77777777" w:rsidR="00FC6F9B" w:rsidRPr="00FC6F9B" w:rsidRDefault="00FC6F9B" w:rsidP="00FC6F9B">
            <w:pPr>
              <w:jc w:val="left"/>
              <w:rPr>
                <w:rFonts w:ascii="Calibri" w:hAnsi="Calibri" w:cs="Calibri"/>
                <w:sz w:val="20"/>
              </w:rPr>
            </w:pPr>
            <w:r w:rsidRPr="00FC6F9B">
              <w:rPr>
                <w:rFonts w:ascii="Calibri" w:hAnsi="Calibri" w:cs="Calibri"/>
                <w:b/>
                <w:sz w:val="20"/>
              </w:rPr>
              <w:t>Notion</w:t>
            </w:r>
          </w:p>
        </w:tc>
        <w:tc>
          <w:tcPr>
            <w:tcW w:w="7344" w:type="dxa"/>
          </w:tcPr>
          <w:p w14:paraId="7CFFEF72" w14:textId="77777777" w:rsidR="00FC6F9B" w:rsidRPr="00FC6F9B" w:rsidRDefault="00FC6F9B" w:rsidP="00FC6F9B">
            <w:pPr>
              <w:jc w:val="left"/>
              <w:rPr>
                <w:rFonts w:ascii="Calibri" w:hAnsi="Calibri" w:cs="Calibri"/>
                <w:sz w:val="20"/>
              </w:rPr>
            </w:pPr>
            <w:r w:rsidRPr="00FC6F9B">
              <w:rPr>
                <w:rFonts w:ascii="Calibri" w:hAnsi="Calibri" w:cs="Calibri"/>
                <w:b/>
                <w:sz w:val="20"/>
              </w:rPr>
              <w:t>Sens dans le business plan</w:t>
            </w:r>
          </w:p>
        </w:tc>
      </w:tr>
      <w:tr w:rsidR="00FC6F9B" w:rsidRPr="00FC6F9B" w14:paraId="3CAAA0B9" w14:textId="77777777" w:rsidTr="00FC6F9B">
        <w:tc>
          <w:tcPr>
            <w:tcW w:w="3024" w:type="dxa"/>
          </w:tcPr>
          <w:p w14:paraId="56BAF9F4" w14:textId="77777777" w:rsidR="00FC6F9B" w:rsidRPr="00FC6F9B" w:rsidRDefault="00FC6F9B" w:rsidP="00FC6F9B">
            <w:pPr>
              <w:jc w:val="left"/>
              <w:rPr>
                <w:rFonts w:ascii="Calibri" w:hAnsi="Calibri" w:cs="Calibri"/>
                <w:sz w:val="20"/>
              </w:rPr>
            </w:pPr>
            <w:r w:rsidRPr="00FC6F9B">
              <w:rPr>
                <w:rFonts w:ascii="Calibri" w:hAnsi="Calibri" w:cs="Calibri"/>
                <w:sz w:val="20"/>
              </w:rPr>
              <w:t>Modèle économique</w:t>
            </w:r>
          </w:p>
        </w:tc>
        <w:tc>
          <w:tcPr>
            <w:tcW w:w="7344" w:type="dxa"/>
          </w:tcPr>
          <w:p w14:paraId="5E13E7A6" w14:textId="77777777" w:rsidR="00FC6F9B" w:rsidRPr="00FC6F9B" w:rsidRDefault="00FC6F9B" w:rsidP="00FC6F9B">
            <w:pPr>
              <w:jc w:val="left"/>
              <w:rPr>
                <w:rFonts w:ascii="Calibri" w:hAnsi="Calibri" w:cs="Calibri"/>
                <w:sz w:val="20"/>
              </w:rPr>
            </w:pPr>
            <w:r w:rsidRPr="00FC6F9B">
              <w:rPr>
                <w:rFonts w:ascii="Calibri" w:hAnsi="Calibri" w:cs="Calibri"/>
                <w:sz w:val="20"/>
              </w:rPr>
              <w:t>Façon de créer une valeur pour le client et d’en tirer des revenus.</w:t>
            </w:r>
          </w:p>
        </w:tc>
      </w:tr>
      <w:tr w:rsidR="00FC6F9B" w:rsidRPr="00FC6F9B" w14:paraId="6D6FE182" w14:textId="77777777" w:rsidTr="00FC6F9B">
        <w:tc>
          <w:tcPr>
            <w:tcW w:w="3024" w:type="dxa"/>
          </w:tcPr>
          <w:p w14:paraId="78E4B5BE" w14:textId="77777777" w:rsidR="00FC6F9B" w:rsidRPr="00FC6F9B" w:rsidRDefault="00FC6F9B" w:rsidP="00FC6F9B">
            <w:pPr>
              <w:jc w:val="left"/>
              <w:rPr>
                <w:rFonts w:ascii="Calibri" w:hAnsi="Calibri" w:cs="Calibri"/>
                <w:sz w:val="20"/>
              </w:rPr>
            </w:pPr>
            <w:r w:rsidRPr="00FC6F9B">
              <w:rPr>
                <w:rFonts w:ascii="Calibri" w:hAnsi="Calibri" w:cs="Calibri"/>
                <w:sz w:val="20"/>
              </w:rPr>
              <w:t>Proposition de valeur</w:t>
            </w:r>
          </w:p>
        </w:tc>
        <w:tc>
          <w:tcPr>
            <w:tcW w:w="7344" w:type="dxa"/>
          </w:tcPr>
          <w:p w14:paraId="791D205F" w14:textId="77777777" w:rsidR="00FC6F9B" w:rsidRPr="00FC6F9B" w:rsidRDefault="00FC6F9B" w:rsidP="00FC6F9B">
            <w:pPr>
              <w:jc w:val="left"/>
              <w:rPr>
                <w:rFonts w:ascii="Calibri" w:hAnsi="Calibri" w:cs="Calibri"/>
                <w:sz w:val="20"/>
              </w:rPr>
            </w:pPr>
            <w:r w:rsidRPr="00FC6F9B">
              <w:rPr>
                <w:rFonts w:ascii="Calibri" w:hAnsi="Calibri" w:cs="Calibri"/>
                <w:sz w:val="20"/>
              </w:rPr>
              <w:t>Bénéfice précis apporté à un client identifié.</w:t>
            </w:r>
          </w:p>
        </w:tc>
      </w:tr>
      <w:tr w:rsidR="00FC6F9B" w:rsidRPr="00FC6F9B" w14:paraId="1DFDD9FD" w14:textId="77777777" w:rsidTr="00FC6F9B">
        <w:tc>
          <w:tcPr>
            <w:tcW w:w="3024" w:type="dxa"/>
          </w:tcPr>
          <w:p w14:paraId="782B21F3" w14:textId="77777777" w:rsidR="00FC6F9B" w:rsidRPr="00FC6F9B" w:rsidRDefault="00FC6F9B" w:rsidP="00FC6F9B">
            <w:pPr>
              <w:jc w:val="left"/>
              <w:rPr>
                <w:rFonts w:ascii="Calibri" w:hAnsi="Calibri" w:cs="Calibri"/>
                <w:sz w:val="20"/>
              </w:rPr>
            </w:pPr>
            <w:r w:rsidRPr="00FC6F9B">
              <w:rPr>
                <w:rFonts w:ascii="Calibri" w:hAnsi="Calibri" w:cs="Calibri"/>
                <w:sz w:val="20"/>
              </w:rPr>
              <w:t>Hypothèse</w:t>
            </w:r>
          </w:p>
        </w:tc>
        <w:tc>
          <w:tcPr>
            <w:tcW w:w="7344" w:type="dxa"/>
          </w:tcPr>
          <w:p w14:paraId="29C24C82" w14:textId="77777777" w:rsidR="00FC6F9B" w:rsidRPr="00FC6F9B" w:rsidRDefault="00FC6F9B" w:rsidP="00FC6F9B">
            <w:pPr>
              <w:jc w:val="left"/>
              <w:rPr>
                <w:rFonts w:ascii="Calibri" w:hAnsi="Calibri" w:cs="Calibri"/>
                <w:sz w:val="20"/>
              </w:rPr>
            </w:pPr>
            <w:r w:rsidRPr="00FC6F9B">
              <w:rPr>
                <w:rFonts w:ascii="Calibri" w:hAnsi="Calibri" w:cs="Calibri"/>
                <w:sz w:val="20"/>
              </w:rPr>
              <w:t>Valeur ou relation retenue pour construire une prévision.</w:t>
            </w:r>
          </w:p>
        </w:tc>
      </w:tr>
      <w:tr w:rsidR="00FC6F9B" w:rsidRPr="00FC6F9B" w14:paraId="55AABA7B" w14:textId="77777777" w:rsidTr="00FC6F9B">
        <w:tc>
          <w:tcPr>
            <w:tcW w:w="3024" w:type="dxa"/>
          </w:tcPr>
          <w:p w14:paraId="2EA092AE" w14:textId="77777777" w:rsidR="00FC6F9B" w:rsidRPr="00FC6F9B" w:rsidRDefault="00FC6F9B" w:rsidP="00FC6F9B">
            <w:pPr>
              <w:jc w:val="left"/>
              <w:rPr>
                <w:rFonts w:ascii="Calibri" w:hAnsi="Calibri" w:cs="Calibri"/>
                <w:sz w:val="20"/>
              </w:rPr>
            </w:pPr>
            <w:r w:rsidRPr="00FC6F9B">
              <w:rPr>
                <w:rFonts w:ascii="Calibri" w:hAnsi="Calibri" w:cs="Calibri"/>
                <w:sz w:val="20"/>
              </w:rPr>
              <w:t>Résumé opérationnel</w:t>
            </w:r>
          </w:p>
        </w:tc>
        <w:tc>
          <w:tcPr>
            <w:tcW w:w="7344" w:type="dxa"/>
          </w:tcPr>
          <w:p w14:paraId="6127F9E5" w14:textId="77777777" w:rsidR="00FC6F9B" w:rsidRPr="00FC6F9B" w:rsidRDefault="00FC6F9B" w:rsidP="00FC6F9B">
            <w:pPr>
              <w:jc w:val="left"/>
              <w:rPr>
                <w:rFonts w:ascii="Calibri" w:hAnsi="Calibri" w:cs="Calibri"/>
                <w:sz w:val="20"/>
              </w:rPr>
            </w:pPr>
            <w:r w:rsidRPr="00FC6F9B">
              <w:rPr>
                <w:rFonts w:ascii="Calibri" w:hAnsi="Calibri" w:cs="Calibri"/>
                <w:sz w:val="20"/>
              </w:rPr>
              <w:t>Synthèse du projet, des preuves et du financement demandé.</w:t>
            </w:r>
          </w:p>
        </w:tc>
      </w:tr>
      <w:tr w:rsidR="00FC6F9B" w:rsidRPr="00FC6F9B" w14:paraId="225B3356" w14:textId="77777777" w:rsidTr="00FC6F9B">
        <w:tc>
          <w:tcPr>
            <w:tcW w:w="3024" w:type="dxa"/>
          </w:tcPr>
          <w:p w14:paraId="11C0D6EE" w14:textId="77777777" w:rsidR="00FC6F9B" w:rsidRPr="00FC6F9B" w:rsidRDefault="00FC6F9B" w:rsidP="00FC6F9B">
            <w:pPr>
              <w:jc w:val="left"/>
              <w:rPr>
                <w:rFonts w:ascii="Calibri" w:hAnsi="Calibri" w:cs="Calibri"/>
                <w:sz w:val="20"/>
              </w:rPr>
            </w:pPr>
            <w:r w:rsidRPr="00FC6F9B">
              <w:rPr>
                <w:rFonts w:ascii="Calibri" w:hAnsi="Calibri" w:cs="Calibri"/>
                <w:sz w:val="20"/>
              </w:rPr>
              <w:t>Marge sur coût variable</w:t>
            </w:r>
          </w:p>
        </w:tc>
        <w:tc>
          <w:tcPr>
            <w:tcW w:w="7344" w:type="dxa"/>
          </w:tcPr>
          <w:p w14:paraId="2E021E90" w14:textId="77777777" w:rsidR="00FC6F9B" w:rsidRPr="00FC6F9B" w:rsidRDefault="00FC6F9B" w:rsidP="00FC6F9B">
            <w:pPr>
              <w:jc w:val="left"/>
              <w:rPr>
                <w:rFonts w:ascii="Calibri" w:hAnsi="Calibri" w:cs="Calibri"/>
                <w:sz w:val="20"/>
              </w:rPr>
            </w:pPr>
            <w:r w:rsidRPr="00FC6F9B">
              <w:rPr>
                <w:rFonts w:ascii="Calibri" w:hAnsi="Calibri" w:cs="Calibri"/>
                <w:sz w:val="20"/>
              </w:rPr>
              <w:t>Chiffre d’affaires diminué des charges variables.</w:t>
            </w:r>
          </w:p>
        </w:tc>
      </w:tr>
      <w:tr w:rsidR="00FC6F9B" w:rsidRPr="00FC6F9B" w14:paraId="67481F8C" w14:textId="77777777" w:rsidTr="00FC6F9B">
        <w:tc>
          <w:tcPr>
            <w:tcW w:w="3024" w:type="dxa"/>
          </w:tcPr>
          <w:p w14:paraId="1FCD267D" w14:textId="77777777" w:rsidR="00FC6F9B" w:rsidRPr="00FC6F9B" w:rsidRDefault="00FC6F9B" w:rsidP="00FC6F9B">
            <w:pPr>
              <w:jc w:val="left"/>
              <w:rPr>
                <w:rFonts w:ascii="Calibri" w:hAnsi="Calibri" w:cs="Calibri"/>
                <w:sz w:val="20"/>
              </w:rPr>
            </w:pPr>
            <w:r w:rsidRPr="00FC6F9B">
              <w:rPr>
                <w:rFonts w:ascii="Calibri" w:hAnsi="Calibri" w:cs="Calibri"/>
                <w:sz w:val="20"/>
              </w:rPr>
              <w:t>Seuil de rentabilité</w:t>
            </w:r>
          </w:p>
        </w:tc>
        <w:tc>
          <w:tcPr>
            <w:tcW w:w="7344" w:type="dxa"/>
          </w:tcPr>
          <w:p w14:paraId="1C4A3E63" w14:textId="77777777" w:rsidR="00FC6F9B" w:rsidRPr="00FC6F9B" w:rsidRDefault="00FC6F9B" w:rsidP="00FC6F9B">
            <w:pPr>
              <w:jc w:val="left"/>
              <w:rPr>
                <w:rFonts w:ascii="Calibri" w:hAnsi="Calibri" w:cs="Calibri"/>
                <w:sz w:val="20"/>
              </w:rPr>
            </w:pPr>
            <w:r w:rsidRPr="00FC6F9B">
              <w:rPr>
                <w:rFonts w:ascii="Calibri" w:hAnsi="Calibri" w:cs="Calibri"/>
                <w:sz w:val="20"/>
              </w:rPr>
              <w:t>Niveau de chiffre d’affaires couvrant les charges retenues.</w:t>
            </w:r>
          </w:p>
        </w:tc>
      </w:tr>
      <w:tr w:rsidR="00FC6F9B" w:rsidRPr="00FC6F9B" w14:paraId="71E02C66" w14:textId="77777777" w:rsidTr="00FC6F9B">
        <w:tc>
          <w:tcPr>
            <w:tcW w:w="3024" w:type="dxa"/>
          </w:tcPr>
          <w:p w14:paraId="54EF37EB" w14:textId="77777777" w:rsidR="00FC6F9B" w:rsidRPr="00FC6F9B" w:rsidRDefault="00FC6F9B" w:rsidP="00FC6F9B">
            <w:pPr>
              <w:jc w:val="left"/>
              <w:rPr>
                <w:rFonts w:ascii="Calibri" w:hAnsi="Calibri" w:cs="Calibri"/>
                <w:sz w:val="20"/>
              </w:rPr>
            </w:pPr>
            <w:r w:rsidRPr="00FC6F9B">
              <w:rPr>
                <w:rFonts w:ascii="Calibri" w:hAnsi="Calibri" w:cs="Calibri"/>
                <w:sz w:val="20"/>
              </w:rPr>
              <w:t>Besoin en fonds de roulement</w:t>
            </w:r>
          </w:p>
        </w:tc>
        <w:tc>
          <w:tcPr>
            <w:tcW w:w="7344" w:type="dxa"/>
          </w:tcPr>
          <w:p w14:paraId="78410816" w14:textId="77777777" w:rsidR="00FC6F9B" w:rsidRPr="00FC6F9B" w:rsidRDefault="00FC6F9B" w:rsidP="00FC6F9B">
            <w:pPr>
              <w:jc w:val="left"/>
              <w:rPr>
                <w:rFonts w:ascii="Calibri" w:hAnsi="Calibri" w:cs="Calibri"/>
                <w:sz w:val="20"/>
              </w:rPr>
            </w:pPr>
            <w:r w:rsidRPr="00FC6F9B">
              <w:rPr>
                <w:rFonts w:ascii="Calibri" w:hAnsi="Calibri" w:cs="Calibri"/>
                <w:sz w:val="20"/>
              </w:rPr>
              <w:t>Ressources immobilisées dans les décalages du cycle d’activité.</w:t>
            </w:r>
          </w:p>
        </w:tc>
      </w:tr>
      <w:tr w:rsidR="00FC6F9B" w:rsidRPr="00FC6F9B" w14:paraId="2CD40540" w14:textId="77777777" w:rsidTr="00FC6F9B">
        <w:tc>
          <w:tcPr>
            <w:tcW w:w="3024" w:type="dxa"/>
          </w:tcPr>
          <w:p w14:paraId="4014415C" w14:textId="77777777" w:rsidR="00FC6F9B" w:rsidRPr="00FC6F9B" w:rsidRDefault="00FC6F9B" w:rsidP="00FC6F9B">
            <w:pPr>
              <w:jc w:val="left"/>
              <w:rPr>
                <w:rFonts w:ascii="Calibri" w:hAnsi="Calibri" w:cs="Calibri"/>
                <w:sz w:val="20"/>
              </w:rPr>
            </w:pPr>
            <w:r w:rsidRPr="00FC6F9B">
              <w:rPr>
                <w:rFonts w:ascii="Calibri" w:hAnsi="Calibri" w:cs="Calibri"/>
                <w:sz w:val="20"/>
              </w:rPr>
              <w:t>Capacité d’autofinancement</w:t>
            </w:r>
          </w:p>
        </w:tc>
        <w:tc>
          <w:tcPr>
            <w:tcW w:w="7344" w:type="dxa"/>
          </w:tcPr>
          <w:p w14:paraId="641C4D72" w14:textId="77777777" w:rsidR="00FC6F9B" w:rsidRPr="00FC6F9B" w:rsidRDefault="00FC6F9B" w:rsidP="00FC6F9B">
            <w:pPr>
              <w:jc w:val="left"/>
              <w:rPr>
                <w:rFonts w:ascii="Calibri" w:hAnsi="Calibri" w:cs="Calibri"/>
                <w:sz w:val="20"/>
              </w:rPr>
            </w:pPr>
            <w:r w:rsidRPr="00FC6F9B">
              <w:rPr>
                <w:rFonts w:ascii="Calibri" w:hAnsi="Calibri" w:cs="Calibri"/>
                <w:sz w:val="20"/>
              </w:rPr>
              <w:t>Ressource potentielle générée par l’activité, distincte de l’encaissement.</w:t>
            </w:r>
          </w:p>
        </w:tc>
      </w:tr>
      <w:tr w:rsidR="00FC6F9B" w:rsidRPr="00FC6F9B" w14:paraId="39B3CB57" w14:textId="77777777" w:rsidTr="00FC6F9B">
        <w:tc>
          <w:tcPr>
            <w:tcW w:w="3024" w:type="dxa"/>
          </w:tcPr>
          <w:p w14:paraId="5CDA453C" w14:textId="77777777" w:rsidR="00FC6F9B" w:rsidRPr="00FC6F9B" w:rsidRDefault="00FC6F9B" w:rsidP="00FC6F9B">
            <w:pPr>
              <w:jc w:val="left"/>
              <w:rPr>
                <w:rFonts w:ascii="Calibri" w:hAnsi="Calibri" w:cs="Calibri"/>
                <w:sz w:val="20"/>
              </w:rPr>
            </w:pPr>
            <w:r w:rsidRPr="00FC6F9B">
              <w:rPr>
                <w:rFonts w:ascii="Calibri" w:hAnsi="Calibri" w:cs="Calibri"/>
                <w:sz w:val="20"/>
              </w:rPr>
              <w:t>Scénario</w:t>
            </w:r>
          </w:p>
        </w:tc>
        <w:tc>
          <w:tcPr>
            <w:tcW w:w="7344" w:type="dxa"/>
          </w:tcPr>
          <w:p w14:paraId="3C9EF899" w14:textId="77777777" w:rsidR="00FC6F9B" w:rsidRPr="00FC6F9B" w:rsidRDefault="00FC6F9B" w:rsidP="00FC6F9B">
            <w:pPr>
              <w:jc w:val="left"/>
              <w:rPr>
                <w:rFonts w:ascii="Calibri" w:hAnsi="Calibri" w:cs="Calibri"/>
                <w:sz w:val="20"/>
              </w:rPr>
            </w:pPr>
            <w:r w:rsidRPr="00FC6F9B">
              <w:rPr>
                <w:rFonts w:ascii="Calibri" w:hAnsi="Calibri" w:cs="Calibri"/>
                <w:sz w:val="20"/>
              </w:rPr>
              <w:t>Ensemble cohérent d’hypothèses décrivant une situation possible.</w:t>
            </w:r>
          </w:p>
        </w:tc>
      </w:tr>
      <w:tr w:rsidR="00FC6F9B" w:rsidRPr="00FC6F9B" w14:paraId="3F5D025E" w14:textId="77777777" w:rsidTr="00FC6F9B">
        <w:tc>
          <w:tcPr>
            <w:tcW w:w="3024" w:type="dxa"/>
          </w:tcPr>
          <w:p w14:paraId="418CA691" w14:textId="77777777" w:rsidR="00FC6F9B" w:rsidRPr="00FC6F9B" w:rsidRDefault="00FC6F9B" w:rsidP="00FC6F9B">
            <w:pPr>
              <w:jc w:val="left"/>
              <w:rPr>
                <w:rFonts w:ascii="Calibri" w:hAnsi="Calibri" w:cs="Calibri"/>
                <w:sz w:val="20"/>
              </w:rPr>
            </w:pPr>
            <w:r w:rsidRPr="00FC6F9B">
              <w:rPr>
                <w:rFonts w:ascii="Calibri" w:hAnsi="Calibri" w:cs="Calibri"/>
                <w:sz w:val="20"/>
              </w:rPr>
              <w:t>Bilan prévisionnel</w:t>
            </w:r>
          </w:p>
        </w:tc>
        <w:tc>
          <w:tcPr>
            <w:tcW w:w="7344" w:type="dxa"/>
          </w:tcPr>
          <w:p w14:paraId="4BDED9F9" w14:textId="77777777" w:rsidR="00FC6F9B" w:rsidRPr="00FC6F9B" w:rsidRDefault="00FC6F9B" w:rsidP="00FC6F9B">
            <w:pPr>
              <w:jc w:val="left"/>
              <w:rPr>
                <w:rFonts w:ascii="Calibri" w:hAnsi="Calibri" w:cs="Calibri"/>
                <w:sz w:val="20"/>
              </w:rPr>
            </w:pPr>
            <w:r w:rsidRPr="00FC6F9B">
              <w:rPr>
                <w:rFonts w:ascii="Calibri" w:hAnsi="Calibri" w:cs="Calibri"/>
                <w:sz w:val="20"/>
              </w:rPr>
              <w:t>Situation patrimoniale attendue à une date future.</w:t>
            </w:r>
          </w:p>
        </w:tc>
      </w:tr>
    </w:tbl>
    <w:p w14:paraId="6E30B2FA" w14:textId="77777777" w:rsidR="00FC6F9B" w:rsidRDefault="00FC6F9B" w:rsidP="00FC6F9B">
      <w:pPr>
        <w:spacing w:after="0" w:line="240" w:lineRule="auto"/>
      </w:pPr>
    </w:p>
    <w:p w14:paraId="5D4F1110" w14:textId="77777777" w:rsidR="00FC6F9B" w:rsidRDefault="00FC6F9B" w:rsidP="00FC6F9B">
      <w:pPr>
        <w:spacing w:after="0" w:line="240" w:lineRule="auto"/>
      </w:pPr>
      <w:r>
        <w:t>Actualisation au 1er octobre 2026. Les repères réglementaires concernent la France. Le cas chiffré est fictif et comporte des simplifications explicites pour rendre les enchaînements financiers lisibles.</w:t>
      </w:r>
    </w:p>
    <w:p w14:paraId="3D4E708C" w14:textId="77777777" w:rsidR="00FC6F9B" w:rsidRDefault="00FC6F9B" w:rsidP="00067DE2">
      <w:pPr>
        <w:pStyle w:val="Titre1"/>
      </w:pPr>
      <w:bookmarkStart w:id="0" w:name="_Toc241759571"/>
      <w:r>
        <w:t xml:space="preserve">1- Comprendre les </w:t>
      </w:r>
      <w:r w:rsidRPr="00067DE2">
        <w:t>fonctions</w:t>
      </w:r>
      <w:r>
        <w:t xml:space="preserve"> du business plan</w:t>
      </w:r>
      <w:bookmarkEnd w:id="0"/>
    </w:p>
    <w:p w14:paraId="05408D9E" w14:textId="77777777" w:rsidR="00FC6F9B" w:rsidRDefault="00FC6F9B" w:rsidP="00FC6F9B">
      <w:pPr>
        <w:pStyle w:val="Titre2"/>
        <w:spacing w:before="0" w:after="0" w:line="240" w:lineRule="auto"/>
      </w:pPr>
      <w:r>
        <w:t>1.1- Un document de décision et de pilotage</w:t>
      </w:r>
    </w:p>
    <w:p w14:paraId="1885A950" w14:textId="77777777" w:rsidR="00FC6F9B" w:rsidRDefault="00FC6F9B" w:rsidP="00FC6F9B">
      <w:pPr>
        <w:spacing w:after="0" w:line="240" w:lineRule="auto"/>
      </w:pPr>
      <w:r>
        <w:t>Le plan permet d’examiner le projet avant de mobiliser des ressources. Il oblige à confronter un besoin client à une offre, un prix à un coût et une croissance à une capacité réelle. Une prévision expose ce qui doit se produire pour que le projet fonctionne. Elle permet ensuite de repérer les écarts.</w:t>
      </w:r>
    </w:p>
    <w:p w14:paraId="5ABD1D68" w14:textId="77777777" w:rsidR="00FC6F9B" w:rsidRDefault="00FC6F9B" w:rsidP="00FC6F9B">
      <w:pPr>
        <w:spacing w:after="0" w:line="240" w:lineRule="auto"/>
      </w:pPr>
      <w:r>
        <w:t>Le modèle économique décrit le fonctionnement de l’activité et l’origine des revenus. Le business plan développe le projet dans son ensemble. Le prévisionnel financier en constitue la traduction chiffrée. Un diaporama de présentation résume certains éléments du dossier sans remplacer les justificatifs ni le modèle de calcul [1] [2].</w:t>
      </w:r>
    </w:p>
    <w:p w14:paraId="241DF33A" w14:textId="77777777" w:rsidR="00FC6F9B" w:rsidRDefault="00FC6F9B" w:rsidP="00FC6F9B">
      <w:pPr>
        <w:pStyle w:val="Titre2"/>
        <w:spacing w:before="0" w:after="0" w:line="240" w:lineRule="auto"/>
      </w:pPr>
      <w:r>
        <w:t>1.2- Adapter le dossier à son lecteur</w:t>
      </w:r>
    </w:p>
    <w:tbl>
      <w:tblPr>
        <w:tblStyle w:val="Grilledutableau"/>
        <w:tblW w:w="0" w:type="auto"/>
        <w:tblLayout w:type="fixed"/>
        <w:tblLook w:val="04A0" w:firstRow="1" w:lastRow="0" w:firstColumn="1" w:lastColumn="0" w:noHBand="0" w:noVBand="1"/>
      </w:tblPr>
      <w:tblGrid>
        <w:gridCol w:w="2160"/>
        <w:gridCol w:w="3744"/>
        <w:gridCol w:w="4464"/>
      </w:tblGrid>
      <w:tr w:rsidR="00FC6F9B" w:rsidRPr="00FC6F9B" w14:paraId="19F7AEF1" w14:textId="77777777" w:rsidTr="00FC6F9B">
        <w:trPr>
          <w:tblHeader/>
        </w:trPr>
        <w:tc>
          <w:tcPr>
            <w:tcW w:w="2160" w:type="dxa"/>
          </w:tcPr>
          <w:p w14:paraId="2C08C6BF" w14:textId="77777777" w:rsidR="00FC6F9B" w:rsidRPr="00FC6F9B" w:rsidRDefault="00FC6F9B" w:rsidP="00FC6F9B">
            <w:pPr>
              <w:jc w:val="left"/>
              <w:rPr>
                <w:rFonts w:ascii="Calibri" w:hAnsi="Calibri" w:cs="Calibri"/>
                <w:sz w:val="20"/>
              </w:rPr>
            </w:pPr>
            <w:r w:rsidRPr="00FC6F9B">
              <w:rPr>
                <w:rFonts w:ascii="Calibri" w:hAnsi="Calibri" w:cs="Calibri"/>
                <w:b/>
                <w:sz w:val="20"/>
              </w:rPr>
              <w:t>Destinataire</w:t>
            </w:r>
          </w:p>
        </w:tc>
        <w:tc>
          <w:tcPr>
            <w:tcW w:w="3744" w:type="dxa"/>
          </w:tcPr>
          <w:p w14:paraId="67BD5C95" w14:textId="77777777" w:rsidR="00FC6F9B" w:rsidRPr="00FC6F9B" w:rsidRDefault="00FC6F9B" w:rsidP="00FC6F9B">
            <w:pPr>
              <w:jc w:val="left"/>
              <w:rPr>
                <w:rFonts w:ascii="Calibri" w:hAnsi="Calibri" w:cs="Calibri"/>
                <w:sz w:val="20"/>
              </w:rPr>
            </w:pPr>
            <w:r w:rsidRPr="00FC6F9B">
              <w:rPr>
                <w:rFonts w:ascii="Calibri" w:hAnsi="Calibri" w:cs="Calibri"/>
                <w:b/>
                <w:sz w:val="20"/>
              </w:rPr>
              <w:t>Question dominante</w:t>
            </w:r>
          </w:p>
        </w:tc>
        <w:tc>
          <w:tcPr>
            <w:tcW w:w="4464" w:type="dxa"/>
          </w:tcPr>
          <w:p w14:paraId="6695C01B" w14:textId="77777777" w:rsidR="00FC6F9B" w:rsidRPr="00FC6F9B" w:rsidRDefault="00FC6F9B" w:rsidP="00FC6F9B">
            <w:pPr>
              <w:jc w:val="left"/>
              <w:rPr>
                <w:rFonts w:ascii="Calibri" w:hAnsi="Calibri" w:cs="Calibri"/>
                <w:sz w:val="20"/>
              </w:rPr>
            </w:pPr>
            <w:r w:rsidRPr="00FC6F9B">
              <w:rPr>
                <w:rFonts w:ascii="Calibri" w:hAnsi="Calibri" w:cs="Calibri"/>
                <w:b/>
                <w:sz w:val="20"/>
              </w:rPr>
              <w:t>Éléments à mettre en évidence</w:t>
            </w:r>
          </w:p>
        </w:tc>
      </w:tr>
      <w:tr w:rsidR="00FC6F9B" w:rsidRPr="00FC6F9B" w14:paraId="44D0A6FA" w14:textId="77777777" w:rsidTr="00FC6F9B">
        <w:tc>
          <w:tcPr>
            <w:tcW w:w="2160" w:type="dxa"/>
          </w:tcPr>
          <w:p w14:paraId="4DFF12F1" w14:textId="77777777" w:rsidR="00FC6F9B" w:rsidRPr="00FC6F9B" w:rsidRDefault="00FC6F9B" w:rsidP="00FC6F9B">
            <w:pPr>
              <w:jc w:val="left"/>
              <w:rPr>
                <w:rFonts w:ascii="Calibri" w:hAnsi="Calibri" w:cs="Calibri"/>
                <w:sz w:val="20"/>
              </w:rPr>
            </w:pPr>
            <w:r w:rsidRPr="00FC6F9B">
              <w:rPr>
                <w:rFonts w:ascii="Calibri" w:hAnsi="Calibri" w:cs="Calibri"/>
                <w:sz w:val="20"/>
              </w:rPr>
              <w:t>Banque</w:t>
            </w:r>
          </w:p>
        </w:tc>
        <w:tc>
          <w:tcPr>
            <w:tcW w:w="3744" w:type="dxa"/>
          </w:tcPr>
          <w:p w14:paraId="4D8674A7" w14:textId="4ABB0BFC" w:rsidR="00FC6F9B" w:rsidRPr="00FC6F9B" w:rsidRDefault="00FC6F9B" w:rsidP="00FC6F9B">
            <w:pPr>
              <w:jc w:val="left"/>
              <w:rPr>
                <w:rFonts w:ascii="Calibri" w:hAnsi="Calibri" w:cs="Calibri"/>
                <w:sz w:val="20"/>
              </w:rPr>
            </w:pPr>
            <w:r w:rsidRPr="00FC6F9B">
              <w:rPr>
                <w:rFonts w:ascii="Calibri" w:hAnsi="Calibri" w:cs="Calibri"/>
                <w:sz w:val="20"/>
              </w:rPr>
              <w:t>Le prêt pourra-t-il être remboursé</w:t>
            </w:r>
            <w:r w:rsidRPr="00FC6F9B">
              <w:rPr>
                <w:rFonts w:ascii="Calibri" w:hAnsi="Calibri" w:cs="Calibri"/>
                <w:sz w:val="20"/>
              </w:rPr>
              <w:t> ?</w:t>
            </w:r>
          </w:p>
        </w:tc>
        <w:tc>
          <w:tcPr>
            <w:tcW w:w="4464" w:type="dxa"/>
          </w:tcPr>
          <w:p w14:paraId="3A3600FC" w14:textId="77777777" w:rsidR="00FC6F9B" w:rsidRPr="00FC6F9B" w:rsidRDefault="00FC6F9B" w:rsidP="00FC6F9B">
            <w:pPr>
              <w:jc w:val="left"/>
              <w:rPr>
                <w:rFonts w:ascii="Calibri" w:hAnsi="Calibri" w:cs="Calibri"/>
                <w:sz w:val="20"/>
              </w:rPr>
            </w:pPr>
            <w:r w:rsidRPr="00FC6F9B">
              <w:rPr>
                <w:rFonts w:ascii="Calibri" w:hAnsi="Calibri" w:cs="Calibri"/>
                <w:sz w:val="20"/>
              </w:rPr>
              <w:t>Apports, flux disponibles, échéances et scénario prudent</w:t>
            </w:r>
          </w:p>
        </w:tc>
      </w:tr>
      <w:tr w:rsidR="00FC6F9B" w:rsidRPr="00FC6F9B" w14:paraId="344350C1" w14:textId="77777777" w:rsidTr="00FC6F9B">
        <w:tc>
          <w:tcPr>
            <w:tcW w:w="2160" w:type="dxa"/>
          </w:tcPr>
          <w:p w14:paraId="13A2A016" w14:textId="77777777" w:rsidR="00FC6F9B" w:rsidRPr="00FC6F9B" w:rsidRDefault="00FC6F9B" w:rsidP="00FC6F9B">
            <w:pPr>
              <w:jc w:val="left"/>
              <w:rPr>
                <w:rFonts w:ascii="Calibri" w:hAnsi="Calibri" w:cs="Calibri"/>
                <w:sz w:val="20"/>
              </w:rPr>
            </w:pPr>
            <w:r w:rsidRPr="00FC6F9B">
              <w:rPr>
                <w:rFonts w:ascii="Calibri" w:hAnsi="Calibri" w:cs="Calibri"/>
                <w:sz w:val="20"/>
              </w:rPr>
              <w:t>Investisseur au capital</w:t>
            </w:r>
          </w:p>
        </w:tc>
        <w:tc>
          <w:tcPr>
            <w:tcW w:w="3744" w:type="dxa"/>
          </w:tcPr>
          <w:p w14:paraId="60E4289C" w14:textId="7A70C07E" w:rsidR="00FC6F9B" w:rsidRPr="00FC6F9B" w:rsidRDefault="00FC6F9B" w:rsidP="00FC6F9B">
            <w:pPr>
              <w:jc w:val="left"/>
              <w:rPr>
                <w:rFonts w:ascii="Calibri" w:hAnsi="Calibri" w:cs="Calibri"/>
                <w:sz w:val="20"/>
              </w:rPr>
            </w:pPr>
            <w:r w:rsidRPr="00FC6F9B">
              <w:rPr>
                <w:rFonts w:ascii="Calibri" w:hAnsi="Calibri" w:cs="Calibri"/>
                <w:sz w:val="20"/>
              </w:rPr>
              <w:t>Quelle création de valeur et quels risques</w:t>
            </w:r>
            <w:r w:rsidRPr="00FC6F9B">
              <w:rPr>
                <w:rFonts w:ascii="Calibri" w:hAnsi="Calibri" w:cs="Calibri"/>
                <w:sz w:val="20"/>
              </w:rPr>
              <w:t> ?</w:t>
            </w:r>
          </w:p>
        </w:tc>
        <w:tc>
          <w:tcPr>
            <w:tcW w:w="4464" w:type="dxa"/>
          </w:tcPr>
          <w:p w14:paraId="2BF6C07D" w14:textId="77777777" w:rsidR="00FC6F9B" w:rsidRPr="00FC6F9B" w:rsidRDefault="00FC6F9B" w:rsidP="00FC6F9B">
            <w:pPr>
              <w:jc w:val="left"/>
              <w:rPr>
                <w:rFonts w:ascii="Calibri" w:hAnsi="Calibri" w:cs="Calibri"/>
                <w:sz w:val="20"/>
              </w:rPr>
            </w:pPr>
            <w:r w:rsidRPr="00FC6F9B">
              <w:rPr>
                <w:rFonts w:ascii="Calibri" w:hAnsi="Calibri" w:cs="Calibri"/>
                <w:sz w:val="20"/>
              </w:rPr>
              <w:t>Marché, équipe, croissance, gouvernance et dilution</w:t>
            </w:r>
          </w:p>
        </w:tc>
      </w:tr>
      <w:tr w:rsidR="00FC6F9B" w:rsidRPr="00FC6F9B" w14:paraId="1CE72DD0" w14:textId="77777777" w:rsidTr="00FC6F9B">
        <w:tc>
          <w:tcPr>
            <w:tcW w:w="2160" w:type="dxa"/>
          </w:tcPr>
          <w:p w14:paraId="157DD1AF" w14:textId="77777777" w:rsidR="00FC6F9B" w:rsidRPr="00FC6F9B" w:rsidRDefault="00FC6F9B" w:rsidP="00FC6F9B">
            <w:pPr>
              <w:jc w:val="left"/>
              <w:rPr>
                <w:rFonts w:ascii="Calibri" w:hAnsi="Calibri" w:cs="Calibri"/>
                <w:sz w:val="20"/>
              </w:rPr>
            </w:pPr>
            <w:r w:rsidRPr="00FC6F9B">
              <w:rPr>
                <w:rFonts w:ascii="Calibri" w:hAnsi="Calibri" w:cs="Calibri"/>
                <w:sz w:val="20"/>
              </w:rPr>
              <w:t>Partenaire public</w:t>
            </w:r>
          </w:p>
        </w:tc>
        <w:tc>
          <w:tcPr>
            <w:tcW w:w="3744" w:type="dxa"/>
          </w:tcPr>
          <w:p w14:paraId="16E1EAB0" w14:textId="51F7FF9E" w:rsidR="00FC6F9B" w:rsidRPr="00FC6F9B" w:rsidRDefault="00FC6F9B" w:rsidP="00FC6F9B">
            <w:pPr>
              <w:jc w:val="left"/>
              <w:rPr>
                <w:rFonts w:ascii="Calibri" w:hAnsi="Calibri" w:cs="Calibri"/>
                <w:sz w:val="20"/>
              </w:rPr>
            </w:pPr>
            <w:r w:rsidRPr="00FC6F9B">
              <w:rPr>
                <w:rFonts w:ascii="Calibri" w:hAnsi="Calibri" w:cs="Calibri"/>
                <w:sz w:val="20"/>
              </w:rPr>
              <w:t>Le projet répond-il aux critères du dispositif</w:t>
            </w:r>
            <w:r w:rsidRPr="00FC6F9B">
              <w:rPr>
                <w:rFonts w:ascii="Calibri" w:hAnsi="Calibri" w:cs="Calibri"/>
                <w:sz w:val="20"/>
              </w:rPr>
              <w:t> ?</w:t>
            </w:r>
          </w:p>
        </w:tc>
        <w:tc>
          <w:tcPr>
            <w:tcW w:w="4464" w:type="dxa"/>
          </w:tcPr>
          <w:p w14:paraId="73F519AE" w14:textId="77777777" w:rsidR="00FC6F9B" w:rsidRPr="00FC6F9B" w:rsidRDefault="00FC6F9B" w:rsidP="00FC6F9B">
            <w:pPr>
              <w:jc w:val="left"/>
              <w:rPr>
                <w:rFonts w:ascii="Calibri" w:hAnsi="Calibri" w:cs="Calibri"/>
                <w:sz w:val="20"/>
              </w:rPr>
            </w:pPr>
            <w:r w:rsidRPr="00FC6F9B">
              <w:rPr>
                <w:rFonts w:ascii="Calibri" w:hAnsi="Calibri" w:cs="Calibri"/>
                <w:sz w:val="20"/>
              </w:rPr>
              <w:t>Éligibilité, dépenses, calendrier et effets attendus</w:t>
            </w:r>
          </w:p>
        </w:tc>
      </w:tr>
      <w:tr w:rsidR="00FC6F9B" w:rsidRPr="00FC6F9B" w14:paraId="4D1D95D3" w14:textId="77777777" w:rsidTr="00FC6F9B">
        <w:tc>
          <w:tcPr>
            <w:tcW w:w="2160" w:type="dxa"/>
          </w:tcPr>
          <w:p w14:paraId="6BD532F1" w14:textId="77777777" w:rsidR="00FC6F9B" w:rsidRPr="00FC6F9B" w:rsidRDefault="00FC6F9B" w:rsidP="00FC6F9B">
            <w:pPr>
              <w:jc w:val="left"/>
              <w:rPr>
                <w:rFonts w:ascii="Calibri" w:hAnsi="Calibri" w:cs="Calibri"/>
                <w:sz w:val="20"/>
              </w:rPr>
            </w:pPr>
            <w:r w:rsidRPr="00FC6F9B">
              <w:rPr>
                <w:rFonts w:ascii="Calibri" w:hAnsi="Calibri" w:cs="Calibri"/>
                <w:sz w:val="20"/>
              </w:rPr>
              <w:t>Associé ou direction</w:t>
            </w:r>
          </w:p>
        </w:tc>
        <w:tc>
          <w:tcPr>
            <w:tcW w:w="3744" w:type="dxa"/>
          </w:tcPr>
          <w:p w14:paraId="6D103219" w14:textId="18AF88B4" w:rsidR="00FC6F9B" w:rsidRPr="00FC6F9B" w:rsidRDefault="00FC6F9B" w:rsidP="00FC6F9B">
            <w:pPr>
              <w:jc w:val="left"/>
              <w:rPr>
                <w:rFonts w:ascii="Calibri" w:hAnsi="Calibri" w:cs="Calibri"/>
                <w:sz w:val="20"/>
              </w:rPr>
            </w:pPr>
            <w:r w:rsidRPr="00FC6F9B">
              <w:rPr>
                <w:rFonts w:ascii="Calibri" w:hAnsi="Calibri" w:cs="Calibri"/>
                <w:sz w:val="20"/>
              </w:rPr>
              <w:t>Faut-il engager les ressources</w:t>
            </w:r>
            <w:r w:rsidRPr="00FC6F9B">
              <w:rPr>
                <w:rFonts w:ascii="Calibri" w:hAnsi="Calibri" w:cs="Calibri"/>
                <w:sz w:val="20"/>
              </w:rPr>
              <w:t> ?</w:t>
            </w:r>
          </w:p>
        </w:tc>
        <w:tc>
          <w:tcPr>
            <w:tcW w:w="4464" w:type="dxa"/>
          </w:tcPr>
          <w:p w14:paraId="215ECE50" w14:textId="77777777" w:rsidR="00FC6F9B" w:rsidRPr="00FC6F9B" w:rsidRDefault="00FC6F9B" w:rsidP="00FC6F9B">
            <w:pPr>
              <w:jc w:val="left"/>
              <w:rPr>
                <w:rFonts w:ascii="Calibri" w:hAnsi="Calibri" w:cs="Calibri"/>
                <w:sz w:val="20"/>
              </w:rPr>
            </w:pPr>
            <w:r w:rsidRPr="00FC6F9B">
              <w:rPr>
                <w:rFonts w:ascii="Calibri" w:hAnsi="Calibri" w:cs="Calibri"/>
                <w:sz w:val="20"/>
              </w:rPr>
              <w:t>Alternatives, risques, résultats et besoins</w:t>
            </w:r>
          </w:p>
        </w:tc>
      </w:tr>
      <w:tr w:rsidR="00FC6F9B" w:rsidRPr="00FC6F9B" w14:paraId="44FC61A4" w14:textId="77777777" w:rsidTr="00FC6F9B">
        <w:tc>
          <w:tcPr>
            <w:tcW w:w="2160" w:type="dxa"/>
          </w:tcPr>
          <w:p w14:paraId="0309936D" w14:textId="77777777" w:rsidR="00FC6F9B" w:rsidRPr="00FC6F9B" w:rsidRDefault="00FC6F9B" w:rsidP="00FC6F9B">
            <w:pPr>
              <w:jc w:val="left"/>
              <w:rPr>
                <w:rFonts w:ascii="Calibri" w:hAnsi="Calibri" w:cs="Calibri"/>
                <w:sz w:val="20"/>
              </w:rPr>
            </w:pPr>
            <w:r w:rsidRPr="00FC6F9B">
              <w:rPr>
                <w:rFonts w:ascii="Calibri" w:hAnsi="Calibri" w:cs="Calibri"/>
                <w:sz w:val="20"/>
              </w:rPr>
              <w:t>Équipe opérationnelle</w:t>
            </w:r>
          </w:p>
        </w:tc>
        <w:tc>
          <w:tcPr>
            <w:tcW w:w="3744" w:type="dxa"/>
          </w:tcPr>
          <w:p w14:paraId="216972EC" w14:textId="4FC35E84" w:rsidR="00FC6F9B" w:rsidRPr="00FC6F9B" w:rsidRDefault="00FC6F9B" w:rsidP="00FC6F9B">
            <w:pPr>
              <w:jc w:val="left"/>
              <w:rPr>
                <w:rFonts w:ascii="Calibri" w:hAnsi="Calibri" w:cs="Calibri"/>
                <w:sz w:val="20"/>
              </w:rPr>
            </w:pPr>
            <w:r w:rsidRPr="00FC6F9B">
              <w:rPr>
                <w:rFonts w:ascii="Calibri" w:hAnsi="Calibri" w:cs="Calibri"/>
                <w:sz w:val="20"/>
              </w:rPr>
              <w:t>Que faut-il faire et avec quels moyens</w:t>
            </w:r>
            <w:r w:rsidRPr="00FC6F9B">
              <w:rPr>
                <w:rFonts w:ascii="Calibri" w:hAnsi="Calibri" w:cs="Calibri"/>
                <w:sz w:val="20"/>
              </w:rPr>
              <w:t> ?</w:t>
            </w:r>
          </w:p>
        </w:tc>
        <w:tc>
          <w:tcPr>
            <w:tcW w:w="4464" w:type="dxa"/>
          </w:tcPr>
          <w:p w14:paraId="656A95A9" w14:textId="77777777" w:rsidR="00FC6F9B" w:rsidRPr="00FC6F9B" w:rsidRDefault="00FC6F9B" w:rsidP="00FC6F9B">
            <w:pPr>
              <w:jc w:val="left"/>
              <w:rPr>
                <w:rFonts w:ascii="Calibri" w:hAnsi="Calibri" w:cs="Calibri"/>
                <w:sz w:val="20"/>
              </w:rPr>
            </w:pPr>
            <w:r w:rsidRPr="00FC6F9B">
              <w:rPr>
                <w:rFonts w:ascii="Calibri" w:hAnsi="Calibri" w:cs="Calibri"/>
                <w:sz w:val="20"/>
              </w:rPr>
              <w:t>Responsabilités, planning, budgets et indicateurs</w:t>
            </w:r>
          </w:p>
        </w:tc>
      </w:tr>
    </w:tbl>
    <w:p w14:paraId="213AA3FA" w14:textId="77777777" w:rsidR="00FC6F9B" w:rsidRDefault="00FC6F9B" w:rsidP="00FC6F9B">
      <w:pPr>
        <w:spacing w:after="0" w:line="240" w:lineRule="auto"/>
      </w:pPr>
    </w:p>
    <w:p w14:paraId="61B167AA" w14:textId="77777777" w:rsidR="00FC6F9B" w:rsidRDefault="00FC6F9B" w:rsidP="00FC6F9B">
      <w:pPr>
        <w:spacing w:after="0" w:line="240" w:lineRule="auto"/>
      </w:pPr>
      <w:r>
        <w:t>L’accent peut varier selon le destinataire. Les chiffres, les faits et les hypothèses fondamentales doivent rester cohérents entre les versions. Le dossier indique la date, le périmètre, la version et les unités utilisées.</w:t>
      </w:r>
    </w:p>
    <w:p w14:paraId="6DE2C749" w14:textId="77777777" w:rsidR="00FC6F9B" w:rsidRDefault="00FC6F9B" w:rsidP="00FC6F9B">
      <w:pPr>
        <w:pStyle w:val="Titre2"/>
        <w:spacing w:before="0" w:after="0" w:line="240" w:lineRule="auto"/>
      </w:pPr>
      <w:r>
        <w:t>1.3- Distinguer trois contextes</w:t>
      </w:r>
    </w:p>
    <w:p w14:paraId="30043641" w14:textId="77777777" w:rsidR="00FC6F9B" w:rsidRDefault="00FC6F9B" w:rsidP="00FC6F9B">
      <w:pPr>
        <w:spacing w:after="0" w:line="240" w:lineRule="auto"/>
      </w:pPr>
      <w:r>
        <w:t>En création, l’entreprise doit démontrer l’existence d’une demande et financer le démarrage. Les ventes historiques sont absentes ou limitées. Les tests de terrain jouent donc un rôle central.</w:t>
      </w:r>
    </w:p>
    <w:p w14:paraId="2CA22379" w14:textId="6E992207" w:rsidR="00FC6F9B" w:rsidRDefault="00FC6F9B" w:rsidP="00FC6F9B">
      <w:pPr>
        <w:spacing w:after="0" w:line="240" w:lineRule="auto"/>
      </w:pPr>
      <w:r>
        <w:lastRenderedPageBreak/>
        <w:t>En reprise, les données historiques permettent de vérifier la performance et les risques. Elles doivent être retraitées lorsque les conditions changent</w:t>
      </w:r>
      <w:r>
        <w:t> :</w:t>
      </w:r>
      <w:r>
        <w:t xml:space="preserve"> rémunération du dirigeant, maintenance, clientèle ou organisation. Le prix d’acquisition et la dette de reprise s’ajoutent aux besoins de l’activité.</w:t>
      </w:r>
    </w:p>
    <w:p w14:paraId="633793D9" w14:textId="77777777" w:rsidR="00FC6F9B" w:rsidRDefault="00FC6F9B" w:rsidP="00FC6F9B">
      <w:pPr>
        <w:spacing w:after="0" w:line="240" w:lineRule="auto"/>
      </w:pPr>
      <w:r>
        <w:t>En développement, le plan mesure les effets supplémentaires du projet. Il distingue les coûts existants maintenus, les coûts additionnels et les coûts évitables. L’utilisation d’une ressource déjà disponible peut aussi avoir un coût d’opportunité si elle empêche une autre activité rentable.</w:t>
      </w:r>
    </w:p>
    <w:p w14:paraId="662FE331" w14:textId="77777777" w:rsidR="00FC6F9B" w:rsidRDefault="00FC6F9B" w:rsidP="00FC6F9B">
      <w:pPr>
        <w:pStyle w:val="Titre2"/>
        <w:spacing w:before="0" w:after="0" w:line="240" w:lineRule="auto"/>
      </w:pPr>
      <w:r>
        <w:t>1.4- Donner une portée précise aux conclusions</w:t>
      </w:r>
    </w:p>
    <w:p w14:paraId="562BB633" w14:textId="77777777" w:rsidR="00FC6F9B" w:rsidRDefault="00FC6F9B" w:rsidP="00FC6F9B">
      <w:pPr>
        <w:spacing w:after="0" w:line="240" w:lineRule="auto"/>
      </w:pPr>
      <w:r>
        <w:t>Un dossier convaincant ne garantit ni le financement ni le succès. Il indique les conditions de viabilité et ce qui reste à confirmer. Une conclusion peut proposer un lancement progressif, une révision du prix, un financement complémentaire ou l’abandon d’une option.</w:t>
      </w:r>
    </w:p>
    <w:p w14:paraId="65F9B5D7" w14:textId="77777777" w:rsidR="00FC6F9B" w:rsidRDefault="00FC6F9B" w:rsidP="00067DE2">
      <w:pPr>
        <w:pStyle w:val="Titre1"/>
      </w:pPr>
      <w:bookmarkStart w:id="1" w:name="_Toc241759572"/>
      <w:r>
        <w:t>2- Organiser le dossier et le travail préparatoire</w:t>
      </w:r>
      <w:bookmarkEnd w:id="1"/>
    </w:p>
    <w:p w14:paraId="37C1E7DA" w14:textId="77777777" w:rsidR="00FC6F9B" w:rsidRDefault="00FC6F9B" w:rsidP="00FC6F9B">
      <w:pPr>
        <w:pStyle w:val="Titre2"/>
        <w:spacing w:before="0" w:after="0" w:line="240" w:lineRule="auto"/>
      </w:pPr>
      <w:r>
        <w:t>2.1- Une structure complète à adapter au projet</w:t>
      </w:r>
    </w:p>
    <w:tbl>
      <w:tblPr>
        <w:tblStyle w:val="Grilledutableau"/>
        <w:tblW w:w="0" w:type="auto"/>
        <w:tblLayout w:type="fixed"/>
        <w:tblLook w:val="04A0" w:firstRow="1" w:lastRow="0" w:firstColumn="1" w:lastColumn="0" w:noHBand="0" w:noVBand="1"/>
      </w:tblPr>
      <w:tblGrid>
        <w:gridCol w:w="2376"/>
        <w:gridCol w:w="4176"/>
        <w:gridCol w:w="3816"/>
      </w:tblGrid>
      <w:tr w:rsidR="00FC6F9B" w:rsidRPr="00FC6F9B" w14:paraId="61FB9C38" w14:textId="77777777" w:rsidTr="00FC6F9B">
        <w:trPr>
          <w:tblHeader/>
        </w:trPr>
        <w:tc>
          <w:tcPr>
            <w:tcW w:w="2376" w:type="dxa"/>
          </w:tcPr>
          <w:p w14:paraId="24E85B82" w14:textId="77777777" w:rsidR="00FC6F9B" w:rsidRPr="00FC6F9B" w:rsidRDefault="00FC6F9B" w:rsidP="00FC6F9B">
            <w:pPr>
              <w:jc w:val="left"/>
              <w:rPr>
                <w:rFonts w:ascii="Calibri" w:hAnsi="Calibri" w:cs="Calibri"/>
                <w:sz w:val="20"/>
              </w:rPr>
            </w:pPr>
            <w:r w:rsidRPr="00FC6F9B">
              <w:rPr>
                <w:rFonts w:ascii="Calibri" w:hAnsi="Calibri" w:cs="Calibri"/>
                <w:b/>
                <w:sz w:val="20"/>
              </w:rPr>
              <w:t>Partie</w:t>
            </w:r>
          </w:p>
        </w:tc>
        <w:tc>
          <w:tcPr>
            <w:tcW w:w="4176" w:type="dxa"/>
          </w:tcPr>
          <w:p w14:paraId="010B3E61" w14:textId="77777777" w:rsidR="00FC6F9B" w:rsidRPr="00FC6F9B" w:rsidRDefault="00FC6F9B" w:rsidP="00FC6F9B">
            <w:pPr>
              <w:jc w:val="left"/>
              <w:rPr>
                <w:rFonts w:ascii="Calibri" w:hAnsi="Calibri" w:cs="Calibri"/>
                <w:sz w:val="20"/>
              </w:rPr>
            </w:pPr>
            <w:r w:rsidRPr="00FC6F9B">
              <w:rPr>
                <w:rFonts w:ascii="Calibri" w:hAnsi="Calibri" w:cs="Calibri"/>
                <w:b/>
                <w:sz w:val="20"/>
              </w:rPr>
              <w:t>Contenu essentiel</w:t>
            </w:r>
          </w:p>
        </w:tc>
        <w:tc>
          <w:tcPr>
            <w:tcW w:w="3816" w:type="dxa"/>
          </w:tcPr>
          <w:p w14:paraId="2764D2E6" w14:textId="77777777" w:rsidR="00FC6F9B" w:rsidRPr="00FC6F9B" w:rsidRDefault="00FC6F9B" w:rsidP="00FC6F9B">
            <w:pPr>
              <w:jc w:val="left"/>
              <w:rPr>
                <w:rFonts w:ascii="Calibri" w:hAnsi="Calibri" w:cs="Calibri"/>
                <w:sz w:val="20"/>
              </w:rPr>
            </w:pPr>
            <w:r w:rsidRPr="00FC6F9B">
              <w:rPr>
                <w:rFonts w:ascii="Calibri" w:hAnsi="Calibri" w:cs="Calibri"/>
                <w:b/>
                <w:sz w:val="20"/>
              </w:rPr>
              <w:t>Preuves ou calculs</w:t>
            </w:r>
          </w:p>
        </w:tc>
      </w:tr>
      <w:tr w:rsidR="00FC6F9B" w:rsidRPr="00FC6F9B" w14:paraId="2BB25C49" w14:textId="77777777" w:rsidTr="00FC6F9B">
        <w:tc>
          <w:tcPr>
            <w:tcW w:w="2376" w:type="dxa"/>
          </w:tcPr>
          <w:p w14:paraId="0CA4ED72" w14:textId="77777777" w:rsidR="00FC6F9B" w:rsidRPr="00FC6F9B" w:rsidRDefault="00FC6F9B" w:rsidP="00FC6F9B">
            <w:pPr>
              <w:jc w:val="left"/>
              <w:rPr>
                <w:rFonts w:ascii="Calibri" w:hAnsi="Calibri" w:cs="Calibri"/>
                <w:sz w:val="20"/>
              </w:rPr>
            </w:pPr>
            <w:r w:rsidRPr="00FC6F9B">
              <w:rPr>
                <w:rFonts w:ascii="Calibri" w:hAnsi="Calibri" w:cs="Calibri"/>
                <w:sz w:val="20"/>
              </w:rPr>
              <w:t>Résumé opérationnel</w:t>
            </w:r>
          </w:p>
        </w:tc>
        <w:tc>
          <w:tcPr>
            <w:tcW w:w="4176" w:type="dxa"/>
          </w:tcPr>
          <w:p w14:paraId="2E35E929" w14:textId="77777777" w:rsidR="00FC6F9B" w:rsidRPr="00FC6F9B" w:rsidRDefault="00FC6F9B" w:rsidP="00FC6F9B">
            <w:pPr>
              <w:jc w:val="left"/>
              <w:rPr>
                <w:rFonts w:ascii="Calibri" w:hAnsi="Calibri" w:cs="Calibri"/>
                <w:sz w:val="20"/>
              </w:rPr>
            </w:pPr>
            <w:r w:rsidRPr="00FC6F9B">
              <w:rPr>
                <w:rFonts w:ascii="Calibri" w:hAnsi="Calibri" w:cs="Calibri"/>
                <w:sz w:val="20"/>
              </w:rPr>
              <w:t>Projet, clients, résultats et financement</w:t>
            </w:r>
          </w:p>
        </w:tc>
        <w:tc>
          <w:tcPr>
            <w:tcW w:w="3816" w:type="dxa"/>
          </w:tcPr>
          <w:p w14:paraId="653E8CF4" w14:textId="77777777" w:rsidR="00FC6F9B" w:rsidRPr="00FC6F9B" w:rsidRDefault="00FC6F9B" w:rsidP="00FC6F9B">
            <w:pPr>
              <w:jc w:val="left"/>
              <w:rPr>
                <w:rFonts w:ascii="Calibri" w:hAnsi="Calibri" w:cs="Calibri"/>
                <w:sz w:val="20"/>
              </w:rPr>
            </w:pPr>
            <w:r w:rsidRPr="00FC6F9B">
              <w:rPr>
                <w:rFonts w:ascii="Calibri" w:hAnsi="Calibri" w:cs="Calibri"/>
                <w:sz w:val="20"/>
              </w:rPr>
              <w:t>Chiffres clés concordant avec les tableaux</w:t>
            </w:r>
          </w:p>
        </w:tc>
      </w:tr>
      <w:tr w:rsidR="00FC6F9B" w:rsidRPr="00FC6F9B" w14:paraId="24F0267F" w14:textId="77777777" w:rsidTr="00FC6F9B">
        <w:tc>
          <w:tcPr>
            <w:tcW w:w="2376" w:type="dxa"/>
          </w:tcPr>
          <w:p w14:paraId="748B28B8" w14:textId="77777777" w:rsidR="00FC6F9B" w:rsidRPr="00FC6F9B" w:rsidRDefault="00FC6F9B" w:rsidP="00FC6F9B">
            <w:pPr>
              <w:jc w:val="left"/>
              <w:rPr>
                <w:rFonts w:ascii="Calibri" w:hAnsi="Calibri" w:cs="Calibri"/>
                <w:sz w:val="20"/>
              </w:rPr>
            </w:pPr>
            <w:r w:rsidRPr="00FC6F9B">
              <w:rPr>
                <w:rFonts w:ascii="Calibri" w:hAnsi="Calibri" w:cs="Calibri"/>
                <w:sz w:val="20"/>
              </w:rPr>
              <w:t>Entreprise et équipe</w:t>
            </w:r>
          </w:p>
        </w:tc>
        <w:tc>
          <w:tcPr>
            <w:tcW w:w="4176" w:type="dxa"/>
          </w:tcPr>
          <w:p w14:paraId="19A610A2" w14:textId="77777777" w:rsidR="00FC6F9B" w:rsidRPr="00FC6F9B" w:rsidRDefault="00FC6F9B" w:rsidP="00FC6F9B">
            <w:pPr>
              <w:jc w:val="left"/>
              <w:rPr>
                <w:rFonts w:ascii="Calibri" w:hAnsi="Calibri" w:cs="Calibri"/>
                <w:sz w:val="20"/>
              </w:rPr>
            </w:pPr>
            <w:r w:rsidRPr="00FC6F9B">
              <w:rPr>
                <w:rFonts w:ascii="Calibri" w:hAnsi="Calibri" w:cs="Calibri"/>
                <w:sz w:val="20"/>
              </w:rPr>
              <w:t>Historique, compétences et responsabilités</w:t>
            </w:r>
          </w:p>
        </w:tc>
        <w:tc>
          <w:tcPr>
            <w:tcW w:w="3816" w:type="dxa"/>
          </w:tcPr>
          <w:p w14:paraId="12D8DF03" w14:textId="77777777" w:rsidR="00FC6F9B" w:rsidRPr="00FC6F9B" w:rsidRDefault="00FC6F9B" w:rsidP="00FC6F9B">
            <w:pPr>
              <w:jc w:val="left"/>
              <w:rPr>
                <w:rFonts w:ascii="Calibri" w:hAnsi="Calibri" w:cs="Calibri"/>
                <w:sz w:val="20"/>
              </w:rPr>
            </w:pPr>
            <w:r w:rsidRPr="00FC6F9B">
              <w:rPr>
                <w:rFonts w:ascii="Calibri" w:hAnsi="Calibri" w:cs="Calibri"/>
                <w:sz w:val="20"/>
              </w:rPr>
              <w:t>Parcours, organisation et recrutements</w:t>
            </w:r>
          </w:p>
        </w:tc>
      </w:tr>
      <w:tr w:rsidR="00FC6F9B" w:rsidRPr="00FC6F9B" w14:paraId="6BFD16F2" w14:textId="77777777" w:rsidTr="00FC6F9B">
        <w:tc>
          <w:tcPr>
            <w:tcW w:w="2376" w:type="dxa"/>
          </w:tcPr>
          <w:p w14:paraId="2C0196A7" w14:textId="77777777" w:rsidR="00FC6F9B" w:rsidRPr="00FC6F9B" w:rsidRDefault="00FC6F9B" w:rsidP="00FC6F9B">
            <w:pPr>
              <w:jc w:val="left"/>
              <w:rPr>
                <w:rFonts w:ascii="Calibri" w:hAnsi="Calibri" w:cs="Calibri"/>
                <w:sz w:val="20"/>
              </w:rPr>
            </w:pPr>
            <w:r w:rsidRPr="00FC6F9B">
              <w:rPr>
                <w:rFonts w:ascii="Calibri" w:hAnsi="Calibri" w:cs="Calibri"/>
                <w:sz w:val="20"/>
              </w:rPr>
              <w:t>Offre et modèle économique</w:t>
            </w:r>
          </w:p>
        </w:tc>
        <w:tc>
          <w:tcPr>
            <w:tcW w:w="4176" w:type="dxa"/>
          </w:tcPr>
          <w:p w14:paraId="53FD4734" w14:textId="77777777" w:rsidR="00FC6F9B" w:rsidRPr="00FC6F9B" w:rsidRDefault="00FC6F9B" w:rsidP="00FC6F9B">
            <w:pPr>
              <w:jc w:val="left"/>
              <w:rPr>
                <w:rFonts w:ascii="Calibri" w:hAnsi="Calibri" w:cs="Calibri"/>
                <w:sz w:val="20"/>
              </w:rPr>
            </w:pPr>
            <w:r w:rsidRPr="00FC6F9B">
              <w:rPr>
                <w:rFonts w:ascii="Calibri" w:hAnsi="Calibri" w:cs="Calibri"/>
                <w:sz w:val="20"/>
              </w:rPr>
              <w:t>Bénéfices, prix et sources de revenus</w:t>
            </w:r>
          </w:p>
        </w:tc>
        <w:tc>
          <w:tcPr>
            <w:tcW w:w="3816" w:type="dxa"/>
          </w:tcPr>
          <w:p w14:paraId="36A17B1F" w14:textId="77777777" w:rsidR="00FC6F9B" w:rsidRPr="00FC6F9B" w:rsidRDefault="00FC6F9B" w:rsidP="00FC6F9B">
            <w:pPr>
              <w:jc w:val="left"/>
              <w:rPr>
                <w:rFonts w:ascii="Calibri" w:hAnsi="Calibri" w:cs="Calibri"/>
                <w:sz w:val="20"/>
              </w:rPr>
            </w:pPr>
            <w:r w:rsidRPr="00FC6F9B">
              <w:rPr>
                <w:rFonts w:ascii="Calibri" w:hAnsi="Calibri" w:cs="Calibri"/>
                <w:sz w:val="20"/>
              </w:rPr>
              <w:t>Tests, contrats et coûts unitaires</w:t>
            </w:r>
          </w:p>
        </w:tc>
      </w:tr>
      <w:tr w:rsidR="00FC6F9B" w:rsidRPr="00FC6F9B" w14:paraId="55F5DCCB" w14:textId="77777777" w:rsidTr="00FC6F9B">
        <w:tc>
          <w:tcPr>
            <w:tcW w:w="2376" w:type="dxa"/>
          </w:tcPr>
          <w:p w14:paraId="67663514" w14:textId="77777777" w:rsidR="00FC6F9B" w:rsidRPr="00FC6F9B" w:rsidRDefault="00FC6F9B" w:rsidP="00FC6F9B">
            <w:pPr>
              <w:jc w:val="left"/>
              <w:rPr>
                <w:rFonts w:ascii="Calibri" w:hAnsi="Calibri" w:cs="Calibri"/>
                <w:sz w:val="20"/>
              </w:rPr>
            </w:pPr>
            <w:r w:rsidRPr="00FC6F9B">
              <w:rPr>
                <w:rFonts w:ascii="Calibri" w:hAnsi="Calibri" w:cs="Calibri"/>
                <w:sz w:val="20"/>
              </w:rPr>
              <w:t>Marché et concurrence</w:t>
            </w:r>
          </w:p>
        </w:tc>
        <w:tc>
          <w:tcPr>
            <w:tcW w:w="4176" w:type="dxa"/>
          </w:tcPr>
          <w:p w14:paraId="570F2126" w14:textId="77777777" w:rsidR="00FC6F9B" w:rsidRPr="00FC6F9B" w:rsidRDefault="00FC6F9B" w:rsidP="00FC6F9B">
            <w:pPr>
              <w:jc w:val="left"/>
              <w:rPr>
                <w:rFonts w:ascii="Calibri" w:hAnsi="Calibri" w:cs="Calibri"/>
                <w:sz w:val="20"/>
              </w:rPr>
            </w:pPr>
            <w:r w:rsidRPr="00FC6F9B">
              <w:rPr>
                <w:rFonts w:ascii="Calibri" w:hAnsi="Calibri" w:cs="Calibri"/>
                <w:sz w:val="20"/>
              </w:rPr>
              <w:t>Demande, segments et alternatives</w:t>
            </w:r>
          </w:p>
        </w:tc>
        <w:tc>
          <w:tcPr>
            <w:tcW w:w="3816" w:type="dxa"/>
          </w:tcPr>
          <w:p w14:paraId="7A778352" w14:textId="77777777" w:rsidR="00FC6F9B" w:rsidRPr="00FC6F9B" w:rsidRDefault="00FC6F9B" w:rsidP="00FC6F9B">
            <w:pPr>
              <w:jc w:val="left"/>
              <w:rPr>
                <w:rFonts w:ascii="Calibri" w:hAnsi="Calibri" w:cs="Calibri"/>
                <w:sz w:val="20"/>
              </w:rPr>
            </w:pPr>
            <w:r w:rsidRPr="00FC6F9B">
              <w:rPr>
                <w:rFonts w:ascii="Calibri" w:hAnsi="Calibri" w:cs="Calibri"/>
                <w:sz w:val="20"/>
              </w:rPr>
              <w:t>Sources datées et entretiens</w:t>
            </w:r>
          </w:p>
        </w:tc>
      </w:tr>
      <w:tr w:rsidR="00FC6F9B" w:rsidRPr="00FC6F9B" w14:paraId="3A74639B" w14:textId="77777777" w:rsidTr="00FC6F9B">
        <w:tc>
          <w:tcPr>
            <w:tcW w:w="2376" w:type="dxa"/>
          </w:tcPr>
          <w:p w14:paraId="54244943" w14:textId="77777777" w:rsidR="00FC6F9B" w:rsidRPr="00FC6F9B" w:rsidRDefault="00FC6F9B" w:rsidP="00FC6F9B">
            <w:pPr>
              <w:jc w:val="left"/>
              <w:rPr>
                <w:rFonts w:ascii="Calibri" w:hAnsi="Calibri" w:cs="Calibri"/>
                <w:sz w:val="20"/>
              </w:rPr>
            </w:pPr>
            <w:r w:rsidRPr="00FC6F9B">
              <w:rPr>
                <w:rFonts w:ascii="Calibri" w:hAnsi="Calibri" w:cs="Calibri"/>
                <w:sz w:val="20"/>
              </w:rPr>
              <w:t>Plan commercial</w:t>
            </w:r>
          </w:p>
        </w:tc>
        <w:tc>
          <w:tcPr>
            <w:tcW w:w="4176" w:type="dxa"/>
          </w:tcPr>
          <w:p w14:paraId="0F1B704D" w14:textId="77777777" w:rsidR="00FC6F9B" w:rsidRPr="00FC6F9B" w:rsidRDefault="00FC6F9B" w:rsidP="00FC6F9B">
            <w:pPr>
              <w:jc w:val="left"/>
              <w:rPr>
                <w:rFonts w:ascii="Calibri" w:hAnsi="Calibri" w:cs="Calibri"/>
                <w:sz w:val="20"/>
              </w:rPr>
            </w:pPr>
            <w:r w:rsidRPr="00FC6F9B">
              <w:rPr>
                <w:rFonts w:ascii="Calibri" w:hAnsi="Calibri" w:cs="Calibri"/>
                <w:sz w:val="20"/>
              </w:rPr>
              <w:t>Ventes, canaux, prospection et fidélisation</w:t>
            </w:r>
          </w:p>
        </w:tc>
        <w:tc>
          <w:tcPr>
            <w:tcW w:w="3816" w:type="dxa"/>
          </w:tcPr>
          <w:p w14:paraId="2AAFEF19" w14:textId="77777777" w:rsidR="00FC6F9B" w:rsidRPr="00FC6F9B" w:rsidRDefault="00FC6F9B" w:rsidP="00FC6F9B">
            <w:pPr>
              <w:jc w:val="left"/>
              <w:rPr>
                <w:rFonts w:ascii="Calibri" w:hAnsi="Calibri" w:cs="Calibri"/>
                <w:sz w:val="20"/>
              </w:rPr>
            </w:pPr>
            <w:r w:rsidRPr="00FC6F9B">
              <w:rPr>
                <w:rFonts w:ascii="Calibri" w:hAnsi="Calibri" w:cs="Calibri"/>
                <w:sz w:val="20"/>
              </w:rPr>
              <w:t>Volumes, conversion et budget</w:t>
            </w:r>
          </w:p>
        </w:tc>
      </w:tr>
      <w:tr w:rsidR="00FC6F9B" w:rsidRPr="00FC6F9B" w14:paraId="648EFC7C" w14:textId="77777777" w:rsidTr="00FC6F9B">
        <w:tc>
          <w:tcPr>
            <w:tcW w:w="2376" w:type="dxa"/>
          </w:tcPr>
          <w:p w14:paraId="1E1DFCC4" w14:textId="77777777" w:rsidR="00FC6F9B" w:rsidRPr="00FC6F9B" w:rsidRDefault="00FC6F9B" w:rsidP="00FC6F9B">
            <w:pPr>
              <w:jc w:val="left"/>
              <w:rPr>
                <w:rFonts w:ascii="Calibri" w:hAnsi="Calibri" w:cs="Calibri"/>
                <w:sz w:val="20"/>
              </w:rPr>
            </w:pPr>
            <w:r w:rsidRPr="00FC6F9B">
              <w:rPr>
                <w:rFonts w:ascii="Calibri" w:hAnsi="Calibri" w:cs="Calibri"/>
                <w:sz w:val="20"/>
              </w:rPr>
              <w:t>Développement et moyens</w:t>
            </w:r>
          </w:p>
        </w:tc>
        <w:tc>
          <w:tcPr>
            <w:tcW w:w="4176" w:type="dxa"/>
          </w:tcPr>
          <w:p w14:paraId="7F769B4E" w14:textId="77777777" w:rsidR="00FC6F9B" w:rsidRPr="00FC6F9B" w:rsidRDefault="00FC6F9B" w:rsidP="00FC6F9B">
            <w:pPr>
              <w:jc w:val="left"/>
              <w:rPr>
                <w:rFonts w:ascii="Calibri" w:hAnsi="Calibri" w:cs="Calibri"/>
                <w:sz w:val="20"/>
              </w:rPr>
            </w:pPr>
            <w:r w:rsidRPr="00FC6F9B">
              <w:rPr>
                <w:rFonts w:ascii="Calibri" w:hAnsi="Calibri" w:cs="Calibri"/>
                <w:sz w:val="20"/>
              </w:rPr>
              <w:t>Innovation, production, achats et personnel</w:t>
            </w:r>
          </w:p>
        </w:tc>
        <w:tc>
          <w:tcPr>
            <w:tcW w:w="3816" w:type="dxa"/>
          </w:tcPr>
          <w:p w14:paraId="0430F0B5" w14:textId="77777777" w:rsidR="00FC6F9B" w:rsidRPr="00FC6F9B" w:rsidRDefault="00FC6F9B" w:rsidP="00FC6F9B">
            <w:pPr>
              <w:jc w:val="left"/>
              <w:rPr>
                <w:rFonts w:ascii="Calibri" w:hAnsi="Calibri" w:cs="Calibri"/>
                <w:sz w:val="20"/>
              </w:rPr>
            </w:pPr>
            <w:r w:rsidRPr="00FC6F9B">
              <w:rPr>
                <w:rFonts w:ascii="Calibri" w:hAnsi="Calibri" w:cs="Calibri"/>
                <w:sz w:val="20"/>
              </w:rPr>
              <w:t>Devis, capacité et planning</w:t>
            </w:r>
          </w:p>
        </w:tc>
      </w:tr>
      <w:tr w:rsidR="00FC6F9B" w:rsidRPr="00FC6F9B" w14:paraId="7BB6F7A7" w14:textId="77777777" w:rsidTr="00FC6F9B">
        <w:tc>
          <w:tcPr>
            <w:tcW w:w="2376" w:type="dxa"/>
          </w:tcPr>
          <w:p w14:paraId="5C790BBE" w14:textId="77777777" w:rsidR="00FC6F9B" w:rsidRPr="00FC6F9B" w:rsidRDefault="00FC6F9B" w:rsidP="00FC6F9B">
            <w:pPr>
              <w:jc w:val="left"/>
              <w:rPr>
                <w:rFonts w:ascii="Calibri" w:hAnsi="Calibri" w:cs="Calibri"/>
                <w:sz w:val="20"/>
              </w:rPr>
            </w:pPr>
            <w:r w:rsidRPr="00FC6F9B">
              <w:rPr>
                <w:rFonts w:ascii="Calibri" w:hAnsi="Calibri" w:cs="Calibri"/>
                <w:sz w:val="20"/>
              </w:rPr>
              <w:t>Cadre juridique</w:t>
            </w:r>
          </w:p>
        </w:tc>
        <w:tc>
          <w:tcPr>
            <w:tcW w:w="4176" w:type="dxa"/>
          </w:tcPr>
          <w:p w14:paraId="2AC46B0A" w14:textId="77777777" w:rsidR="00FC6F9B" w:rsidRPr="00FC6F9B" w:rsidRDefault="00FC6F9B" w:rsidP="00FC6F9B">
            <w:pPr>
              <w:jc w:val="left"/>
              <w:rPr>
                <w:rFonts w:ascii="Calibri" w:hAnsi="Calibri" w:cs="Calibri"/>
                <w:sz w:val="20"/>
              </w:rPr>
            </w:pPr>
            <w:r w:rsidRPr="00FC6F9B">
              <w:rPr>
                <w:rFonts w:ascii="Calibri" w:hAnsi="Calibri" w:cs="Calibri"/>
                <w:sz w:val="20"/>
              </w:rPr>
              <w:t>Structure, contrats et obligations</w:t>
            </w:r>
          </w:p>
        </w:tc>
        <w:tc>
          <w:tcPr>
            <w:tcW w:w="3816" w:type="dxa"/>
          </w:tcPr>
          <w:p w14:paraId="4C4B3181" w14:textId="77777777" w:rsidR="00FC6F9B" w:rsidRPr="00FC6F9B" w:rsidRDefault="00FC6F9B" w:rsidP="00FC6F9B">
            <w:pPr>
              <w:jc w:val="left"/>
              <w:rPr>
                <w:rFonts w:ascii="Calibri" w:hAnsi="Calibri" w:cs="Calibri"/>
                <w:sz w:val="20"/>
              </w:rPr>
            </w:pPr>
            <w:r w:rsidRPr="00FC6F9B">
              <w:rPr>
                <w:rFonts w:ascii="Calibri" w:hAnsi="Calibri" w:cs="Calibri"/>
                <w:sz w:val="20"/>
              </w:rPr>
              <w:t>Choix motivés et échéances</w:t>
            </w:r>
          </w:p>
        </w:tc>
      </w:tr>
      <w:tr w:rsidR="00FC6F9B" w:rsidRPr="00FC6F9B" w14:paraId="0A8FCABB" w14:textId="77777777" w:rsidTr="00FC6F9B">
        <w:tc>
          <w:tcPr>
            <w:tcW w:w="2376" w:type="dxa"/>
          </w:tcPr>
          <w:p w14:paraId="3547C10C" w14:textId="77777777" w:rsidR="00FC6F9B" w:rsidRPr="00FC6F9B" w:rsidRDefault="00FC6F9B" w:rsidP="00FC6F9B">
            <w:pPr>
              <w:jc w:val="left"/>
              <w:rPr>
                <w:rFonts w:ascii="Calibri" w:hAnsi="Calibri" w:cs="Calibri"/>
                <w:sz w:val="20"/>
              </w:rPr>
            </w:pPr>
            <w:r w:rsidRPr="00FC6F9B">
              <w:rPr>
                <w:rFonts w:ascii="Calibri" w:hAnsi="Calibri" w:cs="Calibri"/>
                <w:sz w:val="20"/>
              </w:rPr>
              <w:t>Risques et scénarios</w:t>
            </w:r>
          </w:p>
        </w:tc>
        <w:tc>
          <w:tcPr>
            <w:tcW w:w="4176" w:type="dxa"/>
          </w:tcPr>
          <w:p w14:paraId="1CC5BB1C" w14:textId="77777777" w:rsidR="00FC6F9B" w:rsidRPr="00FC6F9B" w:rsidRDefault="00FC6F9B" w:rsidP="00FC6F9B">
            <w:pPr>
              <w:jc w:val="left"/>
              <w:rPr>
                <w:rFonts w:ascii="Calibri" w:hAnsi="Calibri" w:cs="Calibri"/>
                <w:sz w:val="20"/>
              </w:rPr>
            </w:pPr>
            <w:r w:rsidRPr="00FC6F9B">
              <w:rPr>
                <w:rFonts w:ascii="Calibri" w:hAnsi="Calibri" w:cs="Calibri"/>
                <w:sz w:val="20"/>
              </w:rPr>
              <w:t>Événements majeurs et réponses</w:t>
            </w:r>
          </w:p>
        </w:tc>
        <w:tc>
          <w:tcPr>
            <w:tcW w:w="3816" w:type="dxa"/>
          </w:tcPr>
          <w:p w14:paraId="68A7DB2A" w14:textId="77777777" w:rsidR="00FC6F9B" w:rsidRPr="00FC6F9B" w:rsidRDefault="00FC6F9B" w:rsidP="00FC6F9B">
            <w:pPr>
              <w:jc w:val="left"/>
              <w:rPr>
                <w:rFonts w:ascii="Calibri" w:hAnsi="Calibri" w:cs="Calibri"/>
                <w:sz w:val="20"/>
              </w:rPr>
            </w:pPr>
            <w:r w:rsidRPr="00FC6F9B">
              <w:rPr>
                <w:rFonts w:ascii="Calibri" w:hAnsi="Calibri" w:cs="Calibri"/>
                <w:sz w:val="20"/>
              </w:rPr>
              <w:t>Sensibilités chiffrées</w:t>
            </w:r>
          </w:p>
        </w:tc>
      </w:tr>
      <w:tr w:rsidR="00FC6F9B" w:rsidRPr="00FC6F9B" w14:paraId="4A7A778B" w14:textId="77777777" w:rsidTr="00FC6F9B">
        <w:tc>
          <w:tcPr>
            <w:tcW w:w="2376" w:type="dxa"/>
          </w:tcPr>
          <w:p w14:paraId="49610DB2" w14:textId="77777777" w:rsidR="00FC6F9B" w:rsidRPr="00FC6F9B" w:rsidRDefault="00FC6F9B" w:rsidP="00FC6F9B">
            <w:pPr>
              <w:jc w:val="left"/>
              <w:rPr>
                <w:rFonts w:ascii="Calibri" w:hAnsi="Calibri" w:cs="Calibri"/>
                <w:sz w:val="20"/>
              </w:rPr>
            </w:pPr>
            <w:r w:rsidRPr="00FC6F9B">
              <w:rPr>
                <w:rFonts w:ascii="Calibri" w:hAnsi="Calibri" w:cs="Calibri"/>
                <w:sz w:val="20"/>
              </w:rPr>
              <w:t>Prévisions financières</w:t>
            </w:r>
          </w:p>
        </w:tc>
        <w:tc>
          <w:tcPr>
            <w:tcW w:w="4176" w:type="dxa"/>
          </w:tcPr>
          <w:p w14:paraId="2B57547C" w14:textId="77777777" w:rsidR="00FC6F9B" w:rsidRPr="00FC6F9B" w:rsidRDefault="00FC6F9B" w:rsidP="00FC6F9B">
            <w:pPr>
              <w:jc w:val="left"/>
              <w:rPr>
                <w:rFonts w:ascii="Calibri" w:hAnsi="Calibri" w:cs="Calibri"/>
                <w:sz w:val="20"/>
              </w:rPr>
            </w:pPr>
            <w:r w:rsidRPr="00FC6F9B">
              <w:rPr>
                <w:rFonts w:ascii="Calibri" w:hAnsi="Calibri" w:cs="Calibri"/>
                <w:sz w:val="20"/>
              </w:rPr>
              <w:t>Résultat, financement, trésorerie et bilan</w:t>
            </w:r>
          </w:p>
        </w:tc>
        <w:tc>
          <w:tcPr>
            <w:tcW w:w="3816" w:type="dxa"/>
          </w:tcPr>
          <w:p w14:paraId="5050E553" w14:textId="77777777" w:rsidR="00FC6F9B" w:rsidRPr="00FC6F9B" w:rsidRDefault="00FC6F9B" w:rsidP="00FC6F9B">
            <w:pPr>
              <w:jc w:val="left"/>
              <w:rPr>
                <w:rFonts w:ascii="Calibri" w:hAnsi="Calibri" w:cs="Calibri"/>
                <w:sz w:val="20"/>
              </w:rPr>
            </w:pPr>
            <w:r w:rsidRPr="00FC6F9B">
              <w:rPr>
                <w:rFonts w:ascii="Calibri" w:hAnsi="Calibri" w:cs="Calibri"/>
                <w:sz w:val="20"/>
              </w:rPr>
              <w:t>Tableaux liés et hypothèses</w:t>
            </w:r>
          </w:p>
        </w:tc>
      </w:tr>
      <w:tr w:rsidR="00FC6F9B" w:rsidRPr="00FC6F9B" w14:paraId="33A83718" w14:textId="77777777" w:rsidTr="00FC6F9B">
        <w:tc>
          <w:tcPr>
            <w:tcW w:w="2376" w:type="dxa"/>
          </w:tcPr>
          <w:p w14:paraId="5748F9E5" w14:textId="77777777" w:rsidR="00FC6F9B" w:rsidRPr="00FC6F9B" w:rsidRDefault="00FC6F9B" w:rsidP="00FC6F9B">
            <w:pPr>
              <w:jc w:val="left"/>
              <w:rPr>
                <w:rFonts w:ascii="Calibri" w:hAnsi="Calibri" w:cs="Calibri"/>
                <w:sz w:val="20"/>
              </w:rPr>
            </w:pPr>
            <w:r w:rsidRPr="00FC6F9B">
              <w:rPr>
                <w:rFonts w:ascii="Calibri" w:hAnsi="Calibri" w:cs="Calibri"/>
                <w:sz w:val="20"/>
              </w:rPr>
              <w:t>Conclusion et annexes</w:t>
            </w:r>
          </w:p>
        </w:tc>
        <w:tc>
          <w:tcPr>
            <w:tcW w:w="4176" w:type="dxa"/>
          </w:tcPr>
          <w:p w14:paraId="25A79D56" w14:textId="77777777" w:rsidR="00FC6F9B" w:rsidRPr="00FC6F9B" w:rsidRDefault="00FC6F9B" w:rsidP="00FC6F9B">
            <w:pPr>
              <w:jc w:val="left"/>
              <w:rPr>
                <w:rFonts w:ascii="Calibri" w:hAnsi="Calibri" w:cs="Calibri"/>
                <w:sz w:val="20"/>
              </w:rPr>
            </w:pPr>
            <w:r w:rsidRPr="00FC6F9B">
              <w:rPr>
                <w:rFonts w:ascii="Calibri" w:hAnsi="Calibri" w:cs="Calibri"/>
                <w:sz w:val="20"/>
              </w:rPr>
              <w:t>Décision attendue et justificatifs</w:t>
            </w:r>
          </w:p>
        </w:tc>
        <w:tc>
          <w:tcPr>
            <w:tcW w:w="3816" w:type="dxa"/>
          </w:tcPr>
          <w:p w14:paraId="2A4BA93C" w14:textId="77777777" w:rsidR="00FC6F9B" w:rsidRPr="00FC6F9B" w:rsidRDefault="00FC6F9B" w:rsidP="00FC6F9B">
            <w:pPr>
              <w:jc w:val="left"/>
              <w:rPr>
                <w:rFonts w:ascii="Calibri" w:hAnsi="Calibri" w:cs="Calibri"/>
                <w:sz w:val="20"/>
              </w:rPr>
            </w:pPr>
            <w:r w:rsidRPr="00FC6F9B">
              <w:rPr>
                <w:rFonts w:ascii="Calibri" w:hAnsi="Calibri" w:cs="Calibri"/>
                <w:sz w:val="20"/>
              </w:rPr>
              <w:t>Demande précise et dossier documentaire</w:t>
            </w:r>
          </w:p>
        </w:tc>
      </w:tr>
    </w:tbl>
    <w:p w14:paraId="57565475" w14:textId="77777777" w:rsidR="00FC6F9B" w:rsidRDefault="00FC6F9B" w:rsidP="00FC6F9B">
      <w:pPr>
        <w:spacing w:after="0" w:line="240" w:lineRule="auto"/>
      </w:pPr>
    </w:p>
    <w:p w14:paraId="25F2E3F2" w14:textId="77777777" w:rsidR="00FC6F9B" w:rsidRDefault="00FC6F9B" w:rsidP="00FC6F9B">
      <w:pPr>
        <w:pStyle w:val="Titre2"/>
        <w:spacing w:before="0" w:after="0" w:line="240" w:lineRule="auto"/>
      </w:pPr>
      <w:r>
        <w:t>2.2- Travailler dans un ordre efficace</w:t>
      </w:r>
    </w:p>
    <w:p w14:paraId="721F93C7" w14:textId="77777777" w:rsidR="00FC6F9B" w:rsidRDefault="00FC6F9B" w:rsidP="00FC6F9B">
      <w:pPr>
        <w:spacing w:after="0" w:line="240" w:lineRule="auto"/>
      </w:pPr>
      <w:r>
        <w:t>Commencer par le besoin client, l’offre et les conditions d’achat. Construire ensuite le modèle économique et les ventes réalistes. Déterminer les moyens nécessaires, les coûts et le calendrier. Calculer le financement, tester les risques, puis rédiger le résumé opérationnel lorsque les conclusions sont stabilisées.</w:t>
      </w:r>
    </w:p>
    <w:p w14:paraId="40752377" w14:textId="77777777" w:rsidR="00FC6F9B" w:rsidRDefault="00FC6F9B" w:rsidP="00FC6F9B">
      <w:pPr>
        <w:spacing w:after="0" w:line="240" w:lineRule="auto"/>
      </w:pPr>
      <w:r>
        <w:t>Les allers-retours sont nécessaires. Si le prix acceptable ne couvre pas les coûts, il faut revoir l’offre ou l’organisation. Si la trésorerie devient négative, il faut modifier le calendrier, les délais ou les ressources. On ne corrige pas un manque de financement en augmentant arbitrairement les ventes.</w:t>
      </w:r>
    </w:p>
    <w:p w14:paraId="68DE74E7" w14:textId="77777777" w:rsidR="00FC6F9B" w:rsidRDefault="00FC6F9B" w:rsidP="00FC6F9B">
      <w:pPr>
        <w:pStyle w:val="Titre2"/>
        <w:spacing w:before="0" w:after="0" w:line="240" w:lineRule="auto"/>
      </w:pPr>
      <w:r>
        <w:t>2.3- Documenter les hypothèses</w:t>
      </w:r>
    </w:p>
    <w:p w14:paraId="3937B89B" w14:textId="77777777" w:rsidR="00FC6F9B" w:rsidRDefault="00FC6F9B" w:rsidP="00FC6F9B">
      <w:pPr>
        <w:spacing w:after="0" w:line="240" w:lineRule="auto"/>
      </w:pPr>
      <w:r>
        <w:t>Un registre associe à chaque hypothèse sa valeur, sa source, sa date, son responsable et une plage d’incertitude. Il précise si la donnée est constatée, engagée, estimée ou encore à valider. Les contrats signés, les devis, les statistiques et les intentions d’achat n’apportent pas le même degré de preuve.</w:t>
      </w:r>
    </w:p>
    <w:p w14:paraId="29B1E15C" w14:textId="4384AB9F" w:rsidR="00FC6F9B" w:rsidRDefault="00FC6F9B" w:rsidP="00FC6F9B">
      <w:pPr>
        <w:spacing w:after="0" w:line="240" w:lineRule="auto"/>
      </w:pPr>
      <w:r>
        <w:t>Le corps du dossier présente les conclusions et les calculs décisifs. Les annexes accueillent les détails utiles</w:t>
      </w:r>
      <w:r>
        <w:t> :</w:t>
      </w:r>
      <w:r>
        <w:t xml:space="preserve"> enquête, devis, échéanciers, tableaux mensuels et contrats. La longueur répond à la complexité du projet et aux attentes du lecteur. Une limite de pages ne dispense jamais de justifier une hypothèse importante.</w:t>
      </w:r>
    </w:p>
    <w:p w14:paraId="281F521A" w14:textId="77777777" w:rsidR="00FC6F9B" w:rsidRDefault="00FC6F9B" w:rsidP="00067DE2">
      <w:pPr>
        <w:pStyle w:val="Titre1"/>
      </w:pPr>
      <w:bookmarkStart w:id="2" w:name="_Toc241759573"/>
      <w:r>
        <w:t>3- Présenter le projet et la proposition de valeur</w:t>
      </w:r>
      <w:bookmarkEnd w:id="2"/>
    </w:p>
    <w:p w14:paraId="549D7474" w14:textId="77777777" w:rsidR="00FC6F9B" w:rsidRDefault="00FC6F9B" w:rsidP="00FC6F9B">
      <w:pPr>
        <w:pStyle w:val="Titre2"/>
        <w:spacing w:before="0" w:after="0" w:line="240" w:lineRule="auto"/>
      </w:pPr>
      <w:r>
        <w:t>3.1- Décrire l’entreprise et le porteur du projet</w:t>
      </w:r>
    </w:p>
    <w:p w14:paraId="37896B25" w14:textId="77777777" w:rsidR="00FC6F9B" w:rsidRDefault="00FC6F9B" w:rsidP="00FC6F9B">
      <w:pPr>
        <w:spacing w:after="0" w:line="240" w:lineRule="auto"/>
      </w:pPr>
      <w:r>
        <w:t>Préciser l’activité, la localisation, l’origine du projet et l’état d’avancement. Pour une entreprise existante, présenter l’évolution des ventes, des résultats et des moyens. Expliquer les difficultés connues ainsi que les mesures prises. Un historique sert à comprendre les décisions actuelles, sans devenir un récit exhaustif.</w:t>
      </w:r>
    </w:p>
    <w:p w14:paraId="2DE03E96" w14:textId="74431977" w:rsidR="00FC6F9B" w:rsidRDefault="00FC6F9B" w:rsidP="00FC6F9B">
      <w:pPr>
        <w:spacing w:after="0" w:line="240" w:lineRule="auto"/>
      </w:pPr>
      <w:r>
        <w:t>Présenter les compétences utiles au projet et leur complémentarité. Identifier qui vend, qui produit, qui supervise les finances et qui décide. Une compétence manquante doit déboucher sur une solution chiffrée</w:t>
      </w:r>
      <w:r>
        <w:t> :</w:t>
      </w:r>
      <w:r>
        <w:t xml:space="preserve"> recrutement, formation, prestation externe ou temps partagé. Les rémunérations des dirigeants figurent dans les hypothèses de coût.</w:t>
      </w:r>
    </w:p>
    <w:p w14:paraId="0ECDD9A9" w14:textId="77777777" w:rsidR="00FC6F9B" w:rsidRDefault="00FC6F9B" w:rsidP="00FC6F9B">
      <w:pPr>
        <w:pStyle w:val="Titre2"/>
        <w:spacing w:before="0" w:after="0" w:line="240" w:lineRule="auto"/>
      </w:pPr>
      <w:r>
        <w:lastRenderedPageBreak/>
        <w:t>3.2- Expliquer ce que le client achète</w:t>
      </w:r>
    </w:p>
    <w:p w14:paraId="0A23E1B8" w14:textId="77777777" w:rsidR="00FC6F9B" w:rsidRDefault="00FC6F9B" w:rsidP="00FC6F9B">
      <w:pPr>
        <w:spacing w:after="0" w:line="240" w:lineRule="auto"/>
      </w:pPr>
      <w:r>
        <w:t>Une offre se décrit par le problème traité, la solution proposée et le bénéfice mesurable. Un client peut rechercher une réduction des pannes, un gain de temps, une diminution du risque ou une amélioration de la qualité. Les caractéristiques techniques doivent être traduites en conséquences utiles pour lui.</w:t>
      </w:r>
    </w:p>
    <w:tbl>
      <w:tblPr>
        <w:tblStyle w:val="Grilledutableau"/>
        <w:tblW w:w="0" w:type="auto"/>
        <w:tblLayout w:type="fixed"/>
        <w:tblLook w:val="04A0" w:firstRow="1" w:lastRow="0" w:firstColumn="1" w:lastColumn="0" w:noHBand="0" w:noVBand="1"/>
      </w:tblPr>
      <w:tblGrid>
        <w:gridCol w:w="2880"/>
        <w:gridCol w:w="7488"/>
      </w:tblGrid>
      <w:tr w:rsidR="00FC6F9B" w:rsidRPr="00FC6F9B" w14:paraId="3AB42EC6" w14:textId="77777777" w:rsidTr="00FC6F9B">
        <w:trPr>
          <w:tblHeader/>
        </w:trPr>
        <w:tc>
          <w:tcPr>
            <w:tcW w:w="2880" w:type="dxa"/>
          </w:tcPr>
          <w:p w14:paraId="1D970199" w14:textId="77777777" w:rsidR="00FC6F9B" w:rsidRPr="00FC6F9B" w:rsidRDefault="00FC6F9B" w:rsidP="00FC6F9B">
            <w:pPr>
              <w:jc w:val="left"/>
              <w:rPr>
                <w:rFonts w:ascii="Calibri" w:hAnsi="Calibri" w:cs="Calibri"/>
                <w:sz w:val="20"/>
              </w:rPr>
            </w:pPr>
            <w:r w:rsidRPr="00FC6F9B">
              <w:rPr>
                <w:rFonts w:ascii="Calibri" w:hAnsi="Calibri" w:cs="Calibri"/>
                <w:b/>
                <w:sz w:val="20"/>
              </w:rPr>
              <w:t>Élément à préciser</w:t>
            </w:r>
          </w:p>
        </w:tc>
        <w:tc>
          <w:tcPr>
            <w:tcW w:w="7488" w:type="dxa"/>
          </w:tcPr>
          <w:p w14:paraId="4525156F" w14:textId="77777777" w:rsidR="00FC6F9B" w:rsidRPr="00FC6F9B" w:rsidRDefault="00FC6F9B" w:rsidP="00FC6F9B">
            <w:pPr>
              <w:jc w:val="left"/>
              <w:rPr>
                <w:rFonts w:ascii="Calibri" w:hAnsi="Calibri" w:cs="Calibri"/>
                <w:sz w:val="20"/>
              </w:rPr>
            </w:pPr>
            <w:r w:rsidRPr="00FC6F9B">
              <w:rPr>
                <w:rFonts w:ascii="Calibri" w:hAnsi="Calibri" w:cs="Calibri"/>
                <w:b/>
                <w:sz w:val="20"/>
              </w:rPr>
              <w:t>Question de rédaction</w:t>
            </w:r>
          </w:p>
        </w:tc>
      </w:tr>
      <w:tr w:rsidR="00FC6F9B" w:rsidRPr="00FC6F9B" w14:paraId="3B263D12" w14:textId="77777777" w:rsidTr="00FC6F9B">
        <w:tc>
          <w:tcPr>
            <w:tcW w:w="2880" w:type="dxa"/>
          </w:tcPr>
          <w:p w14:paraId="2D73278A" w14:textId="77777777" w:rsidR="00FC6F9B" w:rsidRPr="00FC6F9B" w:rsidRDefault="00FC6F9B" w:rsidP="00FC6F9B">
            <w:pPr>
              <w:jc w:val="left"/>
              <w:rPr>
                <w:rFonts w:ascii="Calibri" w:hAnsi="Calibri" w:cs="Calibri"/>
                <w:sz w:val="20"/>
              </w:rPr>
            </w:pPr>
            <w:r w:rsidRPr="00FC6F9B">
              <w:rPr>
                <w:rFonts w:ascii="Calibri" w:hAnsi="Calibri" w:cs="Calibri"/>
                <w:sz w:val="20"/>
              </w:rPr>
              <w:t>Client cible</w:t>
            </w:r>
          </w:p>
        </w:tc>
        <w:tc>
          <w:tcPr>
            <w:tcW w:w="7488" w:type="dxa"/>
          </w:tcPr>
          <w:p w14:paraId="35C0A928" w14:textId="4C186F88" w:rsidR="00FC6F9B" w:rsidRPr="00FC6F9B" w:rsidRDefault="00FC6F9B" w:rsidP="00FC6F9B">
            <w:pPr>
              <w:jc w:val="left"/>
              <w:rPr>
                <w:rFonts w:ascii="Calibri" w:hAnsi="Calibri" w:cs="Calibri"/>
                <w:sz w:val="20"/>
              </w:rPr>
            </w:pPr>
            <w:r w:rsidRPr="00FC6F9B">
              <w:rPr>
                <w:rFonts w:ascii="Calibri" w:hAnsi="Calibri" w:cs="Calibri"/>
                <w:sz w:val="20"/>
              </w:rPr>
              <w:t>Qui utilise, qui décide et qui paie</w:t>
            </w:r>
            <w:r w:rsidRPr="00FC6F9B">
              <w:rPr>
                <w:rFonts w:ascii="Calibri" w:hAnsi="Calibri" w:cs="Calibri"/>
                <w:sz w:val="20"/>
              </w:rPr>
              <w:t> ?</w:t>
            </w:r>
          </w:p>
        </w:tc>
      </w:tr>
      <w:tr w:rsidR="00FC6F9B" w:rsidRPr="00FC6F9B" w14:paraId="59FA65A5" w14:textId="77777777" w:rsidTr="00FC6F9B">
        <w:tc>
          <w:tcPr>
            <w:tcW w:w="2880" w:type="dxa"/>
          </w:tcPr>
          <w:p w14:paraId="4501B7B3" w14:textId="77777777" w:rsidR="00FC6F9B" w:rsidRPr="00FC6F9B" w:rsidRDefault="00FC6F9B" w:rsidP="00FC6F9B">
            <w:pPr>
              <w:jc w:val="left"/>
              <w:rPr>
                <w:rFonts w:ascii="Calibri" w:hAnsi="Calibri" w:cs="Calibri"/>
                <w:sz w:val="20"/>
              </w:rPr>
            </w:pPr>
            <w:r w:rsidRPr="00FC6F9B">
              <w:rPr>
                <w:rFonts w:ascii="Calibri" w:hAnsi="Calibri" w:cs="Calibri"/>
                <w:sz w:val="20"/>
              </w:rPr>
              <w:t>Problème</w:t>
            </w:r>
          </w:p>
        </w:tc>
        <w:tc>
          <w:tcPr>
            <w:tcW w:w="7488" w:type="dxa"/>
          </w:tcPr>
          <w:p w14:paraId="6DF137E6" w14:textId="7E747F69" w:rsidR="00FC6F9B" w:rsidRPr="00FC6F9B" w:rsidRDefault="00FC6F9B" w:rsidP="00FC6F9B">
            <w:pPr>
              <w:jc w:val="left"/>
              <w:rPr>
                <w:rFonts w:ascii="Calibri" w:hAnsi="Calibri" w:cs="Calibri"/>
                <w:sz w:val="20"/>
              </w:rPr>
            </w:pPr>
            <w:r w:rsidRPr="00FC6F9B">
              <w:rPr>
                <w:rFonts w:ascii="Calibri" w:hAnsi="Calibri" w:cs="Calibri"/>
                <w:sz w:val="20"/>
              </w:rPr>
              <w:t>Quelle difficulté concrète et quelle fréquence</w:t>
            </w:r>
            <w:r w:rsidRPr="00FC6F9B">
              <w:rPr>
                <w:rFonts w:ascii="Calibri" w:hAnsi="Calibri" w:cs="Calibri"/>
                <w:sz w:val="20"/>
              </w:rPr>
              <w:t> ?</w:t>
            </w:r>
          </w:p>
        </w:tc>
      </w:tr>
      <w:tr w:rsidR="00FC6F9B" w:rsidRPr="00FC6F9B" w14:paraId="2E74360E" w14:textId="77777777" w:rsidTr="00FC6F9B">
        <w:tc>
          <w:tcPr>
            <w:tcW w:w="2880" w:type="dxa"/>
          </w:tcPr>
          <w:p w14:paraId="761A44C7" w14:textId="77777777" w:rsidR="00FC6F9B" w:rsidRPr="00FC6F9B" w:rsidRDefault="00FC6F9B" w:rsidP="00FC6F9B">
            <w:pPr>
              <w:jc w:val="left"/>
              <w:rPr>
                <w:rFonts w:ascii="Calibri" w:hAnsi="Calibri" w:cs="Calibri"/>
                <w:sz w:val="20"/>
              </w:rPr>
            </w:pPr>
            <w:r w:rsidRPr="00FC6F9B">
              <w:rPr>
                <w:rFonts w:ascii="Calibri" w:hAnsi="Calibri" w:cs="Calibri"/>
                <w:sz w:val="20"/>
              </w:rPr>
              <w:t>Solution</w:t>
            </w:r>
          </w:p>
        </w:tc>
        <w:tc>
          <w:tcPr>
            <w:tcW w:w="7488" w:type="dxa"/>
          </w:tcPr>
          <w:p w14:paraId="68CD7E53" w14:textId="42D8A016" w:rsidR="00FC6F9B" w:rsidRPr="00FC6F9B" w:rsidRDefault="00FC6F9B" w:rsidP="00FC6F9B">
            <w:pPr>
              <w:jc w:val="left"/>
              <w:rPr>
                <w:rFonts w:ascii="Calibri" w:hAnsi="Calibri" w:cs="Calibri"/>
                <w:sz w:val="20"/>
              </w:rPr>
            </w:pPr>
            <w:r w:rsidRPr="00FC6F9B">
              <w:rPr>
                <w:rFonts w:ascii="Calibri" w:hAnsi="Calibri" w:cs="Calibri"/>
                <w:sz w:val="20"/>
              </w:rPr>
              <w:t>Quel produit ou service et quel périmètre</w:t>
            </w:r>
            <w:r w:rsidRPr="00FC6F9B">
              <w:rPr>
                <w:rFonts w:ascii="Calibri" w:hAnsi="Calibri" w:cs="Calibri"/>
                <w:sz w:val="20"/>
              </w:rPr>
              <w:t> ?</w:t>
            </w:r>
          </w:p>
        </w:tc>
      </w:tr>
      <w:tr w:rsidR="00FC6F9B" w:rsidRPr="00FC6F9B" w14:paraId="0CB92292" w14:textId="77777777" w:rsidTr="00FC6F9B">
        <w:tc>
          <w:tcPr>
            <w:tcW w:w="2880" w:type="dxa"/>
          </w:tcPr>
          <w:p w14:paraId="3B4A9340" w14:textId="77777777" w:rsidR="00FC6F9B" w:rsidRPr="00FC6F9B" w:rsidRDefault="00FC6F9B" w:rsidP="00FC6F9B">
            <w:pPr>
              <w:jc w:val="left"/>
              <w:rPr>
                <w:rFonts w:ascii="Calibri" w:hAnsi="Calibri" w:cs="Calibri"/>
                <w:sz w:val="20"/>
              </w:rPr>
            </w:pPr>
            <w:r w:rsidRPr="00FC6F9B">
              <w:rPr>
                <w:rFonts w:ascii="Calibri" w:hAnsi="Calibri" w:cs="Calibri"/>
                <w:sz w:val="20"/>
              </w:rPr>
              <w:t>Bénéfice</w:t>
            </w:r>
          </w:p>
        </w:tc>
        <w:tc>
          <w:tcPr>
            <w:tcW w:w="7488" w:type="dxa"/>
          </w:tcPr>
          <w:p w14:paraId="36FFC1C3" w14:textId="1CDB0F4A" w:rsidR="00FC6F9B" w:rsidRPr="00FC6F9B" w:rsidRDefault="00FC6F9B" w:rsidP="00FC6F9B">
            <w:pPr>
              <w:jc w:val="left"/>
              <w:rPr>
                <w:rFonts w:ascii="Calibri" w:hAnsi="Calibri" w:cs="Calibri"/>
                <w:sz w:val="20"/>
              </w:rPr>
            </w:pPr>
            <w:r w:rsidRPr="00FC6F9B">
              <w:rPr>
                <w:rFonts w:ascii="Calibri" w:hAnsi="Calibri" w:cs="Calibri"/>
                <w:sz w:val="20"/>
              </w:rPr>
              <w:t>Quel résultat observable pour le client</w:t>
            </w:r>
            <w:r w:rsidRPr="00FC6F9B">
              <w:rPr>
                <w:rFonts w:ascii="Calibri" w:hAnsi="Calibri" w:cs="Calibri"/>
                <w:sz w:val="20"/>
              </w:rPr>
              <w:t> ?</w:t>
            </w:r>
          </w:p>
        </w:tc>
      </w:tr>
      <w:tr w:rsidR="00FC6F9B" w:rsidRPr="00FC6F9B" w14:paraId="764A4683" w14:textId="77777777" w:rsidTr="00FC6F9B">
        <w:tc>
          <w:tcPr>
            <w:tcW w:w="2880" w:type="dxa"/>
          </w:tcPr>
          <w:p w14:paraId="356FEE84" w14:textId="77777777" w:rsidR="00FC6F9B" w:rsidRPr="00FC6F9B" w:rsidRDefault="00FC6F9B" w:rsidP="00FC6F9B">
            <w:pPr>
              <w:jc w:val="left"/>
              <w:rPr>
                <w:rFonts w:ascii="Calibri" w:hAnsi="Calibri" w:cs="Calibri"/>
                <w:sz w:val="20"/>
              </w:rPr>
            </w:pPr>
            <w:r w:rsidRPr="00FC6F9B">
              <w:rPr>
                <w:rFonts w:ascii="Calibri" w:hAnsi="Calibri" w:cs="Calibri"/>
                <w:sz w:val="20"/>
              </w:rPr>
              <w:t>Différence</w:t>
            </w:r>
          </w:p>
        </w:tc>
        <w:tc>
          <w:tcPr>
            <w:tcW w:w="7488" w:type="dxa"/>
          </w:tcPr>
          <w:p w14:paraId="221E0FA1" w14:textId="11397CA7" w:rsidR="00FC6F9B" w:rsidRPr="00FC6F9B" w:rsidRDefault="00FC6F9B" w:rsidP="00FC6F9B">
            <w:pPr>
              <w:jc w:val="left"/>
              <w:rPr>
                <w:rFonts w:ascii="Calibri" w:hAnsi="Calibri" w:cs="Calibri"/>
                <w:sz w:val="20"/>
              </w:rPr>
            </w:pPr>
            <w:r w:rsidRPr="00FC6F9B">
              <w:rPr>
                <w:rFonts w:ascii="Calibri" w:hAnsi="Calibri" w:cs="Calibri"/>
                <w:sz w:val="20"/>
              </w:rPr>
              <w:t>Pourquoi choisir cette offre plutôt qu’une autre</w:t>
            </w:r>
            <w:r w:rsidRPr="00FC6F9B">
              <w:rPr>
                <w:rFonts w:ascii="Calibri" w:hAnsi="Calibri" w:cs="Calibri"/>
                <w:sz w:val="20"/>
              </w:rPr>
              <w:t> ?</w:t>
            </w:r>
          </w:p>
        </w:tc>
      </w:tr>
      <w:tr w:rsidR="00FC6F9B" w:rsidRPr="00FC6F9B" w14:paraId="2ADCB536" w14:textId="77777777" w:rsidTr="00FC6F9B">
        <w:tc>
          <w:tcPr>
            <w:tcW w:w="2880" w:type="dxa"/>
          </w:tcPr>
          <w:p w14:paraId="1A80042E" w14:textId="77777777" w:rsidR="00FC6F9B" w:rsidRPr="00FC6F9B" w:rsidRDefault="00FC6F9B" w:rsidP="00FC6F9B">
            <w:pPr>
              <w:jc w:val="left"/>
              <w:rPr>
                <w:rFonts w:ascii="Calibri" w:hAnsi="Calibri" w:cs="Calibri"/>
                <w:sz w:val="20"/>
              </w:rPr>
            </w:pPr>
            <w:r w:rsidRPr="00FC6F9B">
              <w:rPr>
                <w:rFonts w:ascii="Calibri" w:hAnsi="Calibri" w:cs="Calibri"/>
                <w:sz w:val="20"/>
              </w:rPr>
              <w:t>Limite</w:t>
            </w:r>
          </w:p>
        </w:tc>
        <w:tc>
          <w:tcPr>
            <w:tcW w:w="7488" w:type="dxa"/>
          </w:tcPr>
          <w:p w14:paraId="3C2D2477" w14:textId="0D5BDC3F" w:rsidR="00FC6F9B" w:rsidRPr="00FC6F9B" w:rsidRDefault="00FC6F9B" w:rsidP="00FC6F9B">
            <w:pPr>
              <w:jc w:val="left"/>
              <w:rPr>
                <w:rFonts w:ascii="Calibri" w:hAnsi="Calibri" w:cs="Calibri"/>
                <w:sz w:val="20"/>
              </w:rPr>
            </w:pPr>
            <w:r w:rsidRPr="00FC6F9B">
              <w:rPr>
                <w:rFonts w:ascii="Calibri" w:hAnsi="Calibri" w:cs="Calibri"/>
                <w:sz w:val="20"/>
              </w:rPr>
              <w:t>Quelles situations ne sont pas couvertes</w:t>
            </w:r>
            <w:r w:rsidRPr="00FC6F9B">
              <w:rPr>
                <w:rFonts w:ascii="Calibri" w:hAnsi="Calibri" w:cs="Calibri"/>
                <w:sz w:val="20"/>
              </w:rPr>
              <w:t> ?</w:t>
            </w:r>
          </w:p>
        </w:tc>
      </w:tr>
      <w:tr w:rsidR="00FC6F9B" w:rsidRPr="00FC6F9B" w14:paraId="62932570" w14:textId="77777777" w:rsidTr="00FC6F9B">
        <w:tc>
          <w:tcPr>
            <w:tcW w:w="2880" w:type="dxa"/>
          </w:tcPr>
          <w:p w14:paraId="70209322" w14:textId="77777777" w:rsidR="00FC6F9B" w:rsidRPr="00FC6F9B" w:rsidRDefault="00FC6F9B" w:rsidP="00FC6F9B">
            <w:pPr>
              <w:jc w:val="left"/>
              <w:rPr>
                <w:rFonts w:ascii="Calibri" w:hAnsi="Calibri" w:cs="Calibri"/>
                <w:sz w:val="20"/>
              </w:rPr>
            </w:pPr>
            <w:r w:rsidRPr="00FC6F9B">
              <w:rPr>
                <w:rFonts w:ascii="Calibri" w:hAnsi="Calibri" w:cs="Calibri"/>
                <w:sz w:val="20"/>
              </w:rPr>
              <w:t>Preuve</w:t>
            </w:r>
          </w:p>
        </w:tc>
        <w:tc>
          <w:tcPr>
            <w:tcW w:w="7488" w:type="dxa"/>
          </w:tcPr>
          <w:p w14:paraId="2CB97A3C" w14:textId="2BF009A4" w:rsidR="00FC6F9B" w:rsidRPr="00FC6F9B" w:rsidRDefault="00FC6F9B" w:rsidP="00FC6F9B">
            <w:pPr>
              <w:jc w:val="left"/>
              <w:rPr>
                <w:rFonts w:ascii="Calibri" w:hAnsi="Calibri" w:cs="Calibri"/>
                <w:sz w:val="20"/>
              </w:rPr>
            </w:pPr>
            <w:r w:rsidRPr="00FC6F9B">
              <w:rPr>
                <w:rFonts w:ascii="Calibri" w:hAnsi="Calibri" w:cs="Calibri"/>
                <w:sz w:val="20"/>
              </w:rPr>
              <w:t>Quel test, contrat, résultat ou référence</w:t>
            </w:r>
            <w:r w:rsidRPr="00FC6F9B">
              <w:rPr>
                <w:rFonts w:ascii="Calibri" w:hAnsi="Calibri" w:cs="Calibri"/>
                <w:sz w:val="20"/>
              </w:rPr>
              <w:t> ?</w:t>
            </w:r>
          </w:p>
        </w:tc>
      </w:tr>
    </w:tbl>
    <w:p w14:paraId="42102B21" w14:textId="77777777" w:rsidR="00FC6F9B" w:rsidRDefault="00FC6F9B" w:rsidP="00FC6F9B">
      <w:pPr>
        <w:spacing w:after="0" w:line="240" w:lineRule="auto"/>
      </w:pPr>
    </w:p>
    <w:p w14:paraId="01536AFB" w14:textId="77777777" w:rsidR="00FC6F9B" w:rsidRDefault="00FC6F9B" w:rsidP="00FC6F9B">
      <w:pPr>
        <w:pStyle w:val="Titre2"/>
        <w:spacing w:before="0" w:after="0" w:line="240" w:lineRule="auto"/>
      </w:pPr>
      <w:r>
        <w:t>3.3- Examiner le cycle de vie et l’avancement</w:t>
      </w:r>
    </w:p>
    <w:p w14:paraId="783BD86D" w14:textId="77777777" w:rsidR="00FC6F9B" w:rsidRDefault="00FC6F9B" w:rsidP="00FC6F9B">
      <w:pPr>
        <w:spacing w:after="0" w:line="240" w:lineRule="auto"/>
      </w:pPr>
      <w:r>
        <w:t>Distinguer une idée, un prototype, une offre testée et une offre commercialisée. Le délai avant les premières ventes conditionne les besoins de financement. L’installation, la formation, les garanties et l’assistance après la vente peuvent modifier fortement le coût réel.</w:t>
      </w:r>
    </w:p>
    <w:p w14:paraId="2AEAC51C" w14:textId="03574763" w:rsidR="00FC6F9B" w:rsidRDefault="00FC6F9B" w:rsidP="00FC6F9B">
      <w:pPr>
        <w:spacing w:after="0" w:line="240" w:lineRule="auto"/>
      </w:pPr>
      <w:r>
        <w:t>Présenter les droits détenus ou à obtenir</w:t>
      </w:r>
      <w:r>
        <w:t> :</w:t>
      </w:r>
      <w:r>
        <w:t xml:space="preserve"> marque, brevet, logiciel, licence, contenus ou savoir-faire. Vérifier les contrats et la liberté d’utilisation. Une idée ou un nom commercial ne constitue pas automatiquement une protection empêchant les concurrents d’entrer sur le marché.</w:t>
      </w:r>
    </w:p>
    <w:p w14:paraId="0B989DC4" w14:textId="77777777" w:rsidR="00FC6F9B" w:rsidRDefault="00FC6F9B" w:rsidP="00FC6F9B">
      <w:pPr>
        <w:pStyle w:val="Titre2"/>
        <w:spacing w:before="0" w:after="0" w:line="240" w:lineRule="auto"/>
      </w:pPr>
      <w:r>
        <w:t>3.4- Exemple de formulation</w:t>
      </w:r>
    </w:p>
    <w:p w14:paraId="78E90C77" w14:textId="25A06FD9" w:rsidR="00FC6F9B" w:rsidRDefault="00FC6F9B" w:rsidP="00FC6F9B">
      <w:pPr>
        <w:spacing w:after="0" w:line="240" w:lineRule="auto"/>
      </w:pPr>
      <w:r>
        <w:t>« </w:t>
      </w:r>
      <w:r>
        <w:t>Le service assure une maintenance préventive planifiée pour les ateliers de production. Il vise les responsables qui souhaitent réduire les arrêts non prévus. Le contrat prévoit des visites, un compte rendu et un délai d’intervention défini. Les réparations majeures et les pièces particulières font l’objet d’un devis distinct.</w:t>
      </w:r>
      <w:r>
        <w:t> »</w:t>
      </w:r>
    </w:p>
    <w:p w14:paraId="1F902E23" w14:textId="77777777" w:rsidR="00FC6F9B" w:rsidRDefault="00FC6F9B" w:rsidP="00FC6F9B">
      <w:pPr>
        <w:spacing w:after="0" w:line="240" w:lineRule="auto"/>
      </w:pPr>
      <w:r>
        <w:t>Cette formulation définit une cible, un usage et un périmètre. Le plan doit encore justifier le prix, la demande et la capacité à tenir les engagements.</w:t>
      </w:r>
    </w:p>
    <w:p w14:paraId="7946C6C2" w14:textId="77777777" w:rsidR="00FC6F9B" w:rsidRDefault="00FC6F9B" w:rsidP="00067DE2">
      <w:pPr>
        <w:pStyle w:val="Titre1"/>
      </w:pPr>
      <w:bookmarkStart w:id="3" w:name="_Toc241759574"/>
      <w:r>
        <w:t>4- Étudier le marché et la concurrence</w:t>
      </w:r>
      <w:bookmarkEnd w:id="3"/>
    </w:p>
    <w:p w14:paraId="2B43FCB6" w14:textId="77777777" w:rsidR="00FC6F9B" w:rsidRDefault="00FC6F9B" w:rsidP="00FC6F9B">
      <w:pPr>
        <w:pStyle w:val="Titre2"/>
        <w:spacing w:before="0" w:after="0" w:line="240" w:lineRule="auto"/>
      </w:pPr>
      <w:r>
        <w:t>4.1- Définir le marché utile</w:t>
      </w:r>
    </w:p>
    <w:p w14:paraId="6A428BE2" w14:textId="77777777" w:rsidR="00FC6F9B" w:rsidRDefault="00FC6F9B" w:rsidP="00FC6F9B">
      <w:pPr>
        <w:spacing w:after="0" w:line="240" w:lineRule="auto"/>
      </w:pPr>
      <w:r>
        <w:t>Le marché se délimite par un besoin, une catégorie de clients, une zone et une période. Un volume national global ne prouve pas qu’une entreprise locale trouvera suffisamment de clients. Il faut distinguer le marché total, la partie accessible à l’offre et les ventes réellement envisageables avec les moyens prévus.</w:t>
      </w:r>
    </w:p>
    <w:p w14:paraId="15FD5F08" w14:textId="77777777" w:rsidR="00FC6F9B" w:rsidRDefault="00FC6F9B" w:rsidP="00FC6F9B">
      <w:pPr>
        <w:spacing w:after="0" w:line="240" w:lineRule="auto"/>
      </w:pPr>
      <w:r>
        <w:rPr>
          <w:b/>
          <w:sz w:val="21"/>
        </w:rPr>
        <w:t>Ventes estimées = clients atteignables × taux d’achat × achats moyens × prix moyen</w:t>
      </w:r>
    </w:p>
    <w:p w14:paraId="34336809" w14:textId="77777777" w:rsidR="00FC6F9B" w:rsidRDefault="00FC6F9B" w:rsidP="00FC6F9B">
      <w:pPr>
        <w:spacing w:after="0" w:line="240" w:lineRule="auto"/>
      </w:pPr>
      <w:r>
        <w:t>Chaque facteur doit être vérifiable. Pour une prestation spécialisée, on peut partir du nombre d’établissements cibles, identifier ceux qui peuvent acheter et estimer la fréquence d’intervention. La part de marché se calcule sur un périmètre identique au marché évalué.</w:t>
      </w:r>
    </w:p>
    <w:p w14:paraId="332AE89A" w14:textId="77777777" w:rsidR="00FC6F9B" w:rsidRDefault="00FC6F9B" w:rsidP="00FC6F9B">
      <w:pPr>
        <w:pStyle w:val="Titre2"/>
        <w:spacing w:before="0" w:after="0" w:line="240" w:lineRule="auto"/>
      </w:pPr>
      <w:r>
        <w:t>4.2- Combiner recherche documentaire et terrain</w:t>
      </w:r>
    </w:p>
    <w:p w14:paraId="102A32CA" w14:textId="1188EEAF" w:rsidR="00FC6F9B" w:rsidRPr="00FC6F9B" w:rsidRDefault="00FC6F9B" w:rsidP="00FC6F9B">
      <w:pPr>
        <w:pStyle w:val="Listepuces"/>
        <w:tabs>
          <w:tab w:val="num" w:pos="360"/>
        </w:tabs>
        <w:spacing w:after="0" w:line="240" w:lineRule="auto"/>
        <w:jc w:val="both"/>
        <w:rPr>
          <w:lang w:val="fr-FR"/>
        </w:rPr>
      </w:pPr>
      <w:r w:rsidRPr="00FC6F9B">
        <w:rPr>
          <w:lang w:val="fr-FR"/>
        </w:rPr>
        <w:t>Sources documentaires</w:t>
      </w:r>
      <w:r>
        <w:rPr>
          <w:lang w:val="fr-FR"/>
        </w:rPr>
        <w:t> :</w:t>
      </w:r>
      <w:r w:rsidRPr="00FC6F9B">
        <w:rPr>
          <w:lang w:val="fr-FR"/>
        </w:rPr>
        <w:t xml:space="preserve"> statistiques publiques, publications sectorielles, comptes disponibles, prix affichés et textes officiels.</w:t>
      </w:r>
    </w:p>
    <w:p w14:paraId="3DEB36DD" w14:textId="2F180A32" w:rsidR="00FC6F9B" w:rsidRPr="00FC6F9B" w:rsidRDefault="00FC6F9B" w:rsidP="00FC6F9B">
      <w:pPr>
        <w:pStyle w:val="Listepuces"/>
        <w:tabs>
          <w:tab w:val="num" w:pos="360"/>
        </w:tabs>
        <w:spacing w:after="0" w:line="240" w:lineRule="auto"/>
        <w:jc w:val="both"/>
        <w:rPr>
          <w:lang w:val="fr-FR"/>
        </w:rPr>
      </w:pPr>
      <w:r w:rsidRPr="00FC6F9B">
        <w:rPr>
          <w:lang w:val="fr-FR"/>
        </w:rPr>
        <w:t>Terrain</w:t>
      </w:r>
      <w:r>
        <w:rPr>
          <w:lang w:val="fr-FR"/>
        </w:rPr>
        <w:t> :</w:t>
      </w:r>
      <w:r w:rsidRPr="00FC6F9B">
        <w:rPr>
          <w:lang w:val="fr-FR"/>
        </w:rPr>
        <w:t xml:space="preserve"> entretiens, questionnaires, observation, commandes pilotes et tests payants.</w:t>
      </w:r>
    </w:p>
    <w:p w14:paraId="03A4A111" w14:textId="240AFDD3" w:rsidR="00FC6F9B" w:rsidRPr="00067DE2" w:rsidRDefault="00FC6F9B" w:rsidP="00FC6F9B">
      <w:pPr>
        <w:pStyle w:val="Listepuces"/>
        <w:tabs>
          <w:tab w:val="num" w:pos="360"/>
        </w:tabs>
        <w:spacing w:after="0" w:line="240" w:lineRule="auto"/>
        <w:jc w:val="both"/>
        <w:rPr>
          <w:lang w:val="fr-FR"/>
        </w:rPr>
      </w:pPr>
      <w:r w:rsidRPr="00067DE2">
        <w:rPr>
          <w:lang w:val="fr-FR"/>
        </w:rPr>
        <w:t>Historique</w:t>
      </w:r>
      <w:r w:rsidRPr="00067DE2">
        <w:rPr>
          <w:lang w:val="fr-FR"/>
        </w:rPr>
        <w:t> :</w:t>
      </w:r>
      <w:r w:rsidRPr="00067DE2">
        <w:rPr>
          <w:lang w:val="fr-FR"/>
        </w:rPr>
        <w:t xml:space="preserve"> ventes, refus de devis, réachat, réclamations et pertes de clients.</w:t>
      </w:r>
    </w:p>
    <w:p w14:paraId="5DC3C86A" w14:textId="77777777" w:rsidR="00FC6F9B" w:rsidRDefault="00FC6F9B" w:rsidP="00FC6F9B">
      <w:pPr>
        <w:spacing w:after="0" w:line="240" w:lineRule="auto"/>
      </w:pPr>
      <w:r>
        <w:t>Pour chaque source, relever la date, le périmètre, la méthode et les limites. Une enquête menée seulement auprès de proches ou d’abonnés déjà intéressés risque de surestimer la demande. Une intention favorable ne vaut pas engagement d’achat au prix testé.</w:t>
      </w:r>
    </w:p>
    <w:p w14:paraId="3AEC7009" w14:textId="77777777" w:rsidR="00FC6F9B" w:rsidRDefault="00FC6F9B" w:rsidP="00FC6F9B">
      <w:pPr>
        <w:pStyle w:val="Titre2"/>
        <w:spacing w:before="0" w:after="0" w:line="240" w:lineRule="auto"/>
      </w:pPr>
      <w:r>
        <w:t>4.3- Comparer les alternatives du client</w:t>
      </w:r>
    </w:p>
    <w:tbl>
      <w:tblPr>
        <w:tblStyle w:val="Grilledutableau"/>
        <w:tblW w:w="0" w:type="auto"/>
        <w:tblLayout w:type="fixed"/>
        <w:tblLook w:val="04A0" w:firstRow="1" w:lastRow="0" w:firstColumn="1" w:lastColumn="0" w:noHBand="0" w:noVBand="1"/>
      </w:tblPr>
      <w:tblGrid>
        <w:gridCol w:w="1872"/>
        <w:gridCol w:w="2808"/>
        <w:gridCol w:w="2808"/>
        <w:gridCol w:w="2880"/>
      </w:tblGrid>
      <w:tr w:rsidR="00FC6F9B" w:rsidRPr="00FC6F9B" w14:paraId="6FB4FCCD" w14:textId="77777777" w:rsidTr="00FC6F9B">
        <w:trPr>
          <w:tblHeader/>
        </w:trPr>
        <w:tc>
          <w:tcPr>
            <w:tcW w:w="1872" w:type="dxa"/>
          </w:tcPr>
          <w:p w14:paraId="1B92E7D5" w14:textId="77777777" w:rsidR="00FC6F9B" w:rsidRPr="00FC6F9B" w:rsidRDefault="00FC6F9B" w:rsidP="00FC6F9B">
            <w:pPr>
              <w:jc w:val="left"/>
              <w:rPr>
                <w:rFonts w:ascii="Calibri" w:hAnsi="Calibri" w:cs="Calibri"/>
                <w:sz w:val="20"/>
              </w:rPr>
            </w:pPr>
            <w:r w:rsidRPr="00FC6F9B">
              <w:rPr>
                <w:rFonts w:ascii="Calibri" w:hAnsi="Calibri" w:cs="Calibri"/>
                <w:b/>
                <w:sz w:val="20"/>
              </w:rPr>
              <w:t>Critère</w:t>
            </w:r>
          </w:p>
        </w:tc>
        <w:tc>
          <w:tcPr>
            <w:tcW w:w="2808" w:type="dxa"/>
          </w:tcPr>
          <w:p w14:paraId="6DD492B2" w14:textId="77777777" w:rsidR="00FC6F9B" w:rsidRPr="00FC6F9B" w:rsidRDefault="00FC6F9B" w:rsidP="00FC6F9B">
            <w:pPr>
              <w:jc w:val="left"/>
              <w:rPr>
                <w:rFonts w:ascii="Calibri" w:hAnsi="Calibri" w:cs="Calibri"/>
                <w:sz w:val="20"/>
              </w:rPr>
            </w:pPr>
            <w:r w:rsidRPr="00FC6F9B">
              <w:rPr>
                <w:rFonts w:ascii="Calibri" w:hAnsi="Calibri" w:cs="Calibri"/>
                <w:b/>
                <w:sz w:val="20"/>
              </w:rPr>
              <w:t>Notre offre</w:t>
            </w:r>
          </w:p>
        </w:tc>
        <w:tc>
          <w:tcPr>
            <w:tcW w:w="2808" w:type="dxa"/>
          </w:tcPr>
          <w:p w14:paraId="0F0C98F9" w14:textId="77777777" w:rsidR="00FC6F9B" w:rsidRPr="00FC6F9B" w:rsidRDefault="00FC6F9B" w:rsidP="00FC6F9B">
            <w:pPr>
              <w:jc w:val="left"/>
              <w:rPr>
                <w:rFonts w:ascii="Calibri" w:hAnsi="Calibri" w:cs="Calibri"/>
                <w:sz w:val="20"/>
              </w:rPr>
            </w:pPr>
            <w:r w:rsidRPr="00FC6F9B">
              <w:rPr>
                <w:rFonts w:ascii="Calibri" w:hAnsi="Calibri" w:cs="Calibri"/>
                <w:b/>
                <w:sz w:val="20"/>
              </w:rPr>
              <w:t>Concurrent direct</w:t>
            </w:r>
          </w:p>
        </w:tc>
        <w:tc>
          <w:tcPr>
            <w:tcW w:w="2880" w:type="dxa"/>
          </w:tcPr>
          <w:p w14:paraId="715547EB" w14:textId="77777777" w:rsidR="00FC6F9B" w:rsidRPr="00FC6F9B" w:rsidRDefault="00FC6F9B" w:rsidP="00FC6F9B">
            <w:pPr>
              <w:jc w:val="left"/>
              <w:rPr>
                <w:rFonts w:ascii="Calibri" w:hAnsi="Calibri" w:cs="Calibri"/>
                <w:sz w:val="20"/>
              </w:rPr>
            </w:pPr>
            <w:r w:rsidRPr="00FC6F9B">
              <w:rPr>
                <w:rFonts w:ascii="Calibri" w:hAnsi="Calibri" w:cs="Calibri"/>
                <w:b/>
                <w:sz w:val="20"/>
              </w:rPr>
              <w:t>Autre solution</w:t>
            </w:r>
          </w:p>
        </w:tc>
      </w:tr>
      <w:tr w:rsidR="00FC6F9B" w:rsidRPr="00FC6F9B" w14:paraId="12892A3E" w14:textId="77777777" w:rsidTr="00FC6F9B">
        <w:tc>
          <w:tcPr>
            <w:tcW w:w="1872" w:type="dxa"/>
          </w:tcPr>
          <w:p w14:paraId="0D533D30" w14:textId="77777777" w:rsidR="00FC6F9B" w:rsidRPr="00FC6F9B" w:rsidRDefault="00FC6F9B" w:rsidP="00FC6F9B">
            <w:pPr>
              <w:jc w:val="left"/>
              <w:rPr>
                <w:rFonts w:ascii="Calibri" w:hAnsi="Calibri" w:cs="Calibri"/>
                <w:sz w:val="20"/>
              </w:rPr>
            </w:pPr>
            <w:r w:rsidRPr="00FC6F9B">
              <w:rPr>
                <w:rFonts w:ascii="Calibri" w:hAnsi="Calibri" w:cs="Calibri"/>
                <w:sz w:val="20"/>
              </w:rPr>
              <w:t>Prix total</w:t>
            </w:r>
          </w:p>
        </w:tc>
        <w:tc>
          <w:tcPr>
            <w:tcW w:w="2808" w:type="dxa"/>
          </w:tcPr>
          <w:p w14:paraId="4D5EFF87" w14:textId="77777777" w:rsidR="00FC6F9B" w:rsidRPr="00FC6F9B" w:rsidRDefault="00FC6F9B" w:rsidP="00FC6F9B">
            <w:pPr>
              <w:jc w:val="left"/>
              <w:rPr>
                <w:rFonts w:ascii="Calibri" w:hAnsi="Calibri" w:cs="Calibri"/>
                <w:sz w:val="20"/>
              </w:rPr>
            </w:pPr>
            <w:r w:rsidRPr="00FC6F9B">
              <w:rPr>
                <w:rFonts w:ascii="Calibri" w:hAnsi="Calibri" w:cs="Calibri"/>
                <w:sz w:val="20"/>
              </w:rPr>
              <w:t>Prix et coûts annexes</w:t>
            </w:r>
          </w:p>
        </w:tc>
        <w:tc>
          <w:tcPr>
            <w:tcW w:w="2808" w:type="dxa"/>
          </w:tcPr>
          <w:p w14:paraId="507DB482" w14:textId="77777777" w:rsidR="00FC6F9B" w:rsidRPr="00FC6F9B" w:rsidRDefault="00FC6F9B" w:rsidP="00FC6F9B">
            <w:pPr>
              <w:jc w:val="left"/>
              <w:rPr>
                <w:rFonts w:ascii="Calibri" w:hAnsi="Calibri" w:cs="Calibri"/>
                <w:sz w:val="20"/>
              </w:rPr>
            </w:pPr>
            <w:r w:rsidRPr="00FC6F9B">
              <w:rPr>
                <w:rFonts w:ascii="Calibri" w:hAnsi="Calibri" w:cs="Calibri"/>
                <w:sz w:val="20"/>
              </w:rPr>
              <w:t>Prix comparable</w:t>
            </w:r>
          </w:p>
        </w:tc>
        <w:tc>
          <w:tcPr>
            <w:tcW w:w="2880" w:type="dxa"/>
          </w:tcPr>
          <w:p w14:paraId="0182D099" w14:textId="77777777" w:rsidR="00FC6F9B" w:rsidRPr="00FC6F9B" w:rsidRDefault="00FC6F9B" w:rsidP="00FC6F9B">
            <w:pPr>
              <w:jc w:val="left"/>
              <w:rPr>
                <w:rFonts w:ascii="Calibri" w:hAnsi="Calibri" w:cs="Calibri"/>
                <w:sz w:val="20"/>
              </w:rPr>
            </w:pPr>
            <w:r w:rsidRPr="00FC6F9B">
              <w:rPr>
                <w:rFonts w:ascii="Calibri" w:hAnsi="Calibri" w:cs="Calibri"/>
                <w:sz w:val="20"/>
              </w:rPr>
              <w:t>Coût d’une solution interne</w:t>
            </w:r>
          </w:p>
        </w:tc>
      </w:tr>
      <w:tr w:rsidR="00FC6F9B" w:rsidRPr="00FC6F9B" w14:paraId="6B812277" w14:textId="77777777" w:rsidTr="00FC6F9B">
        <w:tc>
          <w:tcPr>
            <w:tcW w:w="1872" w:type="dxa"/>
          </w:tcPr>
          <w:p w14:paraId="332649E4" w14:textId="77777777" w:rsidR="00FC6F9B" w:rsidRPr="00FC6F9B" w:rsidRDefault="00FC6F9B" w:rsidP="00FC6F9B">
            <w:pPr>
              <w:jc w:val="left"/>
              <w:rPr>
                <w:rFonts w:ascii="Calibri" w:hAnsi="Calibri" w:cs="Calibri"/>
                <w:sz w:val="20"/>
              </w:rPr>
            </w:pPr>
            <w:r w:rsidRPr="00FC6F9B">
              <w:rPr>
                <w:rFonts w:ascii="Calibri" w:hAnsi="Calibri" w:cs="Calibri"/>
                <w:sz w:val="20"/>
              </w:rPr>
              <w:t>Service</w:t>
            </w:r>
          </w:p>
        </w:tc>
        <w:tc>
          <w:tcPr>
            <w:tcW w:w="2808" w:type="dxa"/>
          </w:tcPr>
          <w:p w14:paraId="5EED8C1A" w14:textId="77777777" w:rsidR="00FC6F9B" w:rsidRPr="00FC6F9B" w:rsidRDefault="00FC6F9B" w:rsidP="00FC6F9B">
            <w:pPr>
              <w:jc w:val="left"/>
              <w:rPr>
                <w:rFonts w:ascii="Calibri" w:hAnsi="Calibri" w:cs="Calibri"/>
                <w:sz w:val="20"/>
              </w:rPr>
            </w:pPr>
            <w:r w:rsidRPr="00FC6F9B">
              <w:rPr>
                <w:rFonts w:ascii="Calibri" w:hAnsi="Calibri" w:cs="Calibri"/>
                <w:sz w:val="20"/>
              </w:rPr>
              <w:t>Périmètre et délais</w:t>
            </w:r>
          </w:p>
        </w:tc>
        <w:tc>
          <w:tcPr>
            <w:tcW w:w="2808" w:type="dxa"/>
          </w:tcPr>
          <w:p w14:paraId="5A24A297" w14:textId="77777777" w:rsidR="00FC6F9B" w:rsidRPr="00FC6F9B" w:rsidRDefault="00FC6F9B" w:rsidP="00FC6F9B">
            <w:pPr>
              <w:jc w:val="left"/>
              <w:rPr>
                <w:rFonts w:ascii="Calibri" w:hAnsi="Calibri" w:cs="Calibri"/>
                <w:sz w:val="20"/>
              </w:rPr>
            </w:pPr>
            <w:r w:rsidRPr="00FC6F9B">
              <w:rPr>
                <w:rFonts w:ascii="Calibri" w:hAnsi="Calibri" w:cs="Calibri"/>
                <w:sz w:val="20"/>
              </w:rPr>
              <w:t>Engagements annoncés</w:t>
            </w:r>
          </w:p>
        </w:tc>
        <w:tc>
          <w:tcPr>
            <w:tcW w:w="2880" w:type="dxa"/>
          </w:tcPr>
          <w:p w14:paraId="4A7E549F" w14:textId="77777777" w:rsidR="00FC6F9B" w:rsidRPr="00FC6F9B" w:rsidRDefault="00FC6F9B" w:rsidP="00FC6F9B">
            <w:pPr>
              <w:jc w:val="left"/>
              <w:rPr>
                <w:rFonts w:ascii="Calibri" w:hAnsi="Calibri" w:cs="Calibri"/>
                <w:sz w:val="20"/>
              </w:rPr>
            </w:pPr>
            <w:r w:rsidRPr="00FC6F9B">
              <w:rPr>
                <w:rFonts w:ascii="Calibri" w:hAnsi="Calibri" w:cs="Calibri"/>
                <w:sz w:val="20"/>
              </w:rPr>
              <w:t>Disponibilité réelle</w:t>
            </w:r>
          </w:p>
        </w:tc>
      </w:tr>
      <w:tr w:rsidR="00FC6F9B" w:rsidRPr="00FC6F9B" w14:paraId="745F2D79" w14:textId="77777777" w:rsidTr="00FC6F9B">
        <w:tc>
          <w:tcPr>
            <w:tcW w:w="1872" w:type="dxa"/>
          </w:tcPr>
          <w:p w14:paraId="54140CBD" w14:textId="77777777" w:rsidR="00FC6F9B" w:rsidRPr="00FC6F9B" w:rsidRDefault="00FC6F9B" w:rsidP="00FC6F9B">
            <w:pPr>
              <w:jc w:val="left"/>
              <w:rPr>
                <w:rFonts w:ascii="Calibri" w:hAnsi="Calibri" w:cs="Calibri"/>
                <w:sz w:val="20"/>
              </w:rPr>
            </w:pPr>
            <w:r w:rsidRPr="00FC6F9B">
              <w:rPr>
                <w:rFonts w:ascii="Calibri" w:hAnsi="Calibri" w:cs="Calibri"/>
                <w:sz w:val="20"/>
              </w:rPr>
              <w:t>Qualité</w:t>
            </w:r>
          </w:p>
        </w:tc>
        <w:tc>
          <w:tcPr>
            <w:tcW w:w="2808" w:type="dxa"/>
          </w:tcPr>
          <w:p w14:paraId="2039A2E0" w14:textId="77777777" w:rsidR="00FC6F9B" w:rsidRPr="00FC6F9B" w:rsidRDefault="00FC6F9B" w:rsidP="00FC6F9B">
            <w:pPr>
              <w:jc w:val="left"/>
              <w:rPr>
                <w:rFonts w:ascii="Calibri" w:hAnsi="Calibri" w:cs="Calibri"/>
                <w:sz w:val="20"/>
              </w:rPr>
            </w:pPr>
            <w:r w:rsidRPr="00FC6F9B">
              <w:rPr>
                <w:rFonts w:ascii="Calibri" w:hAnsi="Calibri" w:cs="Calibri"/>
                <w:sz w:val="20"/>
              </w:rPr>
              <w:t>Résultats vérifiés</w:t>
            </w:r>
          </w:p>
        </w:tc>
        <w:tc>
          <w:tcPr>
            <w:tcW w:w="2808" w:type="dxa"/>
          </w:tcPr>
          <w:p w14:paraId="5E2A3AA6" w14:textId="77777777" w:rsidR="00FC6F9B" w:rsidRPr="00FC6F9B" w:rsidRDefault="00FC6F9B" w:rsidP="00FC6F9B">
            <w:pPr>
              <w:jc w:val="left"/>
              <w:rPr>
                <w:rFonts w:ascii="Calibri" w:hAnsi="Calibri" w:cs="Calibri"/>
                <w:sz w:val="20"/>
              </w:rPr>
            </w:pPr>
            <w:r w:rsidRPr="00FC6F9B">
              <w:rPr>
                <w:rFonts w:ascii="Calibri" w:hAnsi="Calibri" w:cs="Calibri"/>
                <w:sz w:val="20"/>
              </w:rPr>
              <w:t>Preuves accessibles</w:t>
            </w:r>
          </w:p>
        </w:tc>
        <w:tc>
          <w:tcPr>
            <w:tcW w:w="2880" w:type="dxa"/>
          </w:tcPr>
          <w:p w14:paraId="1518D2E4" w14:textId="77777777" w:rsidR="00FC6F9B" w:rsidRPr="00FC6F9B" w:rsidRDefault="00FC6F9B" w:rsidP="00FC6F9B">
            <w:pPr>
              <w:jc w:val="left"/>
              <w:rPr>
                <w:rFonts w:ascii="Calibri" w:hAnsi="Calibri" w:cs="Calibri"/>
                <w:sz w:val="20"/>
              </w:rPr>
            </w:pPr>
            <w:r w:rsidRPr="00FC6F9B">
              <w:rPr>
                <w:rFonts w:ascii="Calibri" w:hAnsi="Calibri" w:cs="Calibri"/>
                <w:sz w:val="20"/>
              </w:rPr>
              <w:t>Limites observées</w:t>
            </w:r>
          </w:p>
        </w:tc>
      </w:tr>
      <w:tr w:rsidR="00FC6F9B" w:rsidRPr="00FC6F9B" w14:paraId="38605E43" w14:textId="77777777" w:rsidTr="00FC6F9B">
        <w:tc>
          <w:tcPr>
            <w:tcW w:w="1872" w:type="dxa"/>
          </w:tcPr>
          <w:p w14:paraId="02606117" w14:textId="77777777" w:rsidR="00FC6F9B" w:rsidRPr="00FC6F9B" w:rsidRDefault="00FC6F9B" w:rsidP="00FC6F9B">
            <w:pPr>
              <w:jc w:val="left"/>
              <w:rPr>
                <w:rFonts w:ascii="Calibri" w:hAnsi="Calibri" w:cs="Calibri"/>
                <w:sz w:val="20"/>
              </w:rPr>
            </w:pPr>
            <w:r w:rsidRPr="00FC6F9B">
              <w:rPr>
                <w:rFonts w:ascii="Calibri" w:hAnsi="Calibri" w:cs="Calibri"/>
                <w:sz w:val="20"/>
              </w:rPr>
              <w:t>Accès</w:t>
            </w:r>
          </w:p>
        </w:tc>
        <w:tc>
          <w:tcPr>
            <w:tcW w:w="2808" w:type="dxa"/>
          </w:tcPr>
          <w:p w14:paraId="467952A6" w14:textId="77777777" w:rsidR="00FC6F9B" w:rsidRPr="00FC6F9B" w:rsidRDefault="00FC6F9B" w:rsidP="00FC6F9B">
            <w:pPr>
              <w:jc w:val="left"/>
              <w:rPr>
                <w:rFonts w:ascii="Calibri" w:hAnsi="Calibri" w:cs="Calibri"/>
                <w:sz w:val="20"/>
              </w:rPr>
            </w:pPr>
            <w:r w:rsidRPr="00FC6F9B">
              <w:rPr>
                <w:rFonts w:ascii="Calibri" w:hAnsi="Calibri" w:cs="Calibri"/>
                <w:sz w:val="20"/>
              </w:rPr>
              <w:t>Canal et couverture</w:t>
            </w:r>
          </w:p>
        </w:tc>
        <w:tc>
          <w:tcPr>
            <w:tcW w:w="2808" w:type="dxa"/>
          </w:tcPr>
          <w:p w14:paraId="376472FD" w14:textId="77777777" w:rsidR="00FC6F9B" w:rsidRPr="00FC6F9B" w:rsidRDefault="00FC6F9B" w:rsidP="00FC6F9B">
            <w:pPr>
              <w:jc w:val="left"/>
              <w:rPr>
                <w:rFonts w:ascii="Calibri" w:hAnsi="Calibri" w:cs="Calibri"/>
                <w:sz w:val="20"/>
              </w:rPr>
            </w:pPr>
            <w:r w:rsidRPr="00FC6F9B">
              <w:rPr>
                <w:rFonts w:ascii="Calibri" w:hAnsi="Calibri" w:cs="Calibri"/>
                <w:sz w:val="20"/>
              </w:rPr>
              <w:t>Zone desservie</w:t>
            </w:r>
          </w:p>
        </w:tc>
        <w:tc>
          <w:tcPr>
            <w:tcW w:w="2880" w:type="dxa"/>
          </w:tcPr>
          <w:p w14:paraId="239C25BC" w14:textId="77777777" w:rsidR="00FC6F9B" w:rsidRPr="00FC6F9B" w:rsidRDefault="00FC6F9B" w:rsidP="00FC6F9B">
            <w:pPr>
              <w:jc w:val="left"/>
              <w:rPr>
                <w:rFonts w:ascii="Calibri" w:hAnsi="Calibri" w:cs="Calibri"/>
                <w:sz w:val="20"/>
              </w:rPr>
            </w:pPr>
            <w:r w:rsidRPr="00FC6F9B">
              <w:rPr>
                <w:rFonts w:ascii="Calibri" w:hAnsi="Calibri" w:cs="Calibri"/>
                <w:sz w:val="20"/>
              </w:rPr>
              <w:t>Facilité de mise en œuvre</w:t>
            </w:r>
          </w:p>
        </w:tc>
      </w:tr>
      <w:tr w:rsidR="00FC6F9B" w:rsidRPr="00FC6F9B" w14:paraId="5E532F78" w14:textId="77777777" w:rsidTr="00FC6F9B">
        <w:tc>
          <w:tcPr>
            <w:tcW w:w="1872" w:type="dxa"/>
          </w:tcPr>
          <w:p w14:paraId="640CF652" w14:textId="77777777" w:rsidR="00FC6F9B" w:rsidRPr="00FC6F9B" w:rsidRDefault="00FC6F9B" w:rsidP="00FC6F9B">
            <w:pPr>
              <w:jc w:val="left"/>
              <w:rPr>
                <w:rFonts w:ascii="Calibri" w:hAnsi="Calibri" w:cs="Calibri"/>
                <w:sz w:val="20"/>
              </w:rPr>
            </w:pPr>
            <w:r w:rsidRPr="00FC6F9B">
              <w:rPr>
                <w:rFonts w:ascii="Calibri" w:hAnsi="Calibri" w:cs="Calibri"/>
                <w:sz w:val="20"/>
              </w:rPr>
              <w:t>Risque</w:t>
            </w:r>
          </w:p>
        </w:tc>
        <w:tc>
          <w:tcPr>
            <w:tcW w:w="2808" w:type="dxa"/>
          </w:tcPr>
          <w:p w14:paraId="60529AA7" w14:textId="77777777" w:rsidR="00FC6F9B" w:rsidRPr="00FC6F9B" w:rsidRDefault="00FC6F9B" w:rsidP="00FC6F9B">
            <w:pPr>
              <w:jc w:val="left"/>
              <w:rPr>
                <w:rFonts w:ascii="Calibri" w:hAnsi="Calibri" w:cs="Calibri"/>
                <w:sz w:val="20"/>
              </w:rPr>
            </w:pPr>
            <w:r w:rsidRPr="00FC6F9B">
              <w:rPr>
                <w:rFonts w:ascii="Calibri" w:hAnsi="Calibri" w:cs="Calibri"/>
                <w:sz w:val="20"/>
              </w:rPr>
              <w:t>Garanties et dépendances</w:t>
            </w:r>
          </w:p>
        </w:tc>
        <w:tc>
          <w:tcPr>
            <w:tcW w:w="2808" w:type="dxa"/>
          </w:tcPr>
          <w:p w14:paraId="5C03E3F7" w14:textId="77777777" w:rsidR="00FC6F9B" w:rsidRPr="00FC6F9B" w:rsidRDefault="00FC6F9B" w:rsidP="00FC6F9B">
            <w:pPr>
              <w:jc w:val="left"/>
              <w:rPr>
                <w:rFonts w:ascii="Calibri" w:hAnsi="Calibri" w:cs="Calibri"/>
                <w:sz w:val="20"/>
              </w:rPr>
            </w:pPr>
            <w:r w:rsidRPr="00FC6F9B">
              <w:rPr>
                <w:rFonts w:ascii="Calibri" w:hAnsi="Calibri" w:cs="Calibri"/>
                <w:sz w:val="20"/>
              </w:rPr>
              <w:t>Risques connus</w:t>
            </w:r>
          </w:p>
        </w:tc>
        <w:tc>
          <w:tcPr>
            <w:tcW w:w="2880" w:type="dxa"/>
          </w:tcPr>
          <w:p w14:paraId="1C4D58C5" w14:textId="77777777" w:rsidR="00FC6F9B" w:rsidRPr="00FC6F9B" w:rsidRDefault="00FC6F9B" w:rsidP="00FC6F9B">
            <w:pPr>
              <w:jc w:val="left"/>
              <w:rPr>
                <w:rFonts w:ascii="Calibri" w:hAnsi="Calibri" w:cs="Calibri"/>
                <w:sz w:val="20"/>
              </w:rPr>
            </w:pPr>
            <w:r w:rsidRPr="00FC6F9B">
              <w:rPr>
                <w:rFonts w:ascii="Calibri" w:hAnsi="Calibri" w:cs="Calibri"/>
                <w:sz w:val="20"/>
              </w:rPr>
              <w:t>Coût de changement</w:t>
            </w:r>
          </w:p>
        </w:tc>
      </w:tr>
    </w:tbl>
    <w:p w14:paraId="3850E762" w14:textId="77777777" w:rsidR="00FC6F9B" w:rsidRDefault="00FC6F9B" w:rsidP="00FC6F9B">
      <w:pPr>
        <w:spacing w:after="0" w:line="240" w:lineRule="auto"/>
      </w:pPr>
    </w:p>
    <w:p w14:paraId="12C97DCF" w14:textId="77777777" w:rsidR="00FC6F9B" w:rsidRDefault="00FC6F9B" w:rsidP="00FC6F9B">
      <w:pPr>
        <w:spacing w:after="0" w:line="240" w:lineRule="auto"/>
      </w:pPr>
      <w:r>
        <w:lastRenderedPageBreak/>
        <w:t>La concurrence comprend aussi l’exécution en interne, la substitution et la décision de ne pas acheter. Le dossier explique pourquoi le client changerait de solution malgré les coûts et les habitudes.</w:t>
      </w:r>
    </w:p>
    <w:p w14:paraId="56EC348E" w14:textId="77777777" w:rsidR="00FC6F9B" w:rsidRDefault="00FC6F9B" w:rsidP="00FC6F9B">
      <w:pPr>
        <w:pStyle w:val="Titre2"/>
        <w:spacing w:before="0" w:after="0" w:line="240" w:lineRule="auto"/>
      </w:pPr>
      <w:r>
        <w:t>4.4- Tirer une conclusion exploitable</w:t>
      </w:r>
    </w:p>
    <w:p w14:paraId="3EA91AEE" w14:textId="3D30F699" w:rsidR="00FC6F9B" w:rsidRDefault="00FC6F9B" w:rsidP="00FC6F9B">
      <w:pPr>
        <w:spacing w:after="0" w:line="240" w:lineRule="auto"/>
      </w:pPr>
      <w:r>
        <w:t>L’étude aboutit à un segment prioritaire, un positionnement, une plage de prix et des hypothèses de volume. Elle identifie la saisonnalité et les facteurs externes</w:t>
      </w:r>
      <w:r>
        <w:t> :</w:t>
      </w:r>
      <w:r>
        <w:t xml:space="preserve"> évolution économique, technologie, règles applicables ou pénurie de compétences. Une tendance ne devient une hypothèse de croissance qu’après examen de son effet sur le projet.</w:t>
      </w:r>
    </w:p>
    <w:p w14:paraId="787AF326" w14:textId="77777777" w:rsidR="00FC6F9B" w:rsidRDefault="00FC6F9B" w:rsidP="00067DE2">
      <w:pPr>
        <w:pStyle w:val="Titre1"/>
      </w:pPr>
      <w:bookmarkStart w:id="4" w:name="_Toc241759575"/>
      <w:r>
        <w:t>5- Formaliser le modèle économique</w:t>
      </w:r>
      <w:bookmarkEnd w:id="4"/>
    </w:p>
    <w:p w14:paraId="1FCEFF14" w14:textId="77777777" w:rsidR="00FC6F9B" w:rsidRDefault="00FC6F9B" w:rsidP="00FC6F9B">
      <w:pPr>
        <w:pStyle w:val="Titre2"/>
        <w:spacing w:before="0" w:after="0" w:line="240" w:lineRule="auto"/>
      </w:pPr>
      <w:r>
        <w:t>5.1- Relier valeur client et revenus</w:t>
      </w:r>
    </w:p>
    <w:p w14:paraId="631C68EC" w14:textId="7FDB273E" w:rsidR="00FC6F9B" w:rsidRDefault="00FC6F9B" w:rsidP="00FC6F9B">
      <w:pPr>
        <w:spacing w:after="0" w:line="240" w:lineRule="auto"/>
      </w:pPr>
      <w:r>
        <w:t>Le modèle économique explique comment l’entreprise sert ses clients, obtient des recettes et supporte les coûts nécessaires. Il précise notamment qui paie et pour quoi</w:t>
      </w:r>
      <w:r>
        <w:t> :</w:t>
      </w:r>
      <w:r>
        <w:t xml:space="preserve"> achat ponctuel, abonnement, location, commission, licence ou prestation. Une plateforme peut facturer un utilisateur différent de celui qui reçoit directement le service.</w:t>
      </w:r>
    </w:p>
    <w:p w14:paraId="53F20A96" w14:textId="77777777" w:rsidR="00FC6F9B" w:rsidRDefault="00FC6F9B" w:rsidP="00FC6F9B">
      <w:pPr>
        <w:pStyle w:val="Titre2"/>
        <w:spacing w:before="0" w:after="0" w:line="240" w:lineRule="auto"/>
      </w:pPr>
      <w:r>
        <w:t>5.2- Utiliser les neuf blocs du canevas</w:t>
      </w:r>
    </w:p>
    <w:p w14:paraId="078D0911" w14:textId="77777777" w:rsidR="00FC6F9B" w:rsidRDefault="00FC6F9B" w:rsidP="00FC6F9B">
      <w:pPr>
        <w:spacing w:after="0" w:line="240" w:lineRule="auto"/>
      </w:pPr>
      <w:r>
        <w:t xml:space="preserve">Le Business Model Canvas, ou canevas du modèle économique, proposé par </w:t>
      </w:r>
      <w:proofErr w:type="spellStart"/>
      <w:r>
        <w:t>Strategyzer</w:t>
      </w:r>
      <w:proofErr w:type="spellEnd"/>
      <w:r>
        <w:t>, organise la réflexion autour de neuf blocs. Il sert à formuler et confronter des hypothèses. Il ne constitue pas, à lui seul, une démonstration financière [3].</w:t>
      </w:r>
    </w:p>
    <w:tbl>
      <w:tblPr>
        <w:tblStyle w:val="Grilledutableau"/>
        <w:tblW w:w="0" w:type="auto"/>
        <w:tblLayout w:type="fixed"/>
        <w:tblLook w:val="04A0" w:firstRow="1" w:lastRow="0" w:firstColumn="1" w:lastColumn="0" w:noHBand="0" w:noVBand="1"/>
      </w:tblPr>
      <w:tblGrid>
        <w:gridCol w:w="2880"/>
        <w:gridCol w:w="7488"/>
      </w:tblGrid>
      <w:tr w:rsidR="00FC6F9B" w:rsidRPr="00FC6F9B" w14:paraId="58F5C5F3" w14:textId="77777777" w:rsidTr="00FC6F9B">
        <w:trPr>
          <w:tblHeader/>
        </w:trPr>
        <w:tc>
          <w:tcPr>
            <w:tcW w:w="2880" w:type="dxa"/>
          </w:tcPr>
          <w:p w14:paraId="48A18C38" w14:textId="77777777" w:rsidR="00FC6F9B" w:rsidRPr="00FC6F9B" w:rsidRDefault="00FC6F9B" w:rsidP="00FC6F9B">
            <w:pPr>
              <w:jc w:val="left"/>
              <w:rPr>
                <w:rFonts w:ascii="Calibri" w:hAnsi="Calibri" w:cs="Calibri"/>
                <w:sz w:val="20"/>
              </w:rPr>
            </w:pPr>
            <w:r w:rsidRPr="00FC6F9B">
              <w:rPr>
                <w:rFonts w:ascii="Calibri" w:hAnsi="Calibri" w:cs="Calibri"/>
                <w:b/>
                <w:sz w:val="20"/>
              </w:rPr>
              <w:t>Bloc</w:t>
            </w:r>
          </w:p>
        </w:tc>
        <w:tc>
          <w:tcPr>
            <w:tcW w:w="7488" w:type="dxa"/>
          </w:tcPr>
          <w:p w14:paraId="788D1F46" w14:textId="77777777" w:rsidR="00FC6F9B" w:rsidRPr="00FC6F9B" w:rsidRDefault="00FC6F9B" w:rsidP="00FC6F9B">
            <w:pPr>
              <w:jc w:val="left"/>
              <w:rPr>
                <w:rFonts w:ascii="Calibri" w:hAnsi="Calibri" w:cs="Calibri"/>
                <w:sz w:val="20"/>
              </w:rPr>
            </w:pPr>
            <w:r w:rsidRPr="00FC6F9B">
              <w:rPr>
                <w:rFonts w:ascii="Calibri" w:hAnsi="Calibri" w:cs="Calibri"/>
                <w:b/>
                <w:sz w:val="20"/>
              </w:rPr>
              <w:t>Contenu à formuler</w:t>
            </w:r>
          </w:p>
        </w:tc>
      </w:tr>
      <w:tr w:rsidR="00FC6F9B" w:rsidRPr="00FC6F9B" w14:paraId="35B5A0F1" w14:textId="77777777" w:rsidTr="00FC6F9B">
        <w:tc>
          <w:tcPr>
            <w:tcW w:w="2880" w:type="dxa"/>
          </w:tcPr>
          <w:p w14:paraId="67B7EF7D" w14:textId="77777777" w:rsidR="00FC6F9B" w:rsidRPr="00FC6F9B" w:rsidRDefault="00FC6F9B" w:rsidP="00FC6F9B">
            <w:pPr>
              <w:jc w:val="left"/>
              <w:rPr>
                <w:rFonts w:ascii="Calibri" w:hAnsi="Calibri" w:cs="Calibri"/>
                <w:sz w:val="20"/>
              </w:rPr>
            </w:pPr>
            <w:r w:rsidRPr="00FC6F9B">
              <w:rPr>
                <w:rFonts w:ascii="Calibri" w:hAnsi="Calibri" w:cs="Calibri"/>
                <w:sz w:val="20"/>
              </w:rPr>
              <w:t>Segments de clients</w:t>
            </w:r>
          </w:p>
        </w:tc>
        <w:tc>
          <w:tcPr>
            <w:tcW w:w="7488" w:type="dxa"/>
          </w:tcPr>
          <w:p w14:paraId="166B840D" w14:textId="77777777" w:rsidR="00FC6F9B" w:rsidRPr="00FC6F9B" w:rsidRDefault="00FC6F9B" w:rsidP="00FC6F9B">
            <w:pPr>
              <w:jc w:val="left"/>
              <w:rPr>
                <w:rFonts w:ascii="Calibri" w:hAnsi="Calibri" w:cs="Calibri"/>
                <w:sz w:val="20"/>
              </w:rPr>
            </w:pPr>
            <w:r w:rsidRPr="00FC6F9B">
              <w:rPr>
                <w:rFonts w:ascii="Calibri" w:hAnsi="Calibri" w:cs="Calibri"/>
                <w:sz w:val="20"/>
              </w:rPr>
              <w:t>Groupes présentant des besoins et comportements d’achat distincts.</w:t>
            </w:r>
          </w:p>
        </w:tc>
      </w:tr>
      <w:tr w:rsidR="00FC6F9B" w:rsidRPr="00FC6F9B" w14:paraId="680E48D8" w14:textId="77777777" w:rsidTr="00FC6F9B">
        <w:tc>
          <w:tcPr>
            <w:tcW w:w="2880" w:type="dxa"/>
          </w:tcPr>
          <w:p w14:paraId="13EC1C90" w14:textId="77777777" w:rsidR="00FC6F9B" w:rsidRPr="00FC6F9B" w:rsidRDefault="00FC6F9B" w:rsidP="00FC6F9B">
            <w:pPr>
              <w:jc w:val="left"/>
              <w:rPr>
                <w:rFonts w:ascii="Calibri" w:hAnsi="Calibri" w:cs="Calibri"/>
                <w:sz w:val="20"/>
              </w:rPr>
            </w:pPr>
            <w:r w:rsidRPr="00FC6F9B">
              <w:rPr>
                <w:rFonts w:ascii="Calibri" w:hAnsi="Calibri" w:cs="Calibri"/>
                <w:sz w:val="20"/>
              </w:rPr>
              <w:t>Proposition de valeur</w:t>
            </w:r>
          </w:p>
        </w:tc>
        <w:tc>
          <w:tcPr>
            <w:tcW w:w="7488" w:type="dxa"/>
          </w:tcPr>
          <w:p w14:paraId="64108013" w14:textId="77777777" w:rsidR="00FC6F9B" w:rsidRPr="00FC6F9B" w:rsidRDefault="00FC6F9B" w:rsidP="00FC6F9B">
            <w:pPr>
              <w:jc w:val="left"/>
              <w:rPr>
                <w:rFonts w:ascii="Calibri" w:hAnsi="Calibri" w:cs="Calibri"/>
                <w:sz w:val="20"/>
              </w:rPr>
            </w:pPr>
            <w:r w:rsidRPr="00FC6F9B">
              <w:rPr>
                <w:rFonts w:ascii="Calibri" w:hAnsi="Calibri" w:cs="Calibri"/>
                <w:sz w:val="20"/>
              </w:rPr>
              <w:t>Résultat utile et différence apportée à chaque segment.</w:t>
            </w:r>
          </w:p>
        </w:tc>
      </w:tr>
      <w:tr w:rsidR="00FC6F9B" w:rsidRPr="00FC6F9B" w14:paraId="7DA31520" w14:textId="77777777" w:rsidTr="00FC6F9B">
        <w:tc>
          <w:tcPr>
            <w:tcW w:w="2880" w:type="dxa"/>
          </w:tcPr>
          <w:p w14:paraId="070D6E8C" w14:textId="77777777" w:rsidR="00FC6F9B" w:rsidRPr="00FC6F9B" w:rsidRDefault="00FC6F9B" w:rsidP="00FC6F9B">
            <w:pPr>
              <w:jc w:val="left"/>
              <w:rPr>
                <w:rFonts w:ascii="Calibri" w:hAnsi="Calibri" w:cs="Calibri"/>
                <w:sz w:val="20"/>
              </w:rPr>
            </w:pPr>
            <w:r w:rsidRPr="00FC6F9B">
              <w:rPr>
                <w:rFonts w:ascii="Calibri" w:hAnsi="Calibri" w:cs="Calibri"/>
                <w:sz w:val="20"/>
              </w:rPr>
              <w:t>Canaux</w:t>
            </w:r>
          </w:p>
        </w:tc>
        <w:tc>
          <w:tcPr>
            <w:tcW w:w="7488" w:type="dxa"/>
          </w:tcPr>
          <w:p w14:paraId="2956AFCD" w14:textId="77777777" w:rsidR="00FC6F9B" w:rsidRPr="00FC6F9B" w:rsidRDefault="00FC6F9B" w:rsidP="00FC6F9B">
            <w:pPr>
              <w:jc w:val="left"/>
              <w:rPr>
                <w:rFonts w:ascii="Calibri" w:hAnsi="Calibri" w:cs="Calibri"/>
                <w:sz w:val="20"/>
              </w:rPr>
            </w:pPr>
            <w:r w:rsidRPr="00FC6F9B">
              <w:rPr>
                <w:rFonts w:ascii="Calibri" w:hAnsi="Calibri" w:cs="Calibri"/>
                <w:sz w:val="20"/>
              </w:rPr>
              <w:t>Moyens de faire connaître, vendre et délivrer l’offre.</w:t>
            </w:r>
          </w:p>
        </w:tc>
      </w:tr>
      <w:tr w:rsidR="00FC6F9B" w:rsidRPr="00FC6F9B" w14:paraId="78158A2E" w14:textId="77777777" w:rsidTr="00FC6F9B">
        <w:tc>
          <w:tcPr>
            <w:tcW w:w="2880" w:type="dxa"/>
          </w:tcPr>
          <w:p w14:paraId="746E5BAA" w14:textId="77777777" w:rsidR="00FC6F9B" w:rsidRPr="00FC6F9B" w:rsidRDefault="00FC6F9B" w:rsidP="00FC6F9B">
            <w:pPr>
              <w:jc w:val="left"/>
              <w:rPr>
                <w:rFonts w:ascii="Calibri" w:hAnsi="Calibri" w:cs="Calibri"/>
                <w:sz w:val="20"/>
              </w:rPr>
            </w:pPr>
            <w:r w:rsidRPr="00FC6F9B">
              <w:rPr>
                <w:rFonts w:ascii="Calibri" w:hAnsi="Calibri" w:cs="Calibri"/>
                <w:sz w:val="20"/>
              </w:rPr>
              <w:t>Relations clients</w:t>
            </w:r>
          </w:p>
        </w:tc>
        <w:tc>
          <w:tcPr>
            <w:tcW w:w="7488" w:type="dxa"/>
          </w:tcPr>
          <w:p w14:paraId="48BF9074" w14:textId="77777777" w:rsidR="00FC6F9B" w:rsidRPr="00FC6F9B" w:rsidRDefault="00FC6F9B" w:rsidP="00FC6F9B">
            <w:pPr>
              <w:jc w:val="left"/>
              <w:rPr>
                <w:rFonts w:ascii="Calibri" w:hAnsi="Calibri" w:cs="Calibri"/>
                <w:sz w:val="20"/>
              </w:rPr>
            </w:pPr>
            <w:r w:rsidRPr="00FC6F9B">
              <w:rPr>
                <w:rFonts w:ascii="Calibri" w:hAnsi="Calibri" w:cs="Calibri"/>
                <w:sz w:val="20"/>
              </w:rPr>
              <w:t>Acquisition, accompagnement, assistance et fidélisation.</w:t>
            </w:r>
          </w:p>
        </w:tc>
      </w:tr>
      <w:tr w:rsidR="00FC6F9B" w:rsidRPr="00FC6F9B" w14:paraId="58B44A74" w14:textId="77777777" w:rsidTr="00FC6F9B">
        <w:tc>
          <w:tcPr>
            <w:tcW w:w="2880" w:type="dxa"/>
          </w:tcPr>
          <w:p w14:paraId="6D62F0F5" w14:textId="77777777" w:rsidR="00FC6F9B" w:rsidRPr="00FC6F9B" w:rsidRDefault="00FC6F9B" w:rsidP="00FC6F9B">
            <w:pPr>
              <w:jc w:val="left"/>
              <w:rPr>
                <w:rFonts w:ascii="Calibri" w:hAnsi="Calibri" w:cs="Calibri"/>
                <w:sz w:val="20"/>
              </w:rPr>
            </w:pPr>
            <w:r w:rsidRPr="00FC6F9B">
              <w:rPr>
                <w:rFonts w:ascii="Calibri" w:hAnsi="Calibri" w:cs="Calibri"/>
                <w:sz w:val="20"/>
              </w:rPr>
              <w:t>Revenus</w:t>
            </w:r>
          </w:p>
        </w:tc>
        <w:tc>
          <w:tcPr>
            <w:tcW w:w="7488" w:type="dxa"/>
          </w:tcPr>
          <w:p w14:paraId="07C2D6BA" w14:textId="77777777" w:rsidR="00FC6F9B" w:rsidRPr="00FC6F9B" w:rsidRDefault="00FC6F9B" w:rsidP="00FC6F9B">
            <w:pPr>
              <w:jc w:val="left"/>
              <w:rPr>
                <w:rFonts w:ascii="Calibri" w:hAnsi="Calibri" w:cs="Calibri"/>
                <w:sz w:val="20"/>
              </w:rPr>
            </w:pPr>
            <w:r w:rsidRPr="00FC6F9B">
              <w:rPr>
                <w:rFonts w:ascii="Calibri" w:hAnsi="Calibri" w:cs="Calibri"/>
                <w:sz w:val="20"/>
              </w:rPr>
              <w:t>Mode de facturation, prix, fréquence et conditions de paiement.</w:t>
            </w:r>
          </w:p>
        </w:tc>
      </w:tr>
      <w:tr w:rsidR="00FC6F9B" w:rsidRPr="00FC6F9B" w14:paraId="2BAC9EFE" w14:textId="77777777" w:rsidTr="00FC6F9B">
        <w:tc>
          <w:tcPr>
            <w:tcW w:w="2880" w:type="dxa"/>
          </w:tcPr>
          <w:p w14:paraId="1799166A" w14:textId="77777777" w:rsidR="00FC6F9B" w:rsidRPr="00FC6F9B" w:rsidRDefault="00FC6F9B" w:rsidP="00FC6F9B">
            <w:pPr>
              <w:jc w:val="left"/>
              <w:rPr>
                <w:rFonts w:ascii="Calibri" w:hAnsi="Calibri" w:cs="Calibri"/>
                <w:sz w:val="20"/>
              </w:rPr>
            </w:pPr>
            <w:r w:rsidRPr="00FC6F9B">
              <w:rPr>
                <w:rFonts w:ascii="Calibri" w:hAnsi="Calibri" w:cs="Calibri"/>
                <w:sz w:val="20"/>
              </w:rPr>
              <w:t>Ressources clés</w:t>
            </w:r>
          </w:p>
        </w:tc>
        <w:tc>
          <w:tcPr>
            <w:tcW w:w="7488" w:type="dxa"/>
          </w:tcPr>
          <w:p w14:paraId="66FDA4EA" w14:textId="77777777" w:rsidR="00FC6F9B" w:rsidRPr="00FC6F9B" w:rsidRDefault="00FC6F9B" w:rsidP="00FC6F9B">
            <w:pPr>
              <w:jc w:val="left"/>
              <w:rPr>
                <w:rFonts w:ascii="Calibri" w:hAnsi="Calibri" w:cs="Calibri"/>
                <w:sz w:val="20"/>
              </w:rPr>
            </w:pPr>
            <w:r w:rsidRPr="00FC6F9B">
              <w:rPr>
                <w:rFonts w:ascii="Calibri" w:hAnsi="Calibri" w:cs="Calibri"/>
                <w:sz w:val="20"/>
              </w:rPr>
              <w:t>Compétences, équipements, données et droits nécessaires.</w:t>
            </w:r>
          </w:p>
        </w:tc>
      </w:tr>
      <w:tr w:rsidR="00FC6F9B" w:rsidRPr="00FC6F9B" w14:paraId="3362A4D4" w14:textId="77777777" w:rsidTr="00FC6F9B">
        <w:tc>
          <w:tcPr>
            <w:tcW w:w="2880" w:type="dxa"/>
          </w:tcPr>
          <w:p w14:paraId="185C4507" w14:textId="77777777" w:rsidR="00FC6F9B" w:rsidRPr="00FC6F9B" w:rsidRDefault="00FC6F9B" w:rsidP="00FC6F9B">
            <w:pPr>
              <w:jc w:val="left"/>
              <w:rPr>
                <w:rFonts w:ascii="Calibri" w:hAnsi="Calibri" w:cs="Calibri"/>
                <w:sz w:val="20"/>
              </w:rPr>
            </w:pPr>
            <w:r w:rsidRPr="00FC6F9B">
              <w:rPr>
                <w:rFonts w:ascii="Calibri" w:hAnsi="Calibri" w:cs="Calibri"/>
                <w:sz w:val="20"/>
              </w:rPr>
              <w:t>Activités clés</w:t>
            </w:r>
          </w:p>
        </w:tc>
        <w:tc>
          <w:tcPr>
            <w:tcW w:w="7488" w:type="dxa"/>
          </w:tcPr>
          <w:p w14:paraId="26D0CD59" w14:textId="77777777" w:rsidR="00FC6F9B" w:rsidRPr="00FC6F9B" w:rsidRDefault="00FC6F9B" w:rsidP="00FC6F9B">
            <w:pPr>
              <w:jc w:val="left"/>
              <w:rPr>
                <w:rFonts w:ascii="Calibri" w:hAnsi="Calibri" w:cs="Calibri"/>
                <w:sz w:val="20"/>
              </w:rPr>
            </w:pPr>
            <w:r w:rsidRPr="00FC6F9B">
              <w:rPr>
                <w:rFonts w:ascii="Calibri" w:hAnsi="Calibri" w:cs="Calibri"/>
                <w:sz w:val="20"/>
              </w:rPr>
              <w:t>Production, vente, maintenance ou développement essentiels.</w:t>
            </w:r>
          </w:p>
        </w:tc>
      </w:tr>
      <w:tr w:rsidR="00FC6F9B" w:rsidRPr="00FC6F9B" w14:paraId="2B3EBDB3" w14:textId="77777777" w:rsidTr="00FC6F9B">
        <w:tc>
          <w:tcPr>
            <w:tcW w:w="2880" w:type="dxa"/>
          </w:tcPr>
          <w:p w14:paraId="6A5A1628" w14:textId="77777777" w:rsidR="00FC6F9B" w:rsidRPr="00FC6F9B" w:rsidRDefault="00FC6F9B" w:rsidP="00FC6F9B">
            <w:pPr>
              <w:jc w:val="left"/>
              <w:rPr>
                <w:rFonts w:ascii="Calibri" w:hAnsi="Calibri" w:cs="Calibri"/>
                <w:sz w:val="20"/>
              </w:rPr>
            </w:pPr>
            <w:r w:rsidRPr="00FC6F9B">
              <w:rPr>
                <w:rFonts w:ascii="Calibri" w:hAnsi="Calibri" w:cs="Calibri"/>
                <w:sz w:val="20"/>
              </w:rPr>
              <w:t>Partenaires clés</w:t>
            </w:r>
          </w:p>
        </w:tc>
        <w:tc>
          <w:tcPr>
            <w:tcW w:w="7488" w:type="dxa"/>
          </w:tcPr>
          <w:p w14:paraId="1D10DEC4" w14:textId="77777777" w:rsidR="00FC6F9B" w:rsidRPr="00FC6F9B" w:rsidRDefault="00FC6F9B" w:rsidP="00FC6F9B">
            <w:pPr>
              <w:jc w:val="left"/>
              <w:rPr>
                <w:rFonts w:ascii="Calibri" w:hAnsi="Calibri" w:cs="Calibri"/>
                <w:sz w:val="20"/>
              </w:rPr>
            </w:pPr>
            <w:r w:rsidRPr="00FC6F9B">
              <w:rPr>
                <w:rFonts w:ascii="Calibri" w:hAnsi="Calibri" w:cs="Calibri"/>
                <w:sz w:val="20"/>
              </w:rPr>
              <w:t>Fournisseurs, distributeurs et prestataires indispensables.</w:t>
            </w:r>
          </w:p>
        </w:tc>
      </w:tr>
      <w:tr w:rsidR="00FC6F9B" w:rsidRPr="00FC6F9B" w14:paraId="6B11C495" w14:textId="77777777" w:rsidTr="00FC6F9B">
        <w:tc>
          <w:tcPr>
            <w:tcW w:w="2880" w:type="dxa"/>
          </w:tcPr>
          <w:p w14:paraId="21005438" w14:textId="77777777" w:rsidR="00FC6F9B" w:rsidRPr="00FC6F9B" w:rsidRDefault="00FC6F9B" w:rsidP="00FC6F9B">
            <w:pPr>
              <w:jc w:val="left"/>
              <w:rPr>
                <w:rFonts w:ascii="Calibri" w:hAnsi="Calibri" w:cs="Calibri"/>
                <w:sz w:val="20"/>
              </w:rPr>
            </w:pPr>
            <w:r w:rsidRPr="00FC6F9B">
              <w:rPr>
                <w:rFonts w:ascii="Calibri" w:hAnsi="Calibri" w:cs="Calibri"/>
                <w:sz w:val="20"/>
              </w:rPr>
              <w:t>Structure de coûts</w:t>
            </w:r>
          </w:p>
        </w:tc>
        <w:tc>
          <w:tcPr>
            <w:tcW w:w="7488" w:type="dxa"/>
          </w:tcPr>
          <w:p w14:paraId="24ABBA2B" w14:textId="77777777" w:rsidR="00FC6F9B" w:rsidRPr="00FC6F9B" w:rsidRDefault="00FC6F9B" w:rsidP="00FC6F9B">
            <w:pPr>
              <w:jc w:val="left"/>
              <w:rPr>
                <w:rFonts w:ascii="Calibri" w:hAnsi="Calibri" w:cs="Calibri"/>
                <w:sz w:val="20"/>
              </w:rPr>
            </w:pPr>
            <w:r w:rsidRPr="00FC6F9B">
              <w:rPr>
                <w:rFonts w:ascii="Calibri" w:hAnsi="Calibri" w:cs="Calibri"/>
                <w:sz w:val="20"/>
              </w:rPr>
              <w:t>Principaux coûts, comportement et origine.</w:t>
            </w:r>
          </w:p>
        </w:tc>
      </w:tr>
    </w:tbl>
    <w:p w14:paraId="23AF747A" w14:textId="77777777" w:rsidR="00FC6F9B" w:rsidRDefault="00FC6F9B" w:rsidP="00FC6F9B">
      <w:pPr>
        <w:spacing w:after="0" w:line="240" w:lineRule="auto"/>
      </w:pPr>
    </w:p>
    <w:p w14:paraId="1D1438F9" w14:textId="77777777" w:rsidR="00FC6F9B" w:rsidRDefault="00FC6F9B" w:rsidP="00FC6F9B">
      <w:pPr>
        <w:pStyle w:val="Titre2"/>
        <w:spacing w:before="0" w:after="0" w:line="240" w:lineRule="auto"/>
      </w:pPr>
      <w:r>
        <w:t>5.3- Vérifier les liens entre les blocs</w:t>
      </w:r>
    </w:p>
    <w:p w14:paraId="2BDA7B54" w14:textId="77777777" w:rsidR="00FC6F9B" w:rsidRDefault="00FC6F9B" w:rsidP="00FC6F9B">
      <w:pPr>
        <w:spacing w:after="0" w:line="240" w:lineRule="auto"/>
      </w:pPr>
      <w:r>
        <w:t>Une promesse de dépannage rapide exige des équipes disponibles et peut augmenter les charges fixes. Une vente par distributeur implique une commission ou une marge laissée au réseau. Un abonnement encaissé d’avance peut améliorer la trésorerie, mais engage l’entreprise à fournir le service sur la durée.</w:t>
      </w:r>
    </w:p>
    <w:p w14:paraId="77BA1B4E" w14:textId="77777777" w:rsidR="00FC6F9B" w:rsidRDefault="00FC6F9B" w:rsidP="00FC6F9B">
      <w:pPr>
        <w:spacing w:after="0" w:line="240" w:lineRule="auto"/>
      </w:pPr>
      <w:r>
        <w:t>Un modèle sans investissement matériel important peut comporter des coûts élevés d’acquisition de clients, de développement ou de conformité. Le modèle économique doit donc être traduit en budget, en capacité et en calendrier de paiement.</w:t>
      </w:r>
    </w:p>
    <w:p w14:paraId="39B67EB7" w14:textId="77777777" w:rsidR="00FC6F9B" w:rsidRDefault="00FC6F9B" w:rsidP="00FC6F9B">
      <w:pPr>
        <w:pStyle w:val="Titre2"/>
        <w:spacing w:before="0" w:after="0" w:line="240" w:lineRule="auto"/>
      </w:pPr>
      <w:r>
        <w:t>5.4- Comparer des options</w:t>
      </w:r>
    </w:p>
    <w:p w14:paraId="2928043B" w14:textId="77777777" w:rsidR="00FC6F9B" w:rsidRDefault="00FC6F9B" w:rsidP="00FC6F9B">
      <w:pPr>
        <w:spacing w:after="0" w:line="240" w:lineRule="auto"/>
      </w:pPr>
      <w:r>
        <w:t>Comparer, par exemple, une vente ponctuelle et un abonnement en tenant compte du revenu, du coût de service, de la durée d’engagement, du risque de résiliation et des encaissements. La meilleure option dépend de la demande, des moyens et du risque accepté. Elle ne se déduit pas du seul montant annuel des recettes.</w:t>
      </w:r>
    </w:p>
    <w:p w14:paraId="7F37056D" w14:textId="77777777" w:rsidR="00FC6F9B" w:rsidRDefault="00FC6F9B" w:rsidP="00FC6F9B">
      <w:pPr>
        <w:spacing w:after="0" w:line="240" w:lineRule="auto"/>
      </w:pPr>
      <w:r>
        <w:t>Une hypothèse importante doit être testée avant de généraliser l’offre. Une phase pilote limite les ressources engagées et permet d’affiner le prix, le coût ou les conditions du contrat.</w:t>
      </w:r>
    </w:p>
    <w:p w14:paraId="7CD81710" w14:textId="77777777" w:rsidR="00FC6F9B" w:rsidRDefault="00FC6F9B" w:rsidP="00067DE2">
      <w:pPr>
        <w:pStyle w:val="Titre1"/>
      </w:pPr>
      <w:bookmarkStart w:id="5" w:name="_Toc241759576"/>
      <w:r>
        <w:t>6- Construire le plan commercial et les ventes</w:t>
      </w:r>
      <w:bookmarkEnd w:id="5"/>
    </w:p>
    <w:p w14:paraId="08F9B362" w14:textId="77777777" w:rsidR="00FC6F9B" w:rsidRDefault="00FC6F9B" w:rsidP="00FC6F9B">
      <w:pPr>
        <w:pStyle w:val="Titre2"/>
        <w:spacing w:before="0" w:after="0" w:line="240" w:lineRule="auto"/>
      </w:pPr>
      <w:r>
        <w:t>6.1- Prévoir le chiffre d’affaires par ses déterminants</w:t>
      </w:r>
    </w:p>
    <w:p w14:paraId="6E635FBC" w14:textId="77777777" w:rsidR="00FC6F9B" w:rsidRDefault="00FC6F9B" w:rsidP="00FC6F9B">
      <w:pPr>
        <w:spacing w:after="0" w:line="240" w:lineRule="auto"/>
      </w:pPr>
      <w:r>
        <w:rPr>
          <w:b/>
          <w:sz w:val="21"/>
        </w:rPr>
        <w:t>Vente de biens = quantités vendues × prix net unitaire</w:t>
      </w:r>
    </w:p>
    <w:p w14:paraId="755CA4C8" w14:textId="77777777" w:rsidR="00FC6F9B" w:rsidRDefault="00FC6F9B" w:rsidP="00FC6F9B">
      <w:pPr>
        <w:spacing w:after="0" w:line="240" w:lineRule="auto"/>
      </w:pPr>
      <w:r>
        <w:rPr>
          <w:b/>
          <w:sz w:val="21"/>
        </w:rPr>
        <w:t>Prestations = interventions ou heures facturables × prix moyen</w:t>
      </w:r>
    </w:p>
    <w:p w14:paraId="7E2A85A9" w14:textId="77777777" w:rsidR="00FC6F9B" w:rsidRDefault="00FC6F9B" w:rsidP="00FC6F9B">
      <w:pPr>
        <w:spacing w:after="0" w:line="240" w:lineRule="auto"/>
      </w:pPr>
      <w:r>
        <w:rPr>
          <w:b/>
          <w:sz w:val="21"/>
        </w:rPr>
        <w:t>Abonnements mensuels = clients actifs moyens du mois × revenu moyen mensuel</w:t>
      </w:r>
    </w:p>
    <w:p w14:paraId="4056B216" w14:textId="0773A542" w:rsidR="00FC6F9B" w:rsidRDefault="00FC6F9B" w:rsidP="00FC6F9B">
      <w:pPr>
        <w:spacing w:after="0" w:line="240" w:lineRule="auto"/>
      </w:pPr>
      <w:r>
        <w:t>Le prix net tient compte des remises et des retours prévisibles. Le chiffre d’affaires d’une plateforme peut correspondre à sa commission et non à la totalité des ventes réalisées par ses utilisateurs. Une somme encaissée d’avance ne devient pas systématiquement un produit du mois</w:t>
      </w:r>
      <w:r>
        <w:t> :</w:t>
      </w:r>
      <w:r>
        <w:t xml:space="preserve"> elle se rattache à la prestation effectivement due.</w:t>
      </w:r>
    </w:p>
    <w:p w14:paraId="58FABC0D" w14:textId="77777777" w:rsidR="00FC6F9B" w:rsidRDefault="00FC6F9B" w:rsidP="00FC6F9B">
      <w:pPr>
        <w:pStyle w:val="Titre2"/>
        <w:spacing w:before="0" w:after="0" w:line="240" w:lineRule="auto"/>
      </w:pPr>
      <w:r>
        <w:lastRenderedPageBreak/>
        <w:t>6.2- Relier les ventes à la prospection</w:t>
      </w:r>
    </w:p>
    <w:p w14:paraId="260D1232" w14:textId="77777777" w:rsidR="00FC6F9B" w:rsidRDefault="00FC6F9B" w:rsidP="00FC6F9B">
      <w:pPr>
        <w:spacing w:after="0" w:line="240" w:lineRule="auto"/>
      </w:pPr>
      <w:r>
        <w:rPr>
          <w:b/>
          <w:sz w:val="21"/>
        </w:rPr>
        <w:t>Nouveaux clients = prospects contactés × taux de qualification × taux de transformation</w:t>
      </w:r>
    </w:p>
    <w:p w14:paraId="5E7FC8FA" w14:textId="2AB333B2" w:rsidR="00FC6F9B" w:rsidRDefault="00FC6F9B" w:rsidP="00FC6F9B">
      <w:pPr>
        <w:spacing w:after="0" w:line="240" w:lineRule="auto"/>
      </w:pPr>
      <w:r>
        <w:t>Par exemple, 500 prospects, dont 40</w:t>
      </w:r>
      <w:r>
        <w:t> %</w:t>
      </w:r>
      <w:r>
        <w:t xml:space="preserve"> sont qualifiés et 25</w:t>
      </w:r>
      <w:r>
        <w:t> %</w:t>
      </w:r>
      <w:r>
        <w:t xml:space="preserve"> des qualifiés achètent, conduisent à 50 clients. Ce calcul n’est crédible que si le nombre de contacts, les taux et le délai de décision sont justifiés. Une vente conclue en fin d’année produit moins de revenus annuels qu’un contrat actif dès janvier.</w:t>
      </w:r>
    </w:p>
    <w:p w14:paraId="674DFD3A" w14:textId="77777777" w:rsidR="00FC6F9B" w:rsidRDefault="00FC6F9B" w:rsidP="00FC6F9B">
      <w:pPr>
        <w:spacing w:after="0" w:line="240" w:lineRule="auto"/>
      </w:pPr>
      <w:r>
        <w:rPr>
          <w:b/>
          <w:sz w:val="21"/>
        </w:rPr>
        <w:t>Clients de fin de mois = clients de début + nouveaux clients − clients perdus</w:t>
      </w:r>
    </w:p>
    <w:p w14:paraId="35F8952E" w14:textId="77777777" w:rsidR="00FC6F9B" w:rsidRDefault="00FC6F9B" w:rsidP="00FC6F9B">
      <w:pPr>
        <w:spacing w:after="0" w:line="240" w:lineRule="auto"/>
      </w:pPr>
      <w:r>
        <w:t>Pour un abonnement, travailler par cohortes de clients entrés à différentes dates. Le taux de résiliation doit préciser la période et le dénominateur. Un taux mensuel ne se multiplie pas simplement par douze pour obtenir une probabilité annuelle cumulée.</w:t>
      </w:r>
    </w:p>
    <w:p w14:paraId="1C7FC9E6" w14:textId="77777777" w:rsidR="00FC6F9B" w:rsidRDefault="00FC6F9B" w:rsidP="00FC6F9B">
      <w:pPr>
        <w:pStyle w:val="Titre2"/>
        <w:spacing w:before="0" w:after="0" w:line="240" w:lineRule="auto"/>
      </w:pPr>
      <w:r>
        <w:t>6.3- Définir les actions et le budget</w:t>
      </w:r>
    </w:p>
    <w:tbl>
      <w:tblPr>
        <w:tblStyle w:val="Grilledutableau"/>
        <w:tblW w:w="0" w:type="auto"/>
        <w:tblLayout w:type="fixed"/>
        <w:tblLook w:val="04A0" w:firstRow="1" w:lastRow="0" w:firstColumn="1" w:lastColumn="0" w:noHBand="0" w:noVBand="1"/>
      </w:tblPr>
      <w:tblGrid>
        <w:gridCol w:w="2232"/>
        <w:gridCol w:w="3888"/>
        <w:gridCol w:w="4248"/>
      </w:tblGrid>
      <w:tr w:rsidR="00FC6F9B" w:rsidRPr="00FC6F9B" w14:paraId="4C386A2C" w14:textId="77777777" w:rsidTr="00FC6F9B">
        <w:trPr>
          <w:tblHeader/>
        </w:trPr>
        <w:tc>
          <w:tcPr>
            <w:tcW w:w="2232" w:type="dxa"/>
          </w:tcPr>
          <w:p w14:paraId="6D713B44" w14:textId="77777777" w:rsidR="00FC6F9B" w:rsidRPr="00FC6F9B" w:rsidRDefault="00FC6F9B" w:rsidP="00FC6F9B">
            <w:pPr>
              <w:jc w:val="left"/>
              <w:rPr>
                <w:rFonts w:ascii="Calibri" w:hAnsi="Calibri" w:cs="Calibri"/>
                <w:sz w:val="20"/>
              </w:rPr>
            </w:pPr>
            <w:r w:rsidRPr="00FC6F9B">
              <w:rPr>
                <w:rFonts w:ascii="Calibri" w:hAnsi="Calibri" w:cs="Calibri"/>
                <w:b/>
                <w:sz w:val="20"/>
              </w:rPr>
              <w:t>Action</w:t>
            </w:r>
          </w:p>
        </w:tc>
        <w:tc>
          <w:tcPr>
            <w:tcW w:w="3888" w:type="dxa"/>
          </w:tcPr>
          <w:p w14:paraId="2BFBA12E" w14:textId="77777777" w:rsidR="00FC6F9B" w:rsidRPr="00FC6F9B" w:rsidRDefault="00FC6F9B" w:rsidP="00FC6F9B">
            <w:pPr>
              <w:jc w:val="left"/>
              <w:rPr>
                <w:rFonts w:ascii="Calibri" w:hAnsi="Calibri" w:cs="Calibri"/>
                <w:sz w:val="20"/>
              </w:rPr>
            </w:pPr>
            <w:r w:rsidRPr="00FC6F9B">
              <w:rPr>
                <w:rFonts w:ascii="Calibri" w:hAnsi="Calibri" w:cs="Calibri"/>
                <w:b/>
                <w:sz w:val="20"/>
              </w:rPr>
              <w:t>Hypothèse de résultat</w:t>
            </w:r>
          </w:p>
        </w:tc>
        <w:tc>
          <w:tcPr>
            <w:tcW w:w="4248" w:type="dxa"/>
          </w:tcPr>
          <w:p w14:paraId="6F6336C1" w14:textId="77777777" w:rsidR="00FC6F9B" w:rsidRPr="00FC6F9B" w:rsidRDefault="00FC6F9B" w:rsidP="00FC6F9B">
            <w:pPr>
              <w:jc w:val="left"/>
              <w:rPr>
                <w:rFonts w:ascii="Calibri" w:hAnsi="Calibri" w:cs="Calibri"/>
                <w:sz w:val="20"/>
              </w:rPr>
            </w:pPr>
            <w:r w:rsidRPr="00FC6F9B">
              <w:rPr>
                <w:rFonts w:ascii="Calibri" w:hAnsi="Calibri" w:cs="Calibri"/>
                <w:b/>
                <w:sz w:val="20"/>
              </w:rPr>
              <w:t>Coût et contrôle</w:t>
            </w:r>
          </w:p>
        </w:tc>
      </w:tr>
      <w:tr w:rsidR="00FC6F9B" w:rsidRPr="00FC6F9B" w14:paraId="0FD388F0" w14:textId="77777777" w:rsidTr="00FC6F9B">
        <w:tc>
          <w:tcPr>
            <w:tcW w:w="2232" w:type="dxa"/>
          </w:tcPr>
          <w:p w14:paraId="2B4DEEBB" w14:textId="77777777" w:rsidR="00FC6F9B" w:rsidRPr="00FC6F9B" w:rsidRDefault="00FC6F9B" w:rsidP="00FC6F9B">
            <w:pPr>
              <w:jc w:val="left"/>
              <w:rPr>
                <w:rFonts w:ascii="Calibri" w:hAnsi="Calibri" w:cs="Calibri"/>
                <w:sz w:val="20"/>
              </w:rPr>
            </w:pPr>
            <w:r w:rsidRPr="00FC6F9B">
              <w:rPr>
                <w:rFonts w:ascii="Calibri" w:hAnsi="Calibri" w:cs="Calibri"/>
                <w:sz w:val="20"/>
              </w:rPr>
              <w:t>Prospection ciblée</w:t>
            </w:r>
          </w:p>
        </w:tc>
        <w:tc>
          <w:tcPr>
            <w:tcW w:w="3888" w:type="dxa"/>
          </w:tcPr>
          <w:p w14:paraId="67CC401E" w14:textId="77777777" w:rsidR="00FC6F9B" w:rsidRPr="00FC6F9B" w:rsidRDefault="00FC6F9B" w:rsidP="00FC6F9B">
            <w:pPr>
              <w:jc w:val="left"/>
              <w:rPr>
                <w:rFonts w:ascii="Calibri" w:hAnsi="Calibri" w:cs="Calibri"/>
                <w:sz w:val="20"/>
              </w:rPr>
            </w:pPr>
            <w:r w:rsidRPr="00FC6F9B">
              <w:rPr>
                <w:rFonts w:ascii="Calibri" w:hAnsi="Calibri" w:cs="Calibri"/>
                <w:sz w:val="20"/>
              </w:rPr>
              <w:t>Contacts et rendez-vous obtenus</w:t>
            </w:r>
          </w:p>
        </w:tc>
        <w:tc>
          <w:tcPr>
            <w:tcW w:w="4248" w:type="dxa"/>
          </w:tcPr>
          <w:p w14:paraId="21C4A3FB" w14:textId="77777777" w:rsidR="00FC6F9B" w:rsidRPr="00FC6F9B" w:rsidRDefault="00FC6F9B" w:rsidP="00FC6F9B">
            <w:pPr>
              <w:jc w:val="left"/>
              <w:rPr>
                <w:rFonts w:ascii="Calibri" w:hAnsi="Calibri" w:cs="Calibri"/>
                <w:sz w:val="20"/>
              </w:rPr>
            </w:pPr>
            <w:r w:rsidRPr="00FC6F9B">
              <w:rPr>
                <w:rFonts w:ascii="Calibri" w:hAnsi="Calibri" w:cs="Calibri"/>
                <w:sz w:val="20"/>
              </w:rPr>
              <w:t>Temps, outil et conversion</w:t>
            </w:r>
          </w:p>
        </w:tc>
      </w:tr>
      <w:tr w:rsidR="00FC6F9B" w:rsidRPr="00FC6F9B" w14:paraId="39E95BF2" w14:textId="77777777" w:rsidTr="00FC6F9B">
        <w:tc>
          <w:tcPr>
            <w:tcW w:w="2232" w:type="dxa"/>
          </w:tcPr>
          <w:p w14:paraId="41390DDE" w14:textId="77777777" w:rsidR="00FC6F9B" w:rsidRPr="00FC6F9B" w:rsidRDefault="00FC6F9B" w:rsidP="00FC6F9B">
            <w:pPr>
              <w:jc w:val="left"/>
              <w:rPr>
                <w:rFonts w:ascii="Calibri" w:hAnsi="Calibri" w:cs="Calibri"/>
                <w:sz w:val="20"/>
              </w:rPr>
            </w:pPr>
            <w:r w:rsidRPr="00FC6F9B">
              <w:rPr>
                <w:rFonts w:ascii="Calibri" w:hAnsi="Calibri" w:cs="Calibri"/>
                <w:sz w:val="20"/>
              </w:rPr>
              <w:t>Campagne en ligne</w:t>
            </w:r>
          </w:p>
        </w:tc>
        <w:tc>
          <w:tcPr>
            <w:tcW w:w="3888" w:type="dxa"/>
          </w:tcPr>
          <w:p w14:paraId="44D5DDB5" w14:textId="77777777" w:rsidR="00FC6F9B" w:rsidRPr="00FC6F9B" w:rsidRDefault="00FC6F9B" w:rsidP="00FC6F9B">
            <w:pPr>
              <w:jc w:val="left"/>
              <w:rPr>
                <w:rFonts w:ascii="Calibri" w:hAnsi="Calibri" w:cs="Calibri"/>
                <w:sz w:val="20"/>
              </w:rPr>
            </w:pPr>
            <w:r w:rsidRPr="00FC6F9B">
              <w:rPr>
                <w:rFonts w:ascii="Calibri" w:hAnsi="Calibri" w:cs="Calibri"/>
                <w:sz w:val="20"/>
              </w:rPr>
              <w:t>Demandes qualifiées</w:t>
            </w:r>
          </w:p>
        </w:tc>
        <w:tc>
          <w:tcPr>
            <w:tcW w:w="4248" w:type="dxa"/>
          </w:tcPr>
          <w:p w14:paraId="5BA73D59" w14:textId="77777777" w:rsidR="00FC6F9B" w:rsidRPr="00FC6F9B" w:rsidRDefault="00FC6F9B" w:rsidP="00FC6F9B">
            <w:pPr>
              <w:jc w:val="left"/>
              <w:rPr>
                <w:rFonts w:ascii="Calibri" w:hAnsi="Calibri" w:cs="Calibri"/>
                <w:sz w:val="20"/>
              </w:rPr>
            </w:pPr>
            <w:r w:rsidRPr="00FC6F9B">
              <w:rPr>
                <w:rFonts w:ascii="Calibri" w:hAnsi="Calibri" w:cs="Calibri"/>
                <w:sz w:val="20"/>
              </w:rPr>
              <w:t>Budget, coût par demande et ventes</w:t>
            </w:r>
          </w:p>
        </w:tc>
      </w:tr>
      <w:tr w:rsidR="00FC6F9B" w:rsidRPr="00FC6F9B" w14:paraId="1B75F046" w14:textId="77777777" w:rsidTr="00FC6F9B">
        <w:tc>
          <w:tcPr>
            <w:tcW w:w="2232" w:type="dxa"/>
          </w:tcPr>
          <w:p w14:paraId="487919DF" w14:textId="77777777" w:rsidR="00FC6F9B" w:rsidRPr="00FC6F9B" w:rsidRDefault="00FC6F9B" w:rsidP="00FC6F9B">
            <w:pPr>
              <w:jc w:val="left"/>
              <w:rPr>
                <w:rFonts w:ascii="Calibri" w:hAnsi="Calibri" w:cs="Calibri"/>
                <w:sz w:val="20"/>
              </w:rPr>
            </w:pPr>
            <w:r w:rsidRPr="00FC6F9B">
              <w:rPr>
                <w:rFonts w:ascii="Calibri" w:hAnsi="Calibri" w:cs="Calibri"/>
                <w:sz w:val="20"/>
              </w:rPr>
              <w:t>Salon professionnel</w:t>
            </w:r>
          </w:p>
        </w:tc>
        <w:tc>
          <w:tcPr>
            <w:tcW w:w="3888" w:type="dxa"/>
          </w:tcPr>
          <w:p w14:paraId="68E25A60" w14:textId="77777777" w:rsidR="00FC6F9B" w:rsidRPr="00FC6F9B" w:rsidRDefault="00FC6F9B" w:rsidP="00FC6F9B">
            <w:pPr>
              <w:jc w:val="left"/>
              <w:rPr>
                <w:rFonts w:ascii="Calibri" w:hAnsi="Calibri" w:cs="Calibri"/>
                <w:sz w:val="20"/>
              </w:rPr>
            </w:pPr>
            <w:r w:rsidRPr="00FC6F9B">
              <w:rPr>
                <w:rFonts w:ascii="Calibri" w:hAnsi="Calibri" w:cs="Calibri"/>
                <w:sz w:val="20"/>
              </w:rPr>
              <w:t>Dossiers suivis après le salon</w:t>
            </w:r>
          </w:p>
        </w:tc>
        <w:tc>
          <w:tcPr>
            <w:tcW w:w="4248" w:type="dxa"/>
          </w:tcPr>
          <w:p w14:paraId="4EB1F0F6" w14:textId="77777777" w:rsidR="00FC6F9B" w:rsidRPr="00FC6F9B" w:rsidRDefault="00FC6F9B" w:rsidP="00FC6F9B">
            <w:pPr>
              <w:jc w:val="left"/>
              <w:rPr>
                <w:rFonts w:ascii="Calibri" w:hAnsi="Calibri" w:cs="Calibri"/>
                <w:sz w:val="20"/>
              </w:rPr>
            </w:pPr>
            <w:r w:rsidRPr="00FC6F9B">
              <w:rPr>
                <w:rFonts w:ascii="Calibri" w:hAnsi="Calibri" w:cs="Calibri"/>
                <w:sz w:val="20"/>
              </w:rPr>
              <w:t>Stand, déplacements et commandes</w:t>
            </w:r>
          </w:p>
        </w:tc>
      </w:tr>
      <w:tr w:rsidR="00FC6F9B" w:rsidRPr="00FC6F9B" w14:paraId="16C22F9E" w14:textId="77777777" w:rsidTr="00FC6F9B">
        <w:tc>
          <w:tcPr>
            <w:tcW w:w="2232" w:type="dxa"/>
          </w:tcPr>
          <w:p w14:paraId="168F7E48" w14:textId="77777777" w:rsidR="00FC6F9B" w:rsidRPr="00FC6F9B" w:rsidRDefault="00FC6F9B" w:rsidP="00FC6F9B">
            <w:pPr>
              <w:jc w:val="left"/>
              <w:rPr>
                <w:rFonts w:ascii="Calibri" w:hAnsi="Calibri" w:cs="Calibri"/>
                <w:sz w:val="20"/>
              </w:rPr>
            </w:pPr>
            <w:r w:rsidRPr="00FC6F9B">
              <w:rPr>
                <w:rFonts w:ascii="Calibri" w:hAnsi="Calibri" w:cs="Calibri"/>
                <w:sz w:val="20"/>
              </w:rPr>
              <w:t>Distributeur</w:t>
            </w:r>
          </w:p>
        </w:tc>
        <w:tc>
          <w:tcPr>
            <w:tcW w:w="3888" w:type="dxa"/>
          </w:tcPr>
          <w:p w14:paraId="19EC4343" w14:textId="77777777" w:rsidR="00FC6F9B" w:rsidRPr="00FC6F9B" w:rsidRDefault="00FC6F9B" w:rsidP="00FC6F9B">
            <w:pPr>
              <w:jc w:val="left"/>
              <w:rPr>
                <w:rFonts w:ascii="Calibri" w:hAnsi="Calibri" w:cs="Calibri"/>
                <w:sz w:val="20"/>
              </w:rPr>
            </w:pPr>
            <w:r w:rsidRPr="00FC6F9B">
              <w:rPr>
                <w:rFonts w:ascii="Calibri" w:hAnsi="Calibri" w:cs="Calibri"/>
                <w:sz w:val="20"/>
              </w:rPr>
              <w:t>Ventes couvertes par le réseau</w:t>
            </w:r>
          </w:p>
        </w:tc>
        <w:tc>
          <w:tcPr>
            <w:tcW w:w="4248" w:type="dxa"/>
          </w:tcPr>
          <w:p w14:paraId="17DD102C" w14:textId="77777777" w:rsidR="00FC6F9B" w:rsidRPr="00FC6F9B" w:rsidRDefault="00FC6F9B" w:rsidP="00FC6F9B">
            <w:pPr>
              <w:jc w:val="left"/>
              <w:rPr>
                <w:rFonts w:ascii="Calibri" w:hAnsi="Calibri" w:cs="Calibri"/>
                <w:sz w:val="20"/>
              </w:rPr>
            </w:pPr>
            <w:r w:rsidRPr="00FC6F9B">
              <w:rPr>
                <w:rFonts w:ascii="Calibri" w:hAnsi="Calibri" w:cs="Calibri"/>
                <w:sz w:val="20"/>
              </w:rPr>
              <w:t>Commission, formation et suivi</w:t>
            </w:r>
          </w:p>
        </w:tc>
      </w:tr>
      <w:tr w:rsidR="00FC6F9B" w:rsidRPr="00FC6F9B" w14:paraId="7E9B824A" w14:textId="77777777" w:rsidTr="00FC6F9B">
        <w:tc>
          <w:tcPr>
            <w:tcW w:w="2232" w:type="dxa"/>
          </w:tcPr>
          <w:p w14:paraId="32A98CC0" w14:textId="77777777" w:rsidR="00FC6F9B" w:rsidRPr="00FC6F9B" w:rsidRDefault="00FC6F9B" w:rsidP="00FC6F9B">
            <w:pPr>
              <w:jc w:val="left"/>
              <w:rPr>
                <w:rFonts w:ascii="Calibri" w:hAnsi="Calibri" w:cs="Calibri"/>
                <w:sz w:val="20"/>
              </w:rPr>
            </w:pPr>
            <w:r w:rsidRPr="00FC6F9B">
              <w:rPr>
                <w:rFonts w:ascii="Calibri" w:hAnsi="Calibri" w:cs="Calibri"/>
                <w:sz w:val="20"/>
              </w:rPr>
              <w:t>Fidélisation</w:t>
            </w:r>
          </w:p>
        </w:tc>
        <w:tc>
          <w:tcPr>
            <w:tcW w:w="3888" w:type="dxa"/>
          </w:tcPr>
          <w:p w14:paraId="2D897F1D" w14:textId="77777777" w:rsidR="00FC6F9B" w:rsidRPr="00FC6F9B" w:rsidRDefault="00FC6F9B" w:rsidP="00FC6F9B">
            <w:pPr>
              <w:jc w:val="left"/>
              <w:rPr>
                <w:rFonts w:ascii="Calibri" w:hAnsi="Calibri" w:cs="Calibri"/>
                <w:sz w:val="20"/>
              </w:rPr>
            </w:pPr>
            <w:r w:rsidRPr="00FC6F9B">
              <w:rPr>
                <w:rFonts w:ascii="Calibri" w:hAnsi="Calibri" w:cs="Calibri"/>
                <w:sz w:val="20"/>
              </w:rPr>
              <w:t>Renouvellement et réachat</w:t>
            </w:r>
          </w:p>
        </w:tc>
        <w:tc>
          <w:tcPr>
            <w:tcW w:w="4248" w:type="dxa"/>
          </w:tcPr>
          <w:p w14:paraId="0EDE3B74" w14:textId="77777777" w:rsidR="00FC6F9B" w:rsidRPr="00FC6F9B" w:rsidRDefault="00FC6F9B" w:rsidP="00FC6F9B">
            <w:pPr>
              <w:jc w:val="left"/>
              <w:rPr>
                <w:rFonts w:ascii="Calibri" w:hAnsi="Calibri" w:cs="Calibri"/>
                <w:sz w:val="20"/>
              </w:rPr>
            </w:pPr>
            <w:r w:rsidRPr="00FC6F9B">
              <w:rPr>
                <w:rFonts w:ascii="Calibri" w:hAnsi="Calibri" w:cs="Calibri"/>
                <w:sz w:val="20"/>
              </w:rPr>
              <w:t>Assistance, relance et rétention</w:t>
            </w:r>
          </w:p>
        </w:tc>
      </w:tr>
    </w:tbl>
    <w:p w14:paraId="2EE25715" w14:textId="77777777" w:rsidR="00FC6F9B" w:rsidRDefault="00FC6F9B" w:rsidP="00FC6F9B">
      <w:pPr>
        <w:spacing w:after="0" w:line="240" w:lineRule="auto"/>
      </w:pPr>
    </w:p>
    <w:p w14:paraId="3C338065" w14:textId="77777777" w:rsidR="00FC6F9B" w:rsidRDefault="00FC6F9B" w:rsidP="00FC6F9B">
      <w:pPr>
        <w:pStyle w:val="Titre2"/>
        <w:spacing w:before="0" w:after="0" w:line="240" w:lineRule="auto"/>
      </w:pPr>
      <w:r>
        <w:t>6.4- Fixer un prix soutenable</w:t>
      </w:r>
    </w:p>
    <w:p w14:paraId="1ED16C46" w14:textId="77777777" w:rsidR="00FC6F9B" w:rsidRDefault="00FC6F9B" w:rsidP="00FC6F9B">
      <w:pPr>
        <w:spacing w:after="0" w:line="240" w:lineRule="auto"/>
      </w:pPr>
      <w:r>
        <w:t>Le prix tient compte de la valeur perçue, des alternatives et des coûts. Un prix faible peut faciliter l’entrée sur le marché, mais il doit laisser une contribution suffisante pour couvrir les coûts fixes. Un prix supérieur demande des preuves de qualité, de service ou de bénéfice. Simuler les effets d’une remise avant de la proposer.</w:t>
      </w:r>
    </w:p>
    <w:p w14:paraId="63337B24" w14:textId="77777777" w:rsidR="00FC6F9B" w:rsidRDefault="00FC6F9B" w:rsidP="00FC6F9B">
      <w:pPr>
        <w:spacing w:after="0" w:line="240" w:lineRule="auto"/>
      </w:pPr>
      <w:r>
        <w:t>Le plan commercial précise la saisonnalité, le calendrier des recrutements et les limites de capacité. Il distingue les commandes engagées, le portefeuille probable et les ventes encore hypothétiques. Une probabilité commerciale ne transforme pas une opportunité en créance certaine.</w:t>
      </w:r>
    </w:p>
    <w:p w14:paraId="4907F962" w14:textId="77777777" w:rsidR="00FC6F9B" w:rsidRDefault="00FC6F9B" w:rsidP="00067DE2">
      <w:pPr>
        <w:pStyle w:val="Titre1"/>
      </w:pPr>
      <w:bookmarkStart w:id="6" w:name="_Toc241759577"/>
      <w:r>
        <w:t>7- Dimensionner les moyens opérationnels</w:t>
      </w:r>
      <w:bookmarkEnd w:id="6"/>
    </w:p>
    <w:p w14:paraId="51F6EE41" w14:textId="77777777" w:rsidR="00FC6F9B" w:rsidRDefault="00FC6F9B" w:rsidP="00FC6F9B">
      <w:pPr>
        <w:pStyle w:val="Titre2"/>
        <w:spacing w:before="0" w:after="0" w:line="240" w:lineRule="auto"/>
      </w:pPr>
      <w:r>
        <w:t>7.1- Construire le plan de production ou de service</w:t>
      </w:r>
    </w:p>
    <w:p w14:paraId="091F22A9" w14:textId="77777777" w:rsidR="00FC6F9B" w:rsidRDefault="00FC6F9B" w:rsidP="00FC6F9B">
      <w:pPr>
        <w:spacing w:after="0" w:line="240" w:lineRule="auto"/>
      </w:pPr>
      <w:r>
        <w:t>Décrire les étapes nécessaires pour délivrer l’offre, les délais et les contrôles de qualité. Pour une activité industrielle, relier ventes, production et stocks. Pour un service, relier contrats, temps de travail, déplacements et compétences. La capacité doit tenir compte des absences, de la maintenance, des tâches administratives et de la formation.</w:t>
      </w:r>
    </w:p>
    <w:p w14:paraId="0A816838" w14:textId="77777777" w:rsidR="00FC6F9B" w:rsidRDefault="00FC6F9B" w:rsidP="00FC6F9B">
      <w:pPr>
        <w:spacing w:after="0" w:line="240" w:lineRule="auto"/>
      </w:pPr>
      <w:r>
        <w:rPr>
          <w:b/>
          <w:sz w:val="21"/>
        </w:rPr>
        <w:t>Production prévue = ventes prévues + stock final souhaité − stock initial</w:t>
      </w:r>
    </w:p>
    <w:p w14:paraId="2187D003" w14:textId="77777777" w:rsidR="00FC6F9B" w:rsidRDefault="00FC6F9B" w:rsidP="00FC6F9B">
      <w:pPr>
        <w:spacing w:after="0" w:line="240" w:lineRule="auto"/>
      </w:pPr>
      <w:r>
        <w:rPr>
          <w:b/>
          <w:sz w:val="21"/>
        </w:rPr>
        <w:t>Capacité facturable = effectif opérationnel × heures disponibles × taux de temps facturable</w:t>
      </w:r>
    </w:p>
    <w:p w14:paraId="7243C83F" w14:textId="364404D7" w:rsidR="00FC6F9B" w:rsidRDefault="00FC6F9B" w:rsidP="00FC6F9B">
      <w:pPr>
        <w:spacing w:after="0" w:line="240" w:lineRule="auto"/>
      </w:pPr>
      <w:r>
        <w:t>Le taux de temps facturable s’appuie sur des observations ou une hypothèse justifiée. Utiliser 100</w:t>
      </w:r>
      <w:r>
        <w:t> %</w:t>
      </w:r>
      <w:r>
        <w:t xml:space="preserve"> de toutes les heures salariées conduit généralement à sous-estimer les besoins. Le goulot d’étranglement fixe la capacité globale même si d’autres ressources restent disponibles.</w:t>
      </w:r>
    </w:p>
    <w:p w14:paraId="2D660BD4" w14:textId="77777777" w:rsidR="00FC6F9B" w:rsidRDefault="00FC6F9B" w:rsidP="00FC6F9B">
      <w:pPr>
        <w:pStyle w:val="Titre2"/>
        <w:spacing w:before="0" w:after="0" w:line="240" w:lineRule="auto"/>
      </w:pPr>
      <w:r>
        <w:t>7.2- Chiffrer les moyens et leur calendrier</w:t>
      </w:r>
    </w:p>
    <w:tbl>
      <w:tblPr>
        <w:tblStyle w:val="Grilledutableau"/>
        <w:tblW w:w="0" w:type="auto"/>
        <w:tblLayout w:type="fixed"/>
        <w:tblLook w:val="04A0" w:firstRow="1" w:lastRow="0" w:firstColumn="1" w:lastColumn="0" w:noHBand="0" w:noVBand="1"/>
      </w:tblPr>
      <w:tblGrid>
        <w:gridCol w:w="2016"/>
        <w:gridCol w:w="4248"/>
        <w:gridCol w:w="4104"/>
      </w:tblGrid>
      <w:tr w:rsidR="00FC6F9B" w:rsidRPr="00FC6F9B" w14:paraId="0C8AC392" w14:textId="77777777" w:rsidTr="00FC6F9B">
        <w:trPr>
          <w:tblHeader/>
        </w:trPr>
        <w:tc>
          <w:tcPr>
            <w:tcW w:w="2016" w:type="dxa"/>
          </w:tcPr>
          <w:p w14:paraId="3EE09011" w14:textId="77777777" w:rsidR="00FC6F9B" w:rsidRPr="00FC6F9B" w:rsidRDefault="00FC6F9B" w:rsidP="00FC6F9B">
            <w:pPr>
              <w:jc w:val="left"/>
              <w:rPr>
                <w:rFonts w:ascii="Calibri" w:hAnsi="Calibri" w:cs="Calibri"/>
                <w:sz w:val="20"/>
              </w:rPr>
            </w:pPr>
            <w:r w:rsidRPr="00FC6F9B">
              <w:rPr>
                <w:rFonts w:ascii="Calibri" w:hAnsi="Calibri" w:cs="Calibri"/>
                <w:b/>
                <w:sz w:val="20"/>
              </w:rPr>
              <w:t>Moyen</w:t>
            </w:r>
          </w:p>
        </w:tc>
        <w:tc>
          <w:tcPr>
            <w:tcW w:w="4248" w:type="dxa"/>
          </w:tcPr>
          <w:p w14:paraId="4803C407" w14:textId="77777777" w:rsidR="00FC6F9B" w:rsidRPr="00FC6F9B" w:rsidRDefault="00FC6F9B" w:rsidP="00FC6F9B">
            <w:pPr>
              <w:jc w:val="left"/>
              <w:rPr>
                <w:rFonts w:ascii="Calibri" w:hAnsi="Calibri" w:cs="Calibri"/>
                <w:sz w:val="20"/>
              </w:rPr>
            </w:pPr>
            <w:r w:rsidRPr="00FC6F9B">
              <w:rPr>
                <w:rFonts w:ascii="Calibri" w:hAnsi="Calibri" w:cs="Calibri"/>
                <w:b/>
                <w:sz w:val="20"/>
              </w:rPr>
              <w:t>Calcul ou donnée à obtenir</w:t>
            </w:r>
          </w:p>
        </w:tc>
        <w:tc>
          <w:tcPr>
            <w:tcW w:w="4104" w:type="dxa"/>
          </w:tcPr>
          <w:p w14:paraId="538410F1" w14:textId="77777777" w:rsidR="00FC6F9B" w:rsidRPr="00FC6F9B" w:rsidRDefault="00FC6F9B" w:rsidP="00FC6F9B">
            <w:pPr>
              <w:jc w:val="left"/>
              <w:rPr>
                <w:rFonts w:ascii="Calibri" w:hAnsi="Calibri" w:cs="Calibri"/>
                <w:sz w:val="20"/>
              </w:rPr>
            </w:pPr>
            <w:r w:rsidRPr="00FC6F9B">
              <w:rPr>
                <w:rFonts w:ascii="Calibri" w:hAnsi="Calibri" w:cs="Calibri"/>
                <w:b/>
                <w:sz w:val="20"/>
              </w:rPr>
              <w:t>Effet à intégrer</w:t>
            </w:r>
          </w:p>
        </w:tc>
      </w:tr>
      <w:tr w:rsidR="00FC6F9B" w:rsidRPr="00FC6F9B" w14:paraId="604F6B85" w14:textId="77777777" w:rsidTr="00FC6F9B">
        <w:tc>
          <w:tcPr>
            <w:tcW w:w="2016" w:type="dxa"/>
          </w:tcPr>
          <w:p w14:paraId="427D7F99" w14:textId="77777777" w:rsidR="00FC6F9B" w:rsidRPr="00FC6F9B" w:rsidRDefault="00FC6F9B" w:rsidP="00FC6F9B">
            <w:pPr>
              <w:jc w:val="left"/>
              <w:rPr>
                <w:rFonts w:ascii="Calibri" w:hAnsi="Calibri" w:cs="Calibri"/>
                <w:sz w:val="20"/>
              </w:rPr>
            </w:pPr>
            <w:r w:rsidRPr="00FC6F9B">
              <w:rPr>
                <w:rFonts w:ascii="Calibri" w:hAnsi="Calibri" w:cs="Calibri"/>
                <w:sz w:val="20"/>
              </w:rPr>
              <w:t>Personnel</w:t>
            </w:r>
          </w:p>
        </w:tc>
        <w:tc>
          <w:tcPr>
            <w:tcW w:w="4248" w:type="dxa"/>
          </w:tcPr>
          <w:p w14:paraId="6394D5F7" w14:textId="77777777" w:rsidR="00FC6F9B" w:rsidRPr="00FC6F9B" w:rsidRDefault="00FC6F9B" w:rsidP="00FC6F9B">
            <w:pPr>
              <w:jc w:val="left"/>
              <w:rPr>
                <w:rFonts w:ascii="Calibri" w:hAnsi="Calibri" w:cs="Calibri"/>
                <w:sz w:val="20"/>
              </w:rPr>
            </w:pPr>
            <w:r w:rsidRPr="00FC6F9B">
              <w:rPr>
                <w:rFonts w:ascii="Calibri" w:hAnsi="Calibri" w:cs="Calibri"/>
                <w:sz w:val="20"/>
              </w:rPr>
              <w:t>Effectifs, salaires, cotisations, recrutement</w:t>
            </w:r>
          </w:p>
        </w:tc>
        <w:tc>
          <w:tcPr>
            <w:tcW w:w="4104" w:type="dxa"/>
          </w:tcPr>
          <w:p w14:paraId="5FE14636" w14:textId="77777777" w:rsidR="00FC6F9B" w:rsidRPr="00FC6F9B" w:rsidRDefault="00FC6F9B" w:rsidP="00FC6F9B">
            <w:pPr>
              <w:jc w:val="left"/>
              <w:rPr>
                <w:rFonts w:ascii="Calibri" w:hAnsi="Calibri" w:cs="Calibri"/>
                <w:sz w:val="20"/>
              </w:rPr>
            </w:pPr>
            <w:r w:rsidRPr="00FC6F9B">
              <w:rPr>
                <w:rFonts w:ascii="Calibri" w:hAnsi="Calibri" w:cs="Calibri"/>
                <w:sz w:val="20"/>
              </w:rPr>
              <w:t>Charges et paiements, date d’arrivée</w:t>
            </w:r>
          </w:p>
        </w:tc>
      </w:tr>
      <w:tr w:rsidR="00FC6F9B" w:rsidRPr="00FC6F9B" w14:paraId="7CD0C29F" w14:textId="77777777" w:rsidTr="00FC6F9B">
        <w:tc>
          <w:tcPr>
            <w:tcW w:w="2016" w:type="dxa"/>
          </w:tcPr>
          <w:p w14:paraId="61DCA85A" w14:textId="77777777" w:rsidR="00FC6F9B" w:rsidRPr="00FC6F9B" w:rsidRDefault="00FC6F9B" w:rsidP="00FC6F9B">
            <w:pPr>
              <w:jc w:val="left"/>
              <w:rPr>
                <w:rFonts w:ascii="Calibri" w:hAnsi="Calibri" w:cs="Calibri"/>
                <w:sz w:val="20"/>
              </w:rPr>
            </w:pPr>
            <w:r w:rsidRPr="00FC6F9B">
              <w:rPr>
                <w:rFonts w:ascii="Calibri" w:hAnsi="Calibri" w:cs="Calibri"/>
                <w:sz w:val="20"/>
              </w:rPr>
              <w:t>Locaux</w:t>
            </w:r>
          </w:p>
        </w:tc>
        <w:tc>
          <w:tcPr>
            <w:tcW w:w="4248" w:type="dxa"/>
          </w:tcPr>
          <w:p w14:paraId="69337922" w14:textId="77777777" w:rsidR="00FC6F9B" w:rsidRPr="00FC6F9B" w:rsidRDefault="00FC6F9B" w:rsidP="00FC6F9B">
            <w:pPr>
              <w:jc w:val="left"/>
              <w:rPr>
                <w:rFonts w:ascii="Calibri" w:hAnsi="Calibri" w:cs="Calibri"/>
                <w:sz w:val="20"/>
              </w:rPr>
            </w:pPr>
            <w:r w:rsidRPr="00FC6F9B">
              <w:rPr>
                <w:rFonts w:ascii="Calibri" w:hAnsi="Calibri" w:cs="Calibri"/>
                <w:sz w:val="20"/>
              </w:rPr>
              <w:t>Bail, dépôt, travaux, énergie</w:t>
            </w:r>
          </w:p>
        </w:tc>
        <w:tc>
          <w:tcPr>
            <w:tcW w:w="4104" w:type="dxa"/>
          </w:tcPr>
          <w:p w14:paraId="76BAF187" w14:textId="77777777" w:rsidR="00FC6F9B" w:rsidRPr="00FC6F9B" w:rsidRDefault="00FC6F9B" w:rsidP="00FC6F9B">
            <w:pPr>
              <w:jc w:val="left"/>
              <w:rPr>
                <w:rFonts w:ascii="Calibri" w:hAnsi="Calibri" w:cs="Calibri"/>
                <w:sz w:val="20"/>
              </w:rPr>
            </w:pPr>
            <w:r w:rsidRPr="00FC6F9B">
              <w:rPr>
                <w:rFonts w:ascii="Calibri" w:hAnsi="Calibri" w:cs="Calibri"/>
                <w:sz w:val="20"/>
              </w:rPr>
              <w:t>Charges, immobilisations et trésorerie</w:t>
            </w:r>
          </w:p>
        </w:tc>
      </w:tr>
      <w:tr w:rsidR="00FC6F9B" w:rsidRPr="00FC6F9B" w14:paraId="13E35439" w14:textId="77777777" w:rsidTr="00FC6F9B">
        <w:tc>
          <w:tcPr>
            <w:tcW w:w="2016" w:type="dxa"/>
          </w:tcPr>
          <w:p w14:paraId="6FC75441" w14:textId="77777777" w:rsidR="00FC6F9B" w:rsidRPr="00FC6F9B" w:rsidRDefault="00FC6F9B" w:rsidP="00FC6F9B">
            <w:pPr>
              <w:jc w:val="left"/>
              <w:rPr>
                <w:rFonts w:ascii="Calibri" w:hAnsi="Calibri" w:cs="Calibri"/>
                <w:sz w:val="20"/>
              </w:rPr>
            </w:pPr>
            <w:r w:rsidRPr="00FC6F9B">
              <w:rPr>
                <w:rFonts w:ascii="Calibri" w:hAnsi="Calibri" w:cs="Calibri"/>
                <w:sz w:val="20"/>
              </w:rPr>
              <w:t>Équipements</w:t>
            </w:r>
          </w:p>
        </w:tc>
        <w:tc>
          <w:tcPr>
            <w:tcW w:w="4248" w:type="dxa"/>
          </w:tcPr>
          <w:p w14:paraId="4CF8439D" w14:textId="77777777" w:rsidR="00FC6F9B" w:rsidRPr="00FC6F9B" w:rsidRDefault="00FC6F9B" w:rsidP="00FC6F9B">
            <w:pPr>
              <w:jc w:val="left"/>
              <w:rPr>
                <w:rFonts w:ascii="Calibri" w:hAnsi="Calibri" w:cs="Calibri"/>
                <w:sz w:val="20"/>
              </w:rPr>
            </w:pPr>
            <w:r w:rsidRPr="00FC6F9B">
              <w:rPr>
                <w:rFonts w:ascii="Calibri" w:hAnsi="Calibri" w:cs="Calibri"/>
                <w:sz w:val="20"/>
              </w:rPr>
              <w:t>Devis, livraison, installation, entretien</w:t>
            </w:r>
          </w:p>
        </w:tc>
        <w:tc>
          <w:tcPr>
            <w:tcW w:w="4104" w:type="dxa"/>
          </w:tcPr>
          <w:p w14:paraId="6B46BD91" w14:textId="77777777" w:rsidR="00FC6F9B" w:rsidRPr="00FC6F9B" w:rsidRDefault="00FC6F9B" w:rsidP="00FC6F9B">
            <w:pPr>
              <w:jc w:val="left"/>
              <w:rPr>
                <w:rFonts w:ascii="Calibri" w:hAnsi="Calibri" w:cs="Calibri"/>
                <w:sz w:val="20"/>
              </w:rPr>
            </w:pPr>
            <w:r w:rsidRPr="00FC6F9B">
              <w:rPr>
                <w:rFonts w:ascii="Calibri" w:hAnsi="Calibri" w:cs="Calibri"/>
                <w:sz w:val="20"/>
              </w:rPr>
              <w:t>Investissement, capacité et amortissement</w:t>
            </w:r>
          </w:p>
        </w:tc>
      </w:tr>
      <w:tr w:rsidR="00FC6F9B" w:rsidRPr="00FC6F9B" w14:paraId="7C112CAC" w14:textId="77777777" w:rsidTr="00FC6F9B">
        <w:tc>
          <w:tcPr>
            <w:tcW w:w="2016" w:type="dxa"/>
          </w:tcPr>
          <w:p w14:paraId="1322BB98" w14:textId="77777777" w:rsidR="00FC6F9B" w:rsidRPr="00FC6F9B" w:rsidRDefault="00FC6F9B" w:rsidP="00FC6F9B">
            <w:pPr>
              <w:jc w:val="left"/>
              <w:rPr>
                <w:rFonts w:ascii="Calibri" w:hAnsi="Calibri" w:cs="Calibri"/>
                <w:sz w:val="20"/>
              </w:rPr>
            </w:pPr>
            <w:r w:rsidRPr="00FC6F9B">
              <w:rPr>
                <w:rFonts w:ascii="Calibri" w:hAnsi="Calibri" w:cs="Calibri"/>
                <w:sz w:val="20"/>
              </w:rPr>
              <w:t>Achats</w:t>
            </w:r>
          </w:p>
        </w:tc>
        <w:tc>
          <w:tcPr>
            <w:tcW w:w="4248" w:type="dxa"/>
          </w:tcPr>
          <w:p w14:paraId="36836221" w14:textId="77777777" w:rsidR="00FC6F9B" w:rsidRPr="00FC6F9B" w:rsidRDefault="00FC6F9B" w:rsidP="00FC6F9B">
            <w:pPr>
              <w:jc w:val="left"/>
              <w:rPr>
                <w:rFonts w:ascii="Calibri" w:hAnsi="Calibri" w:cs="Calibri"/>
                <w:sz w:val="20"/>
              </w:rPr>
            </w:pPr>
            <w:r w:rsidRPr="00FC6F9B">
              <w:rPr>
                <w:rFonts w:ascii="Calibri" w:hAnsi="Calibri" w:cs="Calibri"/>
                <w:sz w:val="20"/>
              </w:rPr>
              <w:t>Quantités, prix, minimums et délais</w:t>
            </w:r>
          </w:p>
        </w:tc>
        <w:tc>
          <w:tcPr>
            <w:tcW w:w="4104" w:type="dxa"/>
          </w:tcPr>
          <w:p w14:paraId="69585065" w14:textId="77777777" w:rsidR="00FC6F9B" w:rsidRPr="00FC6F9B" w:rsidRDefault="00FC6F9B" w:rsidP="00FC6F9B">
            <w:pPr>
              <w:jc w:val="left"/>
              <w:rPr>
                <w:rFonts w:ascii="Calibri" w:hAnsi="Calibri" w:cs="Calibri"/>
                <w:sz w:val="20"/>
              </w:rPr>
            </w:pPr>
            <w:r w:rsidRPr="00FC6F9B">
              <w:rPr>
                <w:rFonts w:ascii="Calibri" w:hAnsi="Calibri" w:cs="Calibri"/>
                <w:sz w:val="20"/>
              </w:rPr>
              <w:t>Coûts, stocks et dettes fournisseurs</w:t>
            </w:r>
          </w:p>
        </w:tc>
      </w:tr>
      <w:tr w:rsidR="00FC6F9B" w:rsidRPr="00FC6F9B" w14:paraId="651994EB" w14:textId="77777777" w:rsidTr="00FC6F9B">
        <w:tc>
          <w:tcPr>
            <w:tcW w:w="2016" w:type="dxa"/>
          </w:tcPr>
          <w:p w14:paraId="39EBB799" w14:textId="77777777" w:rsidR="00FC6F9B" w:rsidRPr="00FC6F9B" w:rsidRDefault="00FC6F9B" w:rsidP="00FC6F9B">
            <w:pPr>
              <w:jc w:val="left"/>
              <w:rPr>
                <w:rFonts w:ascii="Calibri" w:hAnsi="Calibri" w:cs="Calibri"/>
                <w:sz w:val="20"/>
              </w:rPr>
            </w:pPr>
            <w:r w:rsidRPr="00FC6F9B">
              <w:rPr>
                <w:rFonts w:ascii="Calibri" w:hAnsi="Calibri" w:cs="Calibri"/>
                <w:sz w:val="20"/>
              </w:rPr>
              <w:t>Prestataires</w:t>
            </w:r>
          </w:p>
        </w:tc>
        <w:tc>
          <w:tcPr>
            <w:tcW w:w="4248" w:type="dxa"/>
          </w:tcPr>
          <w:p w14:paraId="22EF3ED4" w14:textId="77777777" w:rsidR="00FC6F9B" w:rsidRPr="00FC6F9B" w:rsidRDefault="00FC6F9B" w:rsidP="00FC6F9B">
            <w:pPr>
              <w:jc w:val="left"/>
              <w:rPr>
                <w:rFonts w:ascii="Calibri" w:hAnsi="Calibri" w:cs="Calibri"/>
                <w:sz w:val="20"/>
              </w:rPr>
            </w:pPr>
            <w:r w:rsidRPr="00FC6F9B">
              <w:rPr>
                <w:rFonts w:ascii="Calibri" w:hAnsi="Calibri" w:cs="Calibri"/>
                <w:sz w:val="20"/>
              </w:rPr>
              <w:t>Contrat, volume, tarif et qualité</w:t>
            </w:r>
          </w:p>
        </w:tc>
        <w:tc>
          <w:tcPr>
            <w:tcW w:w="4104" w:type="dxa"/>
          </w:tcPr>
          <w:p w14:paraId="4F4A011D" w14:textId="77777777" w:rsidR="00FC6F9B" w:rsidRPr="00FC6F9B" w:rsidRDefault="00FC6F9B" w:rsidP="00FC6F9B">
            <w:pPr>
              <w:jc w:val="left"/>
              <w:rPr>
                <w:rFonts w:ascii="Calibri" w:hAnsi="Calibri" w:cs="Calibri"/>
                <w:sz w:val="20"/>
              </w:rPr>
            </w:pPr>
            <w:r w:rsidRPr="00FC6F9B">
              <w:rPr>
                <w:rFonts w:ascii="Calibri" w:hAnsi="Calibri" w:cs="Calibri"/>
                <w:sz w:val="20"/>
              </w:rPr>
              <w:t>Coûts variables ou fixes et dépendance</w:t>
            </w:r>
          </w:p>
        </w:tc>
      </w:tr>
      <w:tr w:rsidR="00FC6F9B" w:rsidRPr="00FC6F9B" w14:paraId="79603D60" w14:textId="77777777" w:rsidTr="00FC6F9B">
        <w:tc>
          <w:tcPr>
            <w:tcW w:w="2016" w:type="dxa"/>
          </w:tcPr>
          <w:p w14:paraId="2172DDFB" w14:textId="77777777" w:rsidR="00FC6F9B" w:rsidRPr="00FC6F9B" w:rsidRDefault="00FC6F9B" w:rsidP="00FC6F9B">
            <w:pPr>
              <w:jc w:val="left"/>
              <w:rPr>
                <w:rFonts w:ascii="Calibri" w:hAnsi="Calibri" w:cs="Calibri"/>
                <w:sz w:val="20"/>
              </w:rPr>
            </w:pPr>
            <w:r w:rsidRPr="00FC6F9B">
              <w:rPr>
                <w:rFonts w:ascii="Calibri" w:hAnsi="Calibri" w:cs="Calibri"/>
                <w:sz w:val="20"/>
              </w:rPr>
              <w:t>Numérique</w:t>
            </w:r>
          </w:p>
        </w:tc>
        <w:tc>
          <w:tcPr>
            <w:tcW w:w="4248" w:type="dxa"/>
          </w:tcPr>
          <w:p w14:paraId="4EBA9B28" w14:textId="77777777" w:rsidR="00FC6F9B" w:rsidRPr="00FC6F9B" w:rsidRDefault="00FC6F9B" w:rsidP="00FC6F9B">
            <w:pPr>
              <w:jc w:val="left"/>
              <w:rPr>
                <w:rFonts w:ascii="Calibri" w:hAnsi="Calibri" w:cs="Calibri"/>
                <w:sz w:val="20"/>
              </w:rPr>
            </w:pPr>
            <w:r w:rsidRPr="00FC6F9B">
              <w:rPr>
                <w:rFonts w:ascii="Calibri" w:hAnsi="Calibri" w:cs="Calibri"/>
                <w:sz w:val="20"/>
              </w:rPr>
              <w:t>Licences, intégration, formation, sécurité</w:t>
            </w:r>
          </w:p>
        </w:tc>
        <w:tc>
          <w:tcPr>
            <w:tcW w:w="4104" w:type="dxa"/>
          </w:tcPr>
          <w:p w14:paraId="67DF377A" w14:textId="77777777" w:rsidR="00FC6F9B" w:rsidRPr="00FC6F9B" w:rsidRDefault="00FC6F9B" w:rsidP="00FC6F9B">
            <w:pPr>
              <w:jc w:val="left"/>
              <w:rPr>
                <w:rFonts w:ascii="Calibri" w:hAnsi="Calibri" w:cs="Calibri"/>
                <w:sz w:val="20"/>
              </w:rPr>
            </w:pPr>
            <w:r w:rsidRPr="00FC6F9B">
              <w:rPr>
                <w:rFonts w:ascii="Calibri" w:hAnsi="Calibri" w:cs="Calibri"/>
                <w:sz w:val="20"/>
              </w:rPr>
              <w:t>Coût total, disponibilité et renouvellement</w:t>
            </w:r>
          </w:p>
        </w:tc>
      </w:tr>
    </w:tbl>
    <w:p w14:paraId="7C1F87F4" w14:textId="77777777" w:rsidR="00FC6F9B" w:rsidRDefault="00FC6F9B" w:rsidP="00FC6F9B">
      <w:pPr>
        <w:spacing w:after="0" w:line="240" w:lineRule="auto"/>
      </w:pPr>
    </w:p>
    <w:p w14:paraId="60AF940C" w14:textId="77777777" w:rsidR="00FC6F9B" w:rsidRDefault="00FC6F9B" w:rsidP="00FC6F9B">
      <w:pPr>
        <w:pStyle w:val="Titre2"/>
        <w:spacing w:before="0" w:after="0" w:line="240" w:lineRule="auto"/>
      </w:pPr>
      <w:r>
        <w:t>7.3- Arbitrer entre produire et sous-traiter</w:t>
      </w:r>
    </w:p>
    <w:p w14:paraId="4ACF8CAA" w14:textId="2115CA6E" w:rsidR="00FC6F9B" w:rsidRDefault="00FC6F9B" w:rsidP="00FC6F9B">
      <w:pPr>
        <w:spacing w:after="0" w:line="240" w:lineRule="auto"/>
      </w:pPr>
      <w:r>
        <w:t>Comparer les coûts pertinents</w:t>
      </w:r>
      <w:r>
        <w:t> :</w:t>
      </w:r>
      <w:r>
        <w:t xml:space="preserve"> dépenses additionnelles, coûts évitables et coût d’opportunité de la capacité. Une charge fixe inchangée ne disparaît pas avec la sous-traitance. Examiner aussi le délai, la qualité, la confidentialité et la dépendance au fournisseur.</w:t>
      </w:r>
    </w:p>
    <w:p w14:paraId="17543CB6" w14:textId="77777777" w:rsidR="00FC6F9B" w:rsidRDefault="00FC6F9B" w:rsidP="00FC6F9B">
      <w:pPr>
        <w:pStyle w:val="Titre2"/>
        <w:spacing w:before="0" w:after="0" w:line="240" w:lineRule="auto"/>
      </w:pPr>
      <w:r>
        <w:t>7.4- Intégrer les ressources humaines et la durabilité</w:t>
      </w:r>
    </w:p>
    <w:p w14:paraId="15A9DBA0" w14:textId="77777777" w:rsidR="00FC6F9B" w:rsidRDefault="00FC6F9B" w:rsidP="00FC6F9B">
      <w:pPr>
        <w:spacing w:after="0" w:line="240" w:lineRule="auto"/>
      </w:pPr>
      <w:r>
        <w:t>Le plan précise les responsables, les compétences rares, les formations et les solutions de remplacement. Les coûts de personnel comprennent les rémunérations des dirigeants et les charges associées, selon leur statut. Le calendrier d’embauche suit la capacité requise, en tenant compte du temps de recrutement.</w:t>
      </w:r>
    </w:p>
    <w:p w14:paraId="305B43DF" w14:textId="77777777" w:rsidR="00FC6F9B" w:rsidRDefault="00FC6F9B" w:rsidP="00FC6F9B">
      <w:pPr>
        <w:spacing w:after="0" w:line="240" w:lineRule="auto"/>
      </w:pPr>
      <w:r>
        <w:lastRenderedPageBreak/>
        <w:t>Les dépenses d’énergie, la gestion des déchets, la durée de vie des équipements et la dépendance à certaines ressources influencent les coûts et les risques. Les engagements environnementaux annoncés doivent reposer sur une méthode et des résultats contrôlables. Le plan chiffre les investissements nécessaires et leurs effets attendus.</w:t>
      </w:r>
    </w:p>
    <w:p w14:paraId="38478513" w14:textId="77777777" w:rsidR="00FC6F9B" w:rsidRDefault="00FC6F9B" w:rsidP="00067DE2">
      <w:pPr>
        <w:pStyle w:val="Titre1"/>
      </w:pPr>
      <w:bookmarkStart w:id="7" w:name="_Toc241759578"/>
      <w:r>
        <w:t>8- Budgéter le développement et les outils numériques</w:t>
      </w:r>
      <w:bookmarkEnd w:id="7"/>
    </w:p>
    <w:p w14:paraId="2AC8F32F" w14:textId="77777777" w:rsidR="00FC6F9B" w:rsidRDefault="00FC6F9B" w:rsidP="00FC6F9B">
      <w:pPr>
        <w:pStyle w:val="Titre2"/>
        <w:spacing w:before="0" w:after="0" w:line="240" w:lineRule="auto"/>
      </w:pPr>
      <w:r>
        <w:t>8.1- Chiffrer les travaux avant commercialisation</w:t>
      </w:r>
    </w:p>
    <w:p w14:paraId="7A261E46" w14:textId="77777777" w:rsidR="00FC6F9B" w:rsidRDefault="00FC6F9B" w:rsidP="00FC6F9B">
      <w:pPr>
        <w:spacing w:after="0" w:line="240" w:lineRule="auto"/>
      </w:pPr>
      <w:r>
        <w:t>Lorsqu’une offre exige un développement, présenter les tâches restant à réaliser, les compétences, les coûts et les critères de validation. Distinguer un prototype fonctionnel, un produit testable et une solution déployable. Les essais, certifications, intégrations et formations peuvent retarder les premières ventes.</w:t>
      </w:r>
    </w:p>
    <w:tbl>
      <w:tblPr>
        <w:tblStyle w:val="Grilledutableau"/>
        <w:tblW w:w="0" w:type="auto"/>
        <w:tblLayout w:type="fixed"/>
        <w:tblLook w:val="04A0" w:firstRow="1" w:lastRow="0" w:firstColumn="1" w:lastColumn="0" w:noHBand="0" w:noVBand="1"/>
      </w:tblPr>
      <w:tblGrid>
        <w:gridCol w:w="2016"/>
        <w:gridCol w:w="4320"/>
        <w:gridCol w:w="4032"/>
      </w:tblGrid>
      <w:tr w:rsidR="00FC6F9B" w:rsidRPr="00FC6F9B" w14:paraId="61103194" w14:textId="77777777" w:rsidTr="00FC6F9B">
        <w:trPr>
          <w:tblHeader/>
        </w:trPr>
        <w:tc>
          <w:tcPr>
            <w:tcW w:w="2016" w:type="dxa"/>
          </w:tcPr>
          <w:p w14:paraId="23645938" w14:textId="77777777" w:rsidR="00FC6F9B" w:rsidRPr="00FC6F9B" w:rsidRDefault="00FC6F9B" w:rsidP="00FC6F9B">
            <w:pPr>
              <w:jc w:val="left"/>
              <w:rPr>
                <w:rFonts w:ascii="Calibri" w:hAnsi="Calibri" w:cs="Calibri"/>
                <w:sz w:val="20"/>
              </w:rPr>
            </w:pPr>
            <w:r w:rsidRPr="00FC6F9B">
              <w:rPr>
                <w:rFonts w:ascii="Calibri" w:hAnsi="Calibri" w:cs="Calibri"/>
                <w:b/>
                <w:sz w:val="20"/>
              </w:rPr>
              <w:t>Jalon</w:t>
            </w:r>
          </w:p>
        </w:tc>
        <w:tc>
          <w:tcPr>
            <w:tcW w:w="4320" w:type="dxa"/>
          </w:tcPr>
          <w:p w14:paraId="5BBF8180" w14:textId="77777777" w:rsidR="00FC6F9B" w:rsidRPr="00FC6F9B" w:rsidRDefault="00FC6F9B" w:rsidP="00FC6F9B">
            <w:pPr>
              <w:jc w:val="left"/>
              <w:rPr>
                <w:rFonts w:ascii="Calibri" w:hAnsi="Calibri" w:cs="Calibri"/>
                <w:sz w:val="20"/>
              </w:rPr>
            </w:pPr>
            <w:r w:rsidRPr="00FC6F9B">
              <w:rPr>
                <w:rFonts w:ascii="Calibri" w:hAnsi="Calibri" w:cs="Calibri"/>
                <w:b/>
                <w:sz w:val="20"/>
              </w:rPr>
              <w:t>Preuve de réalisation</w:t>
            </w:r>
          </w:p>
        </w:tc>
        <w:tc>
          <w:tcPr>
            <w:tcW w:w="4032" w:type="dxa"/>
          </w:tcPr>
          <w:p w14:paraId="5CD7E244" w14:textId="77777777" w:rsidR="00FC6F9B" w:rsidRPr="00FC6F9B" w:rsidRDefault="00FC6F9B" w:rsidP="00FC6F9B">
            <w:pPr>
              <w:jc w:val="left"/>
              <w:rPr>
                <w:rFonts w:ascii="Calibri" w:hAnsi="Calibri" w:cs="Calibri"/>
                <w:sz w:val="20"/>
              </w:rPr>
            </w:pPr>
            <w:r w:rsidRPr="00FC6F9B">
              <w:rPr>
                <w:rFonts w:ascii="Calibri" w:hAnsi="Calibri" w:cs="Calibri"/>
                <w:b/>
                <w:sz w:val="20"/>
              </w:rPr>
              <w:t>Décision associée</w:t>
            </w:r>
          </w:p>
        </w:tc>
      </w:tr>
      <w:tr w:rsidR="00FC6F9B" w:rsidRPr="00FC6F9B" w14:paraId="3D687362" w14:textId="77777777" w:rsidTr="00FC6F9B">
        <w:tc>
          <w:tcPr>
            <w:tcW w:w="2016" w:type="dxa"/>
          </w:tcPr>
          <w:p w14:paraId="454AE3AA" w14:textId="77777777" w:rsidR="00FC6F9B" w:rsidRPr="00FC6F9B" w:rsidRDefault="00FC6F9B" w:rsidP="00FC6F9B">
            <w:pPr>
              <w:jc w:val="left"/>
              <w:rPr>
                <w:rFonts w:ascii="Calibri" w:hAnsi="Calibri" w:cs="Calibri"/>
                <w:sz w:val="20"/>
              </w:rPr>
            </w:pPr>
            <w:r w:rsidRPr="00FC6F9B">
              <w:rPr>
                <w:rFonts w:ascii="Calibri" w:hAnsi="Calibri" w:cs="Calibri"/>
                <w:sz w:val="20"/>
              </w:rPr>
              <w:t>Faisabilité</w:t>
            </w:r>
          </w:p>
        </w:tc>
        <w:tc>
          <w:tcPr>
            <w:tcW w:w="4320" w:type="dxa"/>
          </w:tcPr>
          <w:p w14:paraId="650CD5FC" w14:textId="77777777" w:rsidR="00FC6F9B" w:rsidRPr="00FC6F9B" w:rsidRDefault="00FC6F9B" w:rsidP="00FC6F9B">
            <w:pPr>
              <w:jc w:val="left"/>
              <w:rPr>
                <w:rFonts w:ascii="Calibri" w:hAnsi="Calibri" w:cs="Calibri"/>
                <w:sz w:val="20"/>
              </w:rPr>
            </w:pPr>
            <w:r w:rsidRPr="00FC6F9B">
              <w:rPr>
                <w:rFonts w:ascii="Calibri" w:hAnsi="Calibri" w:cs="Calibri"/>
                <w:sz w:val="20"/>
              </w:rPr>
              <w:t>Résultat d’essai documenté</w:t>
            </w:r>
          </w:p>
        </w:tc>
        <w:tc>
          <w:tcPr>
            <w:tcW w:w="4032" w:type="dxa"/>
          </w:tcPr>
          <w:p w14:paraId="387A0D99" w14:textId="77777777" w:rsidR="00FC6F9B" w:rsidRPr="00FC6F9B" w:rsidRDefault="00FC6F9B" w:rsidP="00FC6F9B">
            <w:pPr>
              <w:jc w:val="left"/>
              <w:rPr>
                <w:rFonts w:ascii="Calibri" w:hAnsi="Calibri" w:cs="Calibri"/>
                <w:sz w:val="20"/>
              </w:rPr>
            </w:pPr>
            <w:r w:rsidRPr="00FC6F9B">
              <w:rPr>
                <w:rFonts w:ascii="Calibri" w:hAnsi="Calibri" w:cs="Calibri"/>
                <w:sz w:val="20"/>
              </w:rPr>
              <w:t>Poursuivre ou modifier le concept</w:t>
            </w:r>
          </w:p>
        </w:tc>
      </w:tr>
      <w:tr w:rsidR="00FC6F9B" w:rsidRPr="00FC6F9B" w14:paraId="30811889" w14:textId="77777777" w:rsidTr="00FC6F9B">
        <w:tc>
          <w:tcPr>
            <w:tcW w:w="2016" w:type="dxa"/>
          </w:tcPr>
          <w:p w14:paraId="6B1F5768" w14:textId="77777777" w:rsidR="00FC6F9B" w:rsidRPr="00FC6F9B" w:rsidRDefault="00FC6F9B" w:rsidP="00FC6F9B">
            <w:pPr>
              <w:jc w:val="left"/>
              <w:rPr>
                <w:rFonts w:ascii="Calibri" w:hAnsi="Calibri" w:cs="Calibri"/>
                <w:sz w:val="20"/>
              </w:rPr>
            </w:pPr>
            <w:r w:rsidRPr="00FC6F9B">
              <w:rPr>
                <w:rFonts w:ascii="Calibri" w:hAnsi="Calibri" w:cs="Calibri"/>
                <w:sz w:val="20"/>
              </w:rPr>
              <w:t>Prototype</w:t>
            </w:r>
          </w:p>
        </w:tc>
        <w:tc>
          <w:tcPr>
            <w:tcW w:w="4320" w:type="dxa"/>
          </w:tcPr>
          <w:p w14:paraId="2C6924B2" w14:textId="77777777" w:rsidR="00FC6F9B" w:rsidRPr="00FC6F9B" w:rsidRDefault="00FC6F9B" w:rsidP="00FC6F9B">
            <w:pPr>
              <w:jc w:val="left"/>
              <w:rPr>
                <w:rFonts w:ascii="Calibri" w:hAnsi="Calibri" w:cs="Calibri"/>
                <w:sz w:val="20"/>
              </w:rPr>
            </w:pPr>
            <w:r w:rsidRPr="00FC6F9B">
              <w:rPr>
                <w:rFonts w:ascii="Calibri" w:hAnsi="Calibri" w:cs="Calibri"/>
                <w:sz w:val="20"/>
              </w:rPr>
              <w:t>Fonctions minimales validées</w:t>
            </w:r>
          </w:p>
        </w:tc>
        <w:tc>
          <w:tcPr>
            <w:tcW w:w="4032" w:type="dxa"/>
          </w:tcPr>
          <w:p w14:paraId="58B19A80" w14:textId="77777777" w:rsidR="00FC6F9B" w:rsidRPr="00FC6F9B" w:rsidRDefault="00FC6F9B" w:rsidP="00FC6F9B">
            <w:pPr>
              <w:jc w:val="left"/>
              <w:rPr>
                <w:rFonts w:ascii="Calibri" w:hAnsi="Calibri" w:cs="Calibri"/>
                <w:sz w:val="20"/>
              </w:rPr>
            </w:pPr>
            <w:r w:rsidRPr="00FC6F9B">
              <w:rPr>
                <w:rFonts w:ascii="Calibri" w:hAnsi="Calibri" w:cs="Calibri"/>
                <w:sz w:val="20"/>
              </w:rPr>
              <w:t>Engager le pilote</w:t>
            </w:r>
          </w:p>
        </w:tc>
      </w:tr>
      <w:tr w:rsidR="00FC6F9B" w:rsidRPr="00FC6F9B" w14:paraId="2BECBA6F" w14:textId="77777777" w:rsidTr="00FC6F9B">
        <w:tc>
          <w:tcPr>
            <w:tcW w:w="2016" w:type="dxa"/>
          </w:tcPr>
          <w:p w14:paraId="63971928" w14:textId="77777777" w:rsidR="00FC6F9B" w:rsidRPr="00FC6F9B" w:rsidRDefault="00FC6F9B" w:rsidP="00FC6F9B">
            <w:pPr>
              <w:jc w:val="left"/>
              <w:rPr>
                <w:rFonts w:ascii="Calibri" w:hAnsi="Calibri" w:cs="Calibri"/>
                <w:sz w:val="20"/>
              </w:rPr>
            </w:pPr>
            <w:r w:rsidRPr="00FC6F9B">
              <w:rPr>
                <w:rFonts w:ascii="Calibri" w:hAnsi="Calibri" w:cs="Calibri"/>
                <w:sz w:val="20"/>
              </w:rPr>
              <w:t>Pilote client</w:t>
            </w:r>
          </w:p>
        </w:tc>
        <w:tc>
          <w:tcPr>
            <w:tcW w:w="4320" w:type="dxa"/>
          </w:tcPr>
          <w:p w14:paraId="36AD081F" w14:textId="77777777" w:rsidR="00FC6F9B" w:rsidRPr="00FC6F9B" w:rsidRDefault="00FC6F9B" w:rsidP="00FC6F9B">
            <w:pPr>
              <w:jc w:val="left"/>
              <w:rPr>
                <w:rFonts w:ascii="Calibri" w:hAnsi="Calibri" w:cs="Calibri"/>
                <w:sz w:val="20"/>
              </w:rPr>
            </w:pPr>
            <w:r w:rsidRPr="00FC6F9B">
              <w:rPr>
                <w:rFonts w:ascii="Calibri" w:hAnsi="Calibri" w:cs="Calibri"/>
                <w:sz w:val="20"/>
              </w:rPr>
              <w:t>Usage, coût et satisfaction observés</w:t>
            </w:r>
          </w:p>
        </w:tc>
        <w:tc>
          <w:tcPr>
            <w:tcW w:w="4032" w:type="dxa"/>
          </w:tcPr>
          <w:p w14:paraId="271D5904" w14:textId="77777777" w:rsidR="00FC6F9B" w:rsidRPr="00FC6F9B" w:rsidRDefault="00FC6F9B" w:rsidP="00FC6F9B">
            <w:pPr>
              <w:jc w:val="left"/>
              <w:rPr>
                <w:rFonts w:ascii="Calibri" w:hAnsi="Calibri" w:cs="Calibri"/>
                <w:sz w:val="20"/>
              </w:rPr>
            </w:pPr>
            <w:r w:rsidRPr="00FC6F9B">
              <w:rPr>
                <w:rFonts w:ascii="Calibri" w:hAnsi="Calibri" w:cs="Calibri"/>
                <w:sz w:val="20"/>
              </w:rPr>
              <w:t>Ajuster avant généralisation</w:t>
            </w:r>
          </w:p>
        </w:tc>
      </w:tr>
      <w:tr w:rsidR="00FC6F9B" w:rsidRPr="00FC6F9B" w14:paraId="2DDE5DAA" w14:textId="77777777" w:rsidTr="00FC6F9B">
        <w:tc>
          <w:tcPr>
            <w:tcW w:w="2016" w:type="dxa"/>
          </w:tcPr>
          <w:p w14:paraId="33B8EED8" w14:textId="77777777" w:rsidR="00FC6F9B" w:rsidRPr="00FC6F9B" w:rsidRDefault="00FC6F9B" w:rsidP="00FC6F9B">
            <w:pPr>
              <w:jc w:val="left"/>
              <w:rPr>
                <w:rFonts w:ascii="Calibri" w:hAnsi="Calibri" w:cs="Calibri"/>
                <w:sz w:val="20"/>
              </w:rPr>
            </w:pPr>
            <w:r w:rsidRPr="00FC6F9B">
              <w:rPr>
                <w:rFonts w:ascii="Calibri" w:hAnsi="Calibri" w:cs="Calibri"/>
                <w:sz w:val="20"/>
              </w:rPr>
              <w:t>Déploiement</w:t>
            </w:r>
          </w:p>
        </w:tc>
        <w:tc>
          <w:tcPr>
            <w:tcW w:w="4320" w:type="dxa"/>
          </w:tcPr>
          <w:p w14:paraId="58AFA8FD" w14:textId="77777777" w:rsidR="00FC6F9B" w:rsidRPr="00FC6F9B" w:rsidRDefault="00FC6F9B" w:rsidP="00FC6F9B">
            <w:pPr>
              <w:jc w:val="left"/>
              <w:rPr>
                <w:rFonts w:ascii="Calibri" w:hAnsi="Calibri" w:cs="Calibri"/>
                <w:sz w:val="20"/>
              </w:rPr>
            </w:pPr>
            <w:r w:rsidRPr="00FC6F9B">
              <w:rPr>
                <w:rFonts w:ascii="Calibri" w:hAnsi="Calibri" w:cs="Calibri"/>
                <w:sz w:val="20"/>
              </w:rPr>
              <w:t>Capacité et support opérationnels</w:t>
            </w:r>
          </w:p>
        </w:tc>
        <w:tc>
          <w:tcPr>
            <w:tcW w:w="4032" w:type="dxa"/>
          </w:tcPr>
          <w:p w14:paraId="65F2C78D" w14:textId="77777777" w:rsidR="00FC6F9B" w:rsidRPr="00FC6F9B" w:rsidRDefault="00FC6F9B" w:rsidP="00FC6F9B">
            <w:pPr>
              <w:jc w:val="left"/>
              <w:rPr>
                <w:rFonts w:ascii="Calibri" w:hAnsi="Calibri" w:cs="Calibri"/>
                <w:sz w:val="20"/>
              </w:rPr>
            </w:pPr>
            <w:r w:rsidRPr="00FC6F9B">
              <w:rPr>
                <w:rFonts w:ascii="Calibri" w:hAnsi="Calibri" w:cs="Calibri"/>
                <w:sz w:val="20"/>
              </w:rPr>
              <w:t>Lancer les ventes élargies</w:t>
            </w:r>
          </w:p>
        </w:tc>
      </w:tr>
    </w:tbl>
    <w:p w14:paraId="46BC1CBF" w14:textId="77777777" w:rsidR="00FC6F9B" w:rsidRDefault="00FC6F9B" w:rsidP="00FC6F9B">
      <w:pPr>
        <w:spacing w:after="0" w:line="240" w:lineRule="auto"/>
      </w:pPr>
    </w:p>
    <w:p w14:paraId="39A7AAFF" w14:textId="77777777" w:rsidR="00FC6F9B" w:rsidRDefault="00FC6F9B" w:rsidP="00FC6F9B">
      <w:pPr>
        <w:spacing w:after="0" w:line="240" w:lineRule="auto"/>
      </w:pPr>
      <w:r>
        <w:t>La provision de budget pour imprévus est fondée sur les risques du projet. Une majoration uniforme ne remplace pas l’identification des travaux incertains. Un décalage de trois mois doit être simulé avec les salaires, loyers et encaissements effectivement décalés.</w:t>
      </w:r>
    </w:p>
    <w:p w14:paraId="7057C9C8" w14:textId="77777777" w:rsidR="00FC6F9B" w:rsidRDefault="00FC6F9B" w:rsidP="00FC6F9B">
      <w:pPr>
        <w:pStyle w:val="Titre2"/>
        <w:spacing w:before="0" w:after="0" w:line="240" w:lineRule="auto"/>
      </w:pPr>
      <w:r>
        <w:t>8.2- Évaluer le coût total du numérique</w:t>
      </w:r>
    </w:p>
    <w:p w14:paraId="72E4F2FE" w14:textId="77777777" w:rsidR="00FC6F9B" w:rsidRDefault="00FC6F9B" w:rsidP="00FC6F9B">
      <w:pPr>
        <w:spacing w:after="0" w:line="240" w:lineRule="auto"/>
      </w:pPr>
      <w:r>
        <w:t>Ajouter au prix de l’abonnement ou de l’équipement les coûts de paramétrage, de migration, d’intégration, de formation, d’assistance, de sauvegarde et de remplacement. Vérifier les limites d’usage, les augmentations de tarif et les conditions de sortie. Une économie annoncée doit être mesurée après ces coûts.</w:t>
      </w:r>
    </w:p>
    <w:p w14:paraId="544AE57F" w14:textId="77777777" w:rsidR="00FC6F9B" w:rsidRDefault="00FC6F9B" w:rsidP="00FC6F9B">
      <w:pPr>
        <w:pStyle w:val="Titre2"/>
        <w:spacing w:before="0" w:after="0" w:line="240" w:lineRule="auto"/>
      </w:pPr>
      <w:r>
        <w:t>8.3- Quantifier un usage de l’intelligence artificielle</w:t>
      </w:r>
    </w:p>
    <w:p w14:paraId="58531047" w14:textId="77777777" w:rsidR="00FC6F9B" w:rsidRDefault="00FC6F9B" w:rsidP="00FC6F9B">
      <w:pPr>
        <w:spacing w:after="0" w:line="240" w:lineRule="auto"/>
      </w:pPr>
      <w:r>
        <w:rPr>
          <w:b/>
          <w:sz w:val="21"/>
        </w:rPr>
        <w:t>Gain annuel de temps = tâches annuelles × temps réellement économisé par tâche</w:t>
      </w:r>
    </w:p>
    <w:p w14:paraId="05A45727" w14:textId="77777777" w:rsidR="00FC6F9B" w:rsidRDefault="00FC6F9B" w:rsidP="00FC6F9B">
      <w:pPr>
        <w:spacing w:after="0" w:line="240" w:lineRule="auto"/>
      </w:pPr>
      <w:r>
        <w:rPr>
          <w:b/>
          <w:sz w:val="21"/>
        </w:rPr>
        <w:t>Gain net estimé = bénéfice réalisable − coûts supplémentaires</w:t>
      </w:r>
    </w:p>
    <w:p w14:paraId="0CB0211A" w14:textId="1D0E5FCF" w:rsidR="00FC6F9B" w:rsidRDefault="00FC6F9B" w:rsidP="00FC6F9B">
      <w:pPr>
        <w:spacing w:after="0" w:line="240" w:lineRule="auto"/>
      </w:pPr>
      <w:r>
        <w:t>Si 1 000 dossiers permettent de gagner 12 minutes chacun après contrôle, le gain est de 200 heures. À 30</w:t>
      </w:r>
      <w:r>
        <w:t> €</w:t>
      </w:r>
      <w:r>
        <w:t xml:space="preserve"> de coût horaire chargé, la valeur de capacité libérée est de 6 000</w:t>
      </w:r>
      <w:r>
        <w:t> €</w:t>
      </w:r>
      <w:r>
        <w:t>. Elle devient une économie de trésorerie seulement si une dépense peut être évitée, ou un revenu supplémentaire obtenu. Il faut déduire les abonnements, l’intégration et la supervision.</w:t>
      </w:r>
    </w:p>
    <w:p w14:paraId="5BF2A32F" w14:textId="77777777" w:rsidR="00FC6F9B" w:rsidRDefault="00FC6F9B" w:rsidP="00FC6F9B">
      <w:pPr>
        <w:spacing w:after="0" w:line="240" w:lineRule="auto"/>
      </w:pPr>
      <w:r>
        <w:t>La Commission nationale de l’informatique et des libertés recommande de partir d’usages précis, de les encadrer, de choisir un déploiement adapté et de former les utilisateurs. Les résultats peuvent être inexacts. Les données personnelles et confidentielles exigent des précautions appropriées [8].</w:t>
      </w:r>
    </w:p>
    <w:p w14:paraId="066B1985" w14:textId="77777777" w:rsidR="00FC6F9B" w:rsidRDefault="00FC6F9B" w:rsidP="00FC6F9B">
      <w:pPr>
        <w:pStyle w:val="Titre2"/>
        <w:spacing w:before="0" w:after="0" w:line="240" w:lineRule="auto"/>
      </w:pPr>
      <w:r>
        <w:t>8.4- Préparer la continuité d’activité</w:t>
      </w:r>
    </w:p>
    <w:p w14:paraId="55BEB5D1" w14:textId="77777777" w:rsidR="00FC6F9B" w:rsidRDefault="00FC6F9B" w:rsidP="00FC6F9B">
      <w:pPr>
        <w:spacing w:after="0" w:line="240" w:lineRule="auto"/>
      </w:pPr>
      <w:r>
        <w:t>Évaluer les conséquences d’une interruption du logiciel, d’un accès frauduleux ou de la défaillance d’un prestataire. Budgéter les sauvegardes, les droits d’accès et une procédure de reprise. Les gains de productivité ne doivent pas être obtenus au prix d’une dépendance non maîtrisée.</w:t>
      </w:r>
    </w:p>
    <w:p w14:paraId="1051FD1A" w14:textId="77777777" w:rsidR="00FC6F9B" w:rsidRDefault="00FC6F9B" w:rsidP="00067DE2">
      <w:pPr>
        <w:pStyle w:val="Titre1"/>
      </w:pPr>
      <w:bookmarkStart w:id="8" w:name="_Toc241759579"/>
      <w:r>
        <w:t>9- Intégrer le cadre français en 2026</w:t>
      </w:r>
      <w:bookmarkEnd w:id="8"/>
    </w:p>
    <w:p w14:paraId="346790AF" w14:textId="77777777" w:rsidR="00FC6F9B" w:rsidRDefault="00FC6F9B" w:rsidP="00FC6F9B">
      <w:pPr>
        <w:pStyle w:val="Titre2"/>
        <w:spacing w:before="0" w:after="0" w:line="240" w:lineRule="auto"/>
      </w:pPr>
      <w:r>
        <w:t>9.1- Préciser le périmètre juridique et fiscal</w:t>
      </w:r>
    </w:p>
    <w:p w14:paraId="042652EF" w14:textId="77777777" w:rsidR="00FC6F9B" w:rsidRDefault="00FC6F9B" w:rsidP="00FC6F9B">
      <w:pPr>
        <w:spacing w:after="0" w:line="240" w:lineRule="auto"/>
      </w:pPr>
      <w:r>
        <w:t>Le dossier indique la forme de l’activité, la structure de détention, le régime d’imposition envisagé et les obligations propres au métier. Les autorisations, contrats, assurances et droits nécessaires doivent être intégrés au calendrier et au budget. Dans une reprise, distinguer l’activité acquise, la cible et une éventuelle société holding.</w:t>
      </w:r>
    </w:p>
    <w:p w14:paraId="4D4847A1" w14:textId="5FF77A6A" w:rsidR="00FC6F9B" w:rsidRDefault="00FC6F9B" w:rsidP="00FC6F9B">
      <w:pPr>
        <w:spacing w:after="0" w:line="240" w:lineRule="auto"/>
      </w:pPr>
      <w:r>
        <w:t>Le taux normal de l’impôt sur les sociétés est de 25</w:t>
      </w:r>
      <w:r>
        <w:t> %</w:t>
      </w:r>
      <w:r>
        <w:t>. Un taux de 15</w:t>
      </w:r>
      <w:r>
        <w:t> %</w:t>
      </w:r>
      <w:r>
        <w:t xml:space="preserve"> peut s’appliquer à une première fraction de 42 500</w:t>
      </w:r>
      <w:r>
        <w:t> €</w:t>
      </w:r>
      <w:r>
        <w:t xml:space="preserve"> de bénéfice sur douze mois, sous conditions, notamment de chiffre d’affaires, de libération et de détention du capital [5]. Le budget part du résultat fiscal, qui peut différer du résultat comptable.</w:t>
      </w:r>
    </w:p>
    <w:p w14:paraId="68F0DD27" w14:textId="77777777" w:rsidR="00FC6F9B" w:rsidRDefault="00FC6F9B" w:rsidP="00FC6F9B">
      <w:pPr>
        <w:spacing w:after="0" w:line="240" w:lineRule="auto"/>
      </w:pPr>
      <w:r>
        <w:t>Pour une société appartenant à un groupe, l’appréciation du chiffre d’affaires pour le taux réduit doit tenir compte du groupe, selon la précision publiée par l’administration le 14 avril 2026 [6]. Une filiale ne doit donc pas retenir le taux réduit sur le seul fondement de son chiffre d’affaires propre.</w:t>
      </w:r>
    </w:p>
    <w:p w14:paraId="7B61100F" w14:textId="77777777" w:rsidR="00FC6F9B" w:rsidRDefault="00FC6F9B" w:rsidP="00FC6F9B">
      <w:pPr>
        <w:pStyle w:val="Titre2"/>
        <w:spacing w:before="0" w:after="0" w:line="240" w:lineRule="auto"/>
      </w:pPr>
      <w:r>
        <w:t>9.2- Prévoir la facturation électronique</w:t>
      </w:r>
    </w:p>
    <w:p w14:paraId="55B2090F" w14:textId="77777777" w:rsidR="00FC6F9B" w:rsidRDefault="00FC6F9B" w:rsidP="00FC6F9B">
      <w:pPr>
        <w:spacing w:after="0" w:line="240" w:lineRule="auto"/>
      </w:pPr>
      <w:r>
        <w:t xml:space="preserve">Pour les entreprises relevant du champ de la réforme, la réception des factures électroniques est requise depuis le 1er septembre 2026. L’émission et la transmission des données concernent les grandes entreprises et les </w:t>
      </w:r>
      <w:r>
        <w:lastRenderedPageBreak/>
        <w:t>entreprises de taille intermédiaire depuis cette date, puis les petites et moyennes entreprises et les micro-entreprises à partir du 1er septembre 2027 [7].</w:t>
      </w:r>
    </w:p>
    <w:p w14:paraId="2A1256CC" w14:textId="77777777" w:rsidR="00FC6F9B" w:rsidRDefault="00FC6F9B" w:rsidP="00FC6F9B">
      <w:pPr>
        <w:spacing w:after="0" w:line="240" w:lineRule="auto"/>
      </w:pPr>
      <w:r>
        <w:t>Le business plan chiffre le choix de la plateforme, les interfaces avec la comptabilité, la qualité des données clients et fournisseurs, la formation et le suivi des factures. Un gain sur les encaissements suppose des processus efficaces de facturation, de traitement des rejets et de relance. Il ne résulte pas automatiquement de la réforme.</w:t>
      </w:r>
    </w:p>
    <w:p w14:paraId="1C989B7D" w14:textId="77777777" w:rsidR="00FC6F9B" w:rsidRDefault="00FC6F9B" w:rsidP="00FC6F9B">
      <w:pPr>
        <w:pStyle w:val="Titre2"/>
        <w:spacing w:before="0" w:after="0" w:line="240" w:lineRule="auto"/>
      </w:pPr>
      <w:r>
        <w:t>9.3- Transformer les obligations en hypothèses de coût</w:t>
      </w:r>
    </w:p>
    <w:tbl>
      <w:tblPr>
        <w:tblStyle w:val="Grilledutableau"/>
        <w:tblW w:w="0" w:type="auto"/>
        <w:tblLayout w:type="fixed"/>
        <w:tblLook w:val="04A0" w:firstRow="1" w:lastRow="0" w:firstColumn="1" w:lastColumn="0" w:noHBand="0" w:noVBand="1"/>
      </w:tblPr>
      <w:tblGrid>
        <w:gridCol w:w="3024"/>
        <w:gridCol w:w="7344"/>
      </w:tblGrid>
      <w:tr w:rsidR="00FC6F9B" w:rsidRPr="00FC6F9B" w14:paraId="24AEEE37" w14:textId="77777777" w:rsidTr="00FC6F9B">
        <w:trPr>
          <w:tblHeader/>
        </w:trPr>
        <w:tc>
          <w:tcPr>
            <w:tcW w:w="3024" w:type="dxa"/>
          </w:tcPr>
          <w:p w14:paraId="2591D9E9" w14:textId="77777777" w:rsidR="00FC6F9B" w:rsidRPr="00FC6F9B" w:rsidRDefault="00FC6F9B" w:rsidP="00FC6F9B">
            <w:pPr>
              <w:jc w:val="left"/>
              <w:rPr>
                <w:rFonts w:ascii="Calibri" w:hAnsi="Calibri" w:cs="Calibri"/>
                <w:sz w:val="20"/>
              </w:rPr>
            </w:pPr>
            <w:r w:rsidRPr="00FC6F9B">
              <w:rPr>
                <w:rFonts w:ascii="Calibri" w:hAnsi="Calibri" w:cs="Calibri"/>
                <w:b/>
                <w:sz w:val="20"/>
              </w:rPr>
              <w:t>Sujet</w:t>
            </w:r>
          </w:p>
        </w:tc>
        <w:tc>
          <w:tcPr>
            <w:tcW w:w="7344" w:type="dxa"/>
          </w:tcPr>
          <w:p w14:paraId="67618EC4" w14:textId="77777777" w:rsidR="00FC6F9B" w:rsidRPr="00FC6F9B" w:rsidRDefault="00FC6F9B" w:rsidP="00FC6F9B">
            <w:pPr>
              <w:jc w:val="left"/>
              <w:rPr>
                <w:rFonts w:ascii="Calibri" w:hAnsi="Calibri" w:cs="Calibri"/>
                <w:sz w:val="20"/>
              </w:rPr>
            </w:pPr>
            <w:r w:rsidRPr="00FC6F9B">
              <w:rPr>
                <w:rFonts w:ascii="Calibri" w:hAnsi="Calibri" w:cs="Calibri"/>
                <w:b/>
                <w:sz w:val="20"/>
              </w:rPr>
              <w:t>Incidence possible sur le plan</w:t>
            </w:r>
          </w:p>
        </w:tc>
      </w:tr>
      <w:tr w:rsidR="00FC6F9B" w:rsidRPr="00FC6F9B" w14:paraId="256B332B" w14:textId="77777777" w:rsidTr="00FC6F9B">
        <w:tc>
          <w:tcPr>
            <w:tcW w:w="3024" w:type="dxa"/>
          </w:tcPr>
          <w:p w14:paraId="65F574DE" w14:textId="77777777" w:rsidR="00FC6F9B" w:rsidRPr="00FC6F9B" w:rsidRDefault="00FC6F9B" w:rsidP="00FC6F9B">
            <w:pPr>
              <w:jc w:val="left"/>
              <w:rPr>
                <w:rFonts w:ascii="Calibri" w:hAnsi="Calibri" w:cs="Calibri"/>
                <w:sz w:val="20"/>
              </w:rPr>
            </w:pPr>
            <w:r w:rsidRPr="00FC6F9B">
              <w:rPr>
                <w:rFonts w:ascii="Calibri" w:hAnsi="Calibri" w:cs="Calibri"/>
                <w:sz w:val="20"/>
              </w:rPr>
              <w:t>Protection des données</w:t>
            </w:r>
          </w:p>
        </w:tc>
        <w:tc>
          <w:tcPr>
            <w:tcW w:w="7344" w:type="dxa"/>
          </w:tcPr>
          <w:p w14:paraId="14914E08" w14:textId="77777777" w:rsidR="00FC6F9B" w:rsidRPr="00FC6F9B" w:rsidRDefault="00FC6F9B" w:rsidP="00FC6F9B">
            <w:pPr>
              <w:jc w:val="left"/>
              <w:rPr>
                <w:rFonts w:ascii="Calibri" w:hAnsi="Calibri" w:cs="Calibri"/>
                <w:sz w:val="20"/>
              </w:rPr>
            </w:pPr>
            <w:r w:rsidRPr="00FC6F9B">
              <w:rPr>
                <w:rFonts w:ascii="Calibri" w:hAnsi="Calibri" w:cs="Calibri"/>
                <w:sz w:val="20"/>
              </w:rPr>
              <w:t>Organisation des accès, contrats, documentation et prestataires.</w:t>
            </w:r>
          </w:p>
        </w:tc>
      </w:tr>
      <w:tr w:rsidR="00FC6F9B" w:rsidRPr="00FC6F9B" w14:paraId="1F8D7094" w14:textId="77777777" w:rsidTr="00FC6F9B">
        <w:tc>
          <w:tcPr>
            <w:tcW w:w="3024" w:type="dxa"/>
          </w:tcPr>
          <w:p w14:paraId="1C96BD2F" w14:textId="77777777" w:rsidR="00FC6F9B" w:rsidRPr="00FC6F9B" w:rsidRDefault="00FC6F9B" w:rsidP="00FC6F9B">
            <w:pPr>
              <w:jc w:val="left"/>
              <w:rPr>
                <w:rFonts w:ascii="Calibri" w:hAnsi="Calibri" w:cs="Calibri"/>
                <w:sz w:val="20"/>
              </w:rPr>
            </w:pPr>
            <w:r w:rsidRPr="00FC6F9B">
              <w:rPr>
                <w:rFonts w:ascii="Calibri" w:hAnsi="Calibri" w:cs="Calibri"/>
                <w:sz w:val="20"/>
              </w:rPr>
              <w:t>Sécurité numérique</w:t>
            </w:r>
          </w:p>
        </w:tc>
        <w:tc>
          <w:tcPr>
            <w:tcW w:w="7344" w:type="dxa"/>
          </w:tcPr>
          <w:p w14:paraId="5DE46F44" w14:textId="77777777" w:rsidR="00FC6F9B" w:rsidRPr="00FC6F9B" w:rsidRDefault="00FC6F9B" w:rsidP="00FC6F9B">
            <w:pPr>
              <w:jc w:val="left"/>
              <w:rPr>
                <w:rFonts w:ascii="Calibri" w:hAnsi="Calibri" w:cs="Calibri"/>
                <w:sz w:val="20"/>
              </w:rPr>
            </w:pPr>
            <w:r w:rsidRPr="00FC6F9B">
              <w:rPr>
                <w:rFonts w:ascii="Calibri" w:hAnsi="Calibri" w:cs="Calibri"/>
                <w:sz w:val="20"/>
              </w:rPr>
              <w:t>Sauvegarde, formation, authentification et continuité.</w:t>
            </w:r>
          </w:p>
        </w:tc>
      </w:tr>
      <w:tr w:rsidR="00FC6F9B" w:rsidRPr="00FC6F9B" w14:paraId="484D3AD1" w14:textId="77777777" w:rsidTr="00FC6F9B">
        <w:tc>
          <w:tcPr>
            <w:tcW w:w="3024" w:type="dxa"/>
          </w:tcPr>
          <w:p w14:paraId="10248E53" w14:textId="77777777" w:rsidR="00FC6F9B" w:rsidRPr="00FC6F9B" w:rsidRDefault="00FC6F9B" w:rsidP="00FC6F9B">
            <w:pPr>
              <w:jc w:val="left"/>
              <w:rPr>
                <w:rFonts w:ascii="Calibri" w:hAnsi="Calibri" w:cs="Calibri"/>
                <w:sz w:val="20"/>
              </w:rPr>
            </w:pPr>
            <w:r w:rsidRPr="00FC6F9B">
              <w:rPr>
                <w:rFonts w:ascii="Calibri" w:hAnsi="Calibri" w:cs="Calibri"/>
                <w:sz w:val="20"/>
              </w:rPr>
              <w:t>Personnel et métier</w:t>
            </w:r>
          </w:p>
        </w:tc>
        <w:tc>
          <w:tcPr>
            <w:tcW w:w="7344" w:type="dxa"/>
          </w:tcPr>
          <w:p w14:paraId="6574AE3D" w14:textId="77777777" w:rsidR="00FC6F9B" w:rsidRPr="00FC6F9B" w:rsidRDefault="00FC6F9B" w:rsidP="00FC6F9B">
            <w:pPr>
              <w:jc w:val="left"/>
              <w:rPr>
                <w:rFonts w:ascii="Calibri" w:hAnsi="Calibri" w:cs="Calibri"/>
                <w:sz w:val="20"/>
              </w:rPr>
            </w:pPr>
            <w:r w:rsidRPr="00FC6F9B">
              <w:rPr>
                <w:rFonts w:ascii="Calibri" w:hAnsi="Calibri" w:cs="Calibri"/>
                <w:sz w:val="20"/>
              </w:rPr>
              <w:t>Coûts de formation, habilitations et obligations sectorielles.</w:t>
            </w:r>
          </w:p>
        </w:tc>
      </w:tr>
      <w:tr w:rsidR="00FC6F9B" w:rsidRPr="00FC6F9B" w14:paraId="186FC20E" w14:textId="77777777" w:rsidTr="00FC6F9B">
        <w:tc>
          <w:tcPr>
            <w:tcW w:w="3024" w:type="dxa"/>
          </w:tcPr>
          <w:p w14:paraId="55D649E7" w14:textId="77777777" w:rsidR="00FC6F9B" w:rsidRPr="00FC6F9B" w:rsidRDefault="00FC6F9B" w:rsidP="00FC6F9B">
            <w:pPr>
              <w:jc w:val="left"/>
              <w:rPr>
                <w:rFonts w:ascii="Calibri" w:hAnsi="Calibri" w:cs="Calibri"/>
                <w:sz w:val="20"/>
              </w:rPr>
            </w:pPr>
            <w:r w:rsidRPr="00FC6F9B">
              <w:rPr>
                <w:rFonts w:ascii="Calibri" w:hAnsi="Calibri" w:cs="Calibri"/>
                <w:sz w:val="20"/>
              </w:rPr>
              <w:t>Taxes et contributions</w:t>
            </w:r>
          </w:p>
        </w:tc>
        <w:tc>
          <w:tcPr>
            <w:tcW w:w="7344" w:type="dxa"/>
          </w:tcPr>
          <w:p w14:paraId="18DE04ED" w14:textId="77777777" w:rsidR="00FC6F9B" w:rsidRPr="00FC6F9B" w:rsidRDefault="00FC6F9B" w:rsidP="00FC6F9B">
            <w:pPr>
              <w:jc w:val="left"/>
              <w:rPr>
                <w:rFonts w:ascii="Calibri" w:hAnsi="Calibri" w:cs="Calibri"/>
                <w:sz w:val="20"/>
              </w:rPr>
            </w:pPr>
            <w:r w:rsidRPr="00FC6F9B">
              <w:rPr>
                <w:rFonts w:ascii="Calibri" w:hAnsi="Calibri" w:cs="Calibri"/>
                <w:sz w:val="20"/>
              </w:rPr>
              <w:t>Assiette, calendrier, acomptes et éventuels seuils.</w:t>
            </w:r>
          </w:p>
        </w:tc>
      </w:tr>
      <w:tr w:rsidR="00FC6F9B" w:rsidRPr="00FC6F9B" w14:paraId="39FD6A4D" w14:textId="77777777" w:rsidTr="00FC6F9B">
        <w:tc>
          <w:tcPr>
            <w:tcW w:w="3024" w:type="dxa"/>
          </w:tcPr>
          <w:p w14:paraId="12745148" w14:textId="77777777" w:rsidR="00FC6F9B" w:rsidRPr="00FC6F9B" w:rsidRDefault="00FC6F9B" w:rsidP="00FC6F9B">
            <w:pPr>
              <w:jc w:val="left"/>
              <w:rPr>
                <w:rFonts w:ascii="Calibri" w:hAnsi="Calibri" w:cs="Calibri"/>
                <w:sz w:val="20"/>
              </w:rPr>
            </w:pPr>
            <w:r w:rsidRPr="00FC6F9B">
              <w:rPr>
                <w:rFonts w:ascii="Calibri" w:hAnsi="Calibri" w:cs="Calibri"/>
                <w:sz w:val="20"/>
              </w:rPr>
              <w:t>Aides publiques</w:t>
            </w:r>
          </w:p>
        </w:tc>
        <w:tc>
          <w:tcPr>
            <w:tcW w:w="7344" w:type="dxa"/>
          </w:tcPr>
          <w:p w14:paraId="135EE17E" w14:textId="77777777" w:rsidR="00FC6F9B" w:rsidRPr="00FC6F9B" w:rsidRDefault="00FC6F9B" w:rsidP="00FC6F9B">
            <w:pPr>
              <w:jc w:val="left"/>
              <w:rPr>
                <w:rFonts w:ascii="Calibri" w:hAnsi="Calibri" w:cs="Calibri"/>
                <w:sz w:val="20"/>
              </w:rPr>
            </w:pPr>
            <w:r w:rsidRPr="00FC6F9B">
              <w:rPr>
                <w:rFonts w:ascii="Calibri" w:hAnsi="Calibri" w:cs="Calibri"/>
                <w:sz w:val="20"/>
              </w:rPr>
              <w:t>Conditions d’éligibilité, dépenses retenues et date de versement.</w:t>
            </w:r>
          </w:p>
        </w:tc>
      </w:tr>
    </w:tbl>
    <w:p w14:paraId="49E3E968" w14:textId="77777777" w:rsidR="00FC6F9B" w:rsidRDefault="00FC6F9B" w:rsidP="00FC6F9B">
      <w:pPr>
        <w:spacing w:after="0" w:line="240" w:lineRule="auto"/>
      </w:pPr>
    </w:p>
    <w:p w14:paraId="477E2807" w14:textId="77777777" w:rsidR="00FC6F9B" w:rsidRDefault="00FC6F9B" w:rsidP="00FC6F9B">
      <w:pPr>
        <w:spacing w:after="0" w:line="240" w:lineRule="auto"/>
      </w:pPr>
      <w:r>
        <w:t>Les aides, exonérations et crédits d’impôt ne sont pas retenus comme acquis sans vérifier les conditions. Une aide accordée mais versée plus tard peut nécessiter un financement transitoire. Les simulations sociales et fiscales utilisent des paramètres datés et propres au projet.</w:t>
      </w:r>
    </w:p>
    <w:p w14:paraId="4DD267F0" w14:textId="77777777" w:rsidR="00FC6F9B" w:rsidRDefault="00FC6F9B" w:rsidP="00FC6F9B">
      <w:pPr>
        <w:pStyle w:val="Titre2"/>
        <w:spacing w:before="0" w:after="0" w:line="240" w:lineRule="auto"/>
      </w:pPr>
      <w:r>
        <w:t>9.4- Maintenir une veille ciblée</w:t>
      </w:r>
    </w:p>
    <w:p w14:paraId="1BEA4266" w14:textId="77777777" w:rsidR="00FC6F9B" w:rsidRDefault="00FC6F9B" w:rsidP="00FC6F9B">
      <w:pPr>
        <w:spacing w:after="0" w:line="240" w:lineRule="auto"/>
      </w:pPr>
      <w:r>
        <w:t>Le responsable du plan suit les règles qui peuvent modifier les coûts, les dates de lancement ou les encaissements. Chaque changement significatif est reporté dans les hypothèses et les tableaux. Les paramètres de 2027 et 2028 restent à vérifier à mesure que les textes et les tarifs deviennent disponibles.</w:t>
      </w:r>
    </w:p>
    <w:p w14:paraId="0501FF3A" w14:textId="77777777" w:rsidR="00FC6F9B" w:rsidRDefault="00FC6F9B" w:rsidP="00067DE2">
      <w:pPr>
        <w:pStyle w:val="Titre1"/>
      </w:pPr>
      <w:bookmarkStart w:id="9" w:name="_Toc241759580"/>
      <w:r>
        <w:t>10- Structurer le dossier de création autour du business plan</w:t>
      </w:r>
      <w:bookmarkEnd w:id="9"/>
    </w:p>
    <w:p w14:paraId="38A90214" w14:textId="10ACFED4" w:rsidR="00FC6F9B" w:rsidRDefault="00FC6F9B" w:rsidP="00FC6F9B">
      <w:pPr>
        <w:spacing w:after="0" w:line="240" w:lineRule="auto"/>
      </w:pPr>
      <w:r>
        <w:t>Le dossier de création rassemble les éléments qui permettent de décider, de financer puis de lancer l’entreprise. Son noyau économique est le business plan. Les preuves, le budget personnel du créateur et les démarches juridiques complètent ce noyau. Le sommaire suivant est un canevas de travail</w:t>
      </w:r>
      <w:r>
        <w:t> :</w:t>
      </w:r>
      <w:r>
        <w:t xml:space="preserve"> il s’adapte au projet et au formulaire du financeur.</w:t>
      </w:r>
    </w:p>
    <w:p w14:paraId="46C180F9" w14:textId="77777777" w:rsidR="00FC6F9B" w:rsidRDefault="00FC6F9B" w:rsidP="00FC6F9B">
      <w:pPr>
        <w:pStyle w:val="Titre2"/>
        <w:spacing w:before="0" w:after="0" w:line="240" w:lineRule="auto"/>
      </w:pPr>
      <w:r>
        <w:t>10.1- Sommaire détaillé proposé</w:t>
      </w:r>
    </w:p>
    <w:tbl>
      <w:tblPr>
        <w:tblStyle w:val="Grilledutableau"/>
        <w:tblW w:w="0" w:type="auto"/>
        <w:tblLayout w:type="fixed"/>
        <w:tblLook w:val="04A0" w:firstRow="1" w:lastRow="0" w:firstColumn="1" w:lastColumn="0" w:noHBand="0" w:noVBand="1"/>
      </w:tblPr>
      <w:tblGrid>
        <w:gridCol w:w="3168"/>
        <w:gridCol w:w="7200"/>
      </w:tblGrid>
      <w:tr w:rsidR="00FC6F9B" w:rsidRPr="00FC6F9B" w14:paraId="57FF620F" w14:textId="77777777" w:rsidTr="00FC6F9B">
        <w:trPr>
          <w:tblHeader/>
        </w:trPr>
        <w:tc>
          <w:tcPr>
            <w:tcW w:w="3168" w:type="dxa"/>
          </w:tcPr>
          <w:p w14:paraId="087DA3C8" w14:textId="77777777" w:rsidR="00FC6F9B" w:rsidRPr="00FC6F9B" w:rsidRDefault="00FC6F9B" w:rsidP="00067DE2">
            <w:pPr>
              <w:pStyle w:val="Sansinterligne"/>
            </w:pPr>
            <w:r w:rsidRPr="00FC6F9B">
              <w:t>Partie du dossier</w:t>
            </w:r>
          </w:p>
        </w:tc>
        <w:tc>
          <w:tcPr>
            <w:tcW w:w="7200" w:type="dxa"/>
          </w:tcPr>
          <w:p w14:paraId="5700E288" w14:textId="77777777" w:rsidR="00FC6F9B" w:rsidRPr="00FC6F9B" w:rsidRDefault="00FC6F9B" w:rsidP="00067DE2">
            <w:pPr>
              <w:pStyle w:val="Sansinterligne"/>
            </w:pPr>
            <w:r w:rsidRPr="00FC6F9B">
              <w:t>Contenu attendu et lien avec le business plan</w:t>
            </w:r>
          </w:p>
        </w:tc>
      </w:tr>
      <w:tr w:rsidR="00FC6F9B" w:rsidRPr="00FC6F9B" w14:paraId="73A9B080" w14:textId="77777777" w:rsidTr="00FC6F9B">
        <w:tc>
          <w:tcPr>
            <w:tcW w:w="3168" w:type="dxa"/>
          </w:tcPr>
          <w:p w14:paraId="7B61AD71" w14:textId="77777777" w:rsidR="00FC6F9B" w:rsidRPr="00FC6F9B" w:rsidRDefault="00FC6F9B" w:rsidP="00067DE2">
            <w:pPr>
              <w:pStyle w:val="Sansinterligne"/>
            </w:pPr>
            <w:r w:rsidRPr="00FC6F9B">
              <w:t>1. Identification</w:t>
            </w:r>
          </w:p>
        </w:tc>
        <w:tc>
          <w:tcPr>
            <w:tcW w:w="7200" w:type="dxa"/>
          </w:tcPr>
          <w:p w14:paraId="6D47B9A4" w14:textId="77777777" w:rsidR="00FC6F9B" w:rsidRPr="00FC6F9B" w:rsidRDefault="00FC6F9B" w:rsidP="00067DE2">
            <w:pPr>
              <w:pStyle w:val="Sansinterligne"/>
            </w:pPr>
            <w:r w:rsidRPr="00FC6F9B">
              <w:t>Nom du projet, porteur, coordonnées professionnelles, date, version, destinataire et sommaire.</w:t>
            </w:r>
          </w:p>
        </w:tc>
      </w:tr>
      <w:tr w:rsidR="00FC6F9B" w:rsidRPr="00FC6F9B" w14:paraId="5BE62F92" w14:textId="77777777" w:rsidTr="00FC6F9B">
        <w:tc>
          <w:tcPr>
            <w:tcW w:w="3168" w:type="dxa"/>
          </w:tcPr>
          <w:p w14:paraId="4FE51C4E" w14:textId="77777777" w:rsidR="00FC6F9B" w:rsidRPr="00FC6F9B" w:rsidRDefault="00FC6F9B" w:rsidP="00067DE2">
            <w:pPr>
              <w:pStyle w:val="Sansinterligne"/>
            </w:pPr>
            <w:r w:rsidRPr="00FC6F9B">
              <w:t>2. Résumé opérationnel</w:t>
            </w:r>
          </w:p>
        </w:tc>
        <w:tc>
          <w:tcPr>
            <w:tcW w:w="7200" w:type="dxa"/>
          </w:tcPr>
          <w:p w14:paraId="237BB547" w14:textId="59201485" w:rsidR="00FC6F9B" w:rsidRPr="00FC6F9B" w:rsidRDefault="00FC6F9B" w:rsidP="00067DE2">
            <w:pPr>
              <w:pStyle w:val="Sansinterligne"/>
            </w:pPr>
            <w:r w:rsidRPr="00FC6F9B">
              <w:t>Client, offre, preuves, objectifs, besoins et financement demandé</w:t>
            </w:r>
            <w:r w:rsidRPr="00FC6F9B">
              <w:t> ;</w:t>
            </w:r>
            <w:r w:rsidRPr="00FC6F9B">
              <w:t xml:space="preserve"> rédaction après les autres parties.</w:t>
            </w:r>
          </w:p>
        </w:tc>
      </w:tr>
      <w:tr w:rsidR="00FC6F9B" w:rsidRPr="00FC6F9B" w14:paraId="23360C03" w14:textId="77777777" w:rsidTr="00FC6F9B">
        <w:tc>
          <w:tcPr>
            <w:tcW w:w="3168" w:type="dxa"/>
          </w:tcPr>
          <w:p w14:paraId="28BBD885" w14:textId="77777777" w:rsidR="00FC6F9B" w:rsidRPr="00FC6F9B" w:rsidRDefault="00FC6F9B" w:rsidP="00067DE2">
            <w:pPr>
              <w:pStyle w:val="Sansinterligne"/>
            </w:pPr>
            <w:r w:rsidRPr="00FC6F9B">
              <w:t>3. Créateur et équipe</w:t>
            </w:r>
          </w:p>
        </w:tc>
        <w:tc>
          <w:tcPr>
            <w:tcW w:w="7200" w:type="dxa"/>
          </w:tcPr>
          <w:p w14:paraId="496E300C" w14:textId="77777777" w:rsidR="00FC6F9B" w:rsidRPr="00FC6F9B" w:rsidRDefault="00FC6F9B" w:rsidP="00067DE2">
            <w:pPr>
              <w:pStyle w:val="Sansinterligne"/>
            </w:pPr>
            <w:r w:rsidRPr="00FC6F9B">
              <w:t>Parcours, compétences, rôles, disponibilité, associés et compétences à acquérir.</w:t>
            </w:r>
          </w:p>
        </w:tc>
      </w:tr>
      <w:tr w:rsidR="00FC6F9B" w:rsidRPr="00FC6F9B" w14:paraId="3711E719" w14:textId="77777777" w:rsidTr="00FC6F9B">
        <w:tc>
          <w:tcPr>
            <w:tcW w:w="3168" w:type="dxa"/>
          </w:tcPr>
          <w:p w14:paraId="6B7785C9" w14:textId="77777777" w:rsidR="00FC6F9B" w:rsidRPr="00FC6F9B" w:rsidRDefault="00FC6F9B" w:rsidP="00067DE2">
            <w:pPr>
              <w:pStyle w:val="Sansinterligne"/>
            </w:pPr>
            <w:r w:rsidRPr="00FC6F9B">
              <w:t>4. Projet et offre</w:t>
            </w:r>
          </w:p>
        </w:tc>
        <w:tc>
          <w:tcPr>
            <w:tcW w:w="7200" w:type="dxa"/>
          </w:tcPr>
          <w:p w14:paraId="635460C9" w14:textId="77777777" w:rsidR="00FC6F9B" w:rsidRPr="00FC6F9B" w:rsidRDefault="00FC6F9B" w:rsidP="00067DE2">
            <w:pPr>
              <w:pStyle w:val="Sansinterligne"/>
            </w:pPr>
            <w:r w:rsidRPr="00FC6F9B">
              <w:t>Origine, problème client, solution, périmètre, prix, stade de développement et droits nécessaires.</w:t>
            </w:r>
          </w:p>
        </w:tc>
      </w:tr>
      <w:tr w:rsidR="00FC6F9B" w:rsidRPr="00FC6F9B" w14:paraId="5AE9DE6C" w14:textId="77777777" w:rsidTr="00FC6F9B">
        <w:tc>
          <w:tcPr>
            <w:tcW w:w="3168" w:type="dxa"/>
          </w:tcPr>
          <w:p w14:paraId="44DB6906" w14:textId="77777777" w:rsidR="00FC6F9B" w:rsidRPr="00FC6F9B" w:rsidRDefault="00FC6F9B" w:rsidP="00067DE2">
            <w:pPr>
              <w:pStyle w:val="Sansinterligne"/>
            </w:pPr>
            <w:r w:rsidRPr="00FC6F9B">
              <w:t>5. Marché et concurrence</w:t>
            </w:r>
          </w:p>
        </w:tc>
        <w:tc>
          <w:tcPr>
            <w:tcW w:w="7200" w:type="dxa"/>
          </w:tcPr>
          <w:p w14:paraId="3058D4D6" w14:textId="77777777" w:rsidR="00FC6F9B" w:rsidRPr="00FC6F9B" w:rsidRDefault="00FC6F9B" w:rsidP="00067DE2">
            <w:pPr>
              <w:pStyle w:val="Sansinterligne"/>
            </w:pPr>
            <w:r w:rsidRPr="00FC6F9B">
              <w:t>Segments, territoire accessible, enquêtes, tests, alternatives et positionnement.</w:t>
            </w:r>
          </w:p>
        </w:tc>
      </w:tr>
      <w:tr w:rsidR="00FC6F9B" w:rsidRPr="00FC6F9B" w14:paraId="60769313" w14:textId="77777777" w:rsidTr="00FC6F9B">
        <w:tc>
          <w:tcPr>
            <w:tcW w:w="3168" w:type="dxa"/>
          </w:tcPr>
          <w:p w14:paraId="5906B66A" w14:textId="77777777" w:rsidR="00FC6F9B" w:rsidRPr="00FC6F9B" w:rsidRDefault="00FC6F9B" w:rsidP="00067DE2">
            <w:pPr>
              <w:pStyle w:val="Sansinterligne"/>
            </w:pPr>
            <w:r w:rsidRPr="00FC6F9B">
              <w:t>6. Modèle économique et commercial</w:t>
            </w:r>
          </w:p>
        </w:tc>
        <w:tc>
          <w:tcPr>
            <w:tcW w:w="7200" w:type="dxa"/>
          </w:tcPr>
          <w:p w14:paraId="7190F0E6" w14:textId="77777777" w:rsidR="00FC6F9B" w:rsidRPr="00FC6F9B" w:rsidRDefault="00FC6F9B" w:rsidP="00067DE2">
            <w:pPr>
              <w:pStyle w:val="Sansinterligne"/>
            </w:pPr>
            <w:r w:rsidRPr="00FC6F9B">
              <w:t>Sources de revenus, coûts, canaux, prospection, conversion et calendrier mensuel des ventes.</w:t>
            </w:r>
          </w:p>
        </w:tc>
      </w:tr>
      <w:tr w:rsidR="00FC6F9B" w:rsidRPr="00FC6F9B" w14:paraId="28740451" w14:textId="77777777" w:rsidTr="00FC6F9B">
        <w:tc>
          <w:tcPr>
            <w:tcW w:w="3168" w:type="dxa"/>
          </w:tcPr>
          <w:p w14:paraId="3FF532EB" w14:textId="77777777" w:rsidR="00FC6F9B" w:rsidRPr="00FC6F9B" w:rsidRDefault="00FC6F9B" w:rsidP="00067DE2">
            <w:pPr>
              <w:pStyle w:val="Sansinterligne"/>
            </w:pPr>
            <w:r w:rsidRPr="00FC6F9B">
              <w:t>7. Organisation et moyens</w:t>
            </w:r>
          </w:p>
        </w:tc>
        <w:tc>
          <w:tcPr>
            <w:tcW w:w="7200" w:type="dxa"/>
          </w:tcPr>
          <w:p w14:paraId="3CAF343E" w14:textId="77777777" w:rsidR="00FC6F9B" w:rsidRPr="00FC6F9B" w:rsidRDefault="00FC6F9B" w:rsidP="00067DE2">
            <w:pPr>
              <w:pStyle w:val="Sansinterligne"/>
            </w:pPr>
            <w:r w:rsidRPr="00FC6F9B">
              <w:t>Locaux, équipements, fournisseurs, équipe, capacité, qualité, numérique et assurances.</w:t>
            </w:r>
          </w:p>
        </w:tc>
      </w:tr>
      <w:tr w:rsidR="00FC6F9B" w:rsidRPr="00FC6F9B" w14:paraId="55882277" w14:textId="77777777" w:rsidTr="00FC6F9B">
        <w:tc>
          <w:tcPr>
            <w:tcW w:w="3168" w:type="dxa"/>
          </w:tcPr>
          <w:p w14:paraId="05D67072" w14:textId="77777777" w:rsidR="00FC6F9B" w:rsidRPr="00FC6F9B" w:rsidRDefault="00FC6F9B" w:rsidP="00067DE2">
            <w:pPr>
              <w:pStyle w:val="Sansinterligne"/>
            </w:pPr>
            <w:r w:rsidRPr="00FC6F9B">
              <w:t>8. Choix juridiques et sociaux</w:t>
            </w:r>
          </w:p>
        </w:tc>
        <w:tc>
          <w:tcPr>
            <w:tcW w:w="7200" w:type="dxa"/>
          </w:tcPr>
          <w:p w14:paraId="0EA470CD" w14:textId="77777777" w:rsidR="00FC6F9B" w:rsidRPr="00FC6F9B" w:rsidRDefault="00FC6F9B" w:rsidP="00067DE2">
            <w:pPr>
              <w:pStyle w:val="Sansinterligne"/>
            </w:pPr>
            <w:r w:rsidRPr="00FC6F9B">
              <w:t>Forme envisagée, associés, gouvernance, fiscalité, protection et rémunération du dirigeant.</w:t>
            </w:r>
          </w:p>
        </w:tc>
      </w:tr>
      <w:tr w:rsidR="00FC6F9B" w:rsidRPr="00FC6F9B" w14:paraId="63E3E0FC" w14:textId="77777777" w:rsidTr="00FC6F9B">
        <w:tc>
          <w:tcPr>
            <w:tcW w:w="3168" w:type="dxa"/>
          </w:tcPr>
          <w:p w14:paraId="629F1FB2" w14:textId="77777777" w:rsidR="00FC6F9B" w:rsidRPr="00FC6F9B" w:rsidRDefault="00FC6F9B" w:rsidP="00067DE2">
            <w:pPr>
              <w:pStyle w:val="Sansinterligne"/>
            </w:pPr>
            <w:r w:rsidRPr="00FC6F9B">
              <w:t>9. Plan de lancement et risques</w:t>
            </w:r>
          </w:p>
        </w:tc>
        <w:tc>
          <w:tcPr>
            <w:tcW w:w="7200" w:type="dxa"/>
          </w:tcPr>
          <w:p w14:paraId="0D8FE228" w14:textId="77777777" w:rsidR="00FC6F9B" w:rsidRPr="00FC6F9B" w:rsidRDefault="00FC6F9B" w:rsidP="00067DE2">
            <w:pPr>
              <w:pStyle w:val="Sansinterligne"/>
            </w:pPr>
            <w:r w:rsidRPr="00FC6F9B">
              <w:t>Jalons, responsables, autorisations, dépenses, dépendances et scénarios de retard.</w:t>
            </w:r>
          </w:p>
        </w:tc>
      </w:tr>
      <w:tr w:rsidR="00FC6F9B" w:rsidRPr="00FC6F9B" w14:paraId="1A1F806B" w14:textId="77777777" w:rsidTr="00FC6F9B">
        <w:tc>
          <w:tcPr>
            <w:tcW w:w="3168" w:type="dxa"/>
          </w:tcPr>
          <w:p w14:paraId="383B1630" w14:textId="77777777" w:rsidR="00FC6F9B" w:rsidRPr="00FC6F9B" w:rsidRDefault="00FC6F9B" w:rsidP="00067DE2">
            <w:pPr>
              <w:pStyle w:val="Sansinterligne"/>
            </w:pPr>
            <w:r w:rsidRPr="00FC6F9B">
              <w:t>10. Prévisionnel financier</w:t>
            </w:r>
          </w:p>
        </w:tc>
        <w:tc>
          <w:tcPr>
            <w:tcW w:w="7200" w:type="dxa"/>
          </w:tcPr>
          <w:p w14:paraId="4DCF05D4" w14:textId="77777777" w:rsidR="00FC6F9B" w:rsidRPr="00FC6F9B" w:rsidRDefault="00FC6F9B" w:rsidP="00067DE2">
            <w:pPr>
              <w:pStyle w:val="Sansinterligne"/>
            </w:pPr>
            <w:r w:rsidRPr="00FC6F9B">
              <w:t>Hypothèses, financement initial, résultat, trésorerie mensuelle, financement sur trois ans et bilan.</w:t>
            </w:r>
          </w:p>
        </w:tc>
      </w:tr>
      <w:tr w:rsidR="00FC6F9B" w:rsidRPr="00FC6F9B" w14:paraId="368FBFB1" w14:textId="77777777" w:rsidTr="00FC6F9B">
        <w:tc>
          <w:tcPr>
            <w:tcW w:w="3168" w:type="dxa"/>
          </w:tcPr>
          <w:p w14:paraId="458E39A6" w14:textId="77777777" w:rsidR="00FC6F9B" w:rsidRPr="00FC6F9B" w:rsidRDefault="00FC6F9B" w:rsidP="00067DE2">
            <w:pPr>
              <w:pStyle w:val="Sansinterligne"/>
            </w:pPr>
            <w:r w:rsidRPr="00FC6F9B">
              <w:t>11. Financements et aides</w:t>
            </w:r>
          </w:p>
        </w:tc>
        <w:tc>
          <w:tcPr>
            <w:tcW w:w="7200" w:type="dxa"/>
          </w:tcPr>
          <w:p w14:paraId="7C4678A8" w14:textId="77777777" w:rsidR="00FC6F9B" w:rsidRPr="00FC6F9B" w:rsidRDefault="00FC6F9B" w:rsidP="00067DE2">
            <w:pPr>
              <w:pStyle w:val="Sansinterligne"/>
            </w:pPr>
            <w:r w:rsidRPr="00FC6F9B">
              <w:t>Ressources personnelles et professionnelles, conditions, accords, dates de versement et solution de repli.</w:t>
            </w:r>
          </w:p>
        </w:tc>
      </w:tr>
      <w:tr w:rsidR="00FC6F9B" w:rsidRPr="00FC6F9B" w14:paraId="13BE30A9" w14:textId="77777777" w:rsidTr="00FC6F9B">
        <w:tc>
          <w:tcPr>
            <w:tcW w:w="3168" w:type="dxa"/>
          </w:tcPr>
          <w:p w14:paraId="43B9AA1D" w14:textId="77777777" w:rsidR="00FC6F9B" w:rsidRPr="00FC6F9B" w:rsidRDefault="00FC6F9B" w:rsidP="00067DE2">
            <w:pPr>
              <w:pStyle w:val="Sansinterligne"/>
            </w:pPr>
            <w:r w:rsidRPr="00FC6F9B">
              <w:t>12. Annexes</w:t>
            </w:r>
          </w:p>
        </w:tc>
        <w:tc>
          <w:tcPr>
            <w:tcW w:w="7200" w:type="dxa"/>
          </w:tcPr>
          <w:p w14:paraId="44BFF8F2" w14:textId="77777777" w:rsidR="00FC6F9B" w:rsidRPr="00FC6F9B" w:rsidRDefault="00FC6F9B" w:rsidP="00067DE2">
            <w:pPr>
              <w:pStyle w:val="Sansinterligne"/>
            </w:pPr>
            <w:r w:rsidRPr="00FC6F9B">
              <w:t>Documents datés justifiant les hypothèses commerciales, techniques, juridiques et financières.</w:t>
            </w:r>
          </w:p>
        </w:tc>
      </w:tr>
    </w:tbl>
    <w:p w14:paraId="025D8795" w14:textId="77777777" w:rsidR="00FC6F9B" w:rsidRDefault="00FC6F9B" w:rsidP="00FC6F9B">
      <w:pPr>
        <w:spacing w:after="0" w:line="240" w:lineRule="auto"/>
      </w:pPr>
    </w:p>
    <w:p w14:paraId="59271DD8" w14:textId="77777777" w:rsidR="00FC6F9B" w:rsidRDefault="00FC6F9B" w:rsidP="00FC6F9B">
      <w:pPr>
        <w:pStyle w:val="Titre2"/>
        <w:spacing w:before="0" w:after="0" w:line="240" w:lineRule="auto"/>
      </w:pPr>
      <w:r>
        <w:t>10.2- Trois dossiers à coordonner</w:t>
      </w:r>
    </w:p>
    <w:p w14:paraId="4CB0C295" w14:textId="64DB402B" w:rsidR="00FC6F9B" w:rsidRDefault="00FC6F9B" w:rsidP="00FC6F9B">
      <w:pPr>
        <w:spacing w:after="0" w:line="240" w:lineRule="auto"/>
      </w:pPr>
      <w:r>
        <w:t>Le dossier économique démontre la faisabilité. Le dossier de financement répond aux exigences de la banque, du réseau ou de l’organisme d’aide. Le dossier d’immatriculation transmet les informations et pièces administratives prévues pour la forme choisie. Un business plan n’est pas une pièce générale obligatoire du guichet de création</w:t>
      </w:r>
      <w:r>
        <w:t> :</w:t>
      </w:r>
      <w:r>
        <w:t xml:space="preserve"> vérifier la liste administrative correspondant à son activité [12] [13].</w:t>
      </w:r>
    </w:p>
    <w:p w14:paraId="3425BA2D" w14:textId="1FF51985" w:rsidR="00FC6F9B" w:rsidRDefault="00FC6F9B" w:rsidP="00FC6F9B">
      <w:pPr>
        <w:spacing w:after="0" w:line="240" w:lineRule="auto"/>
      </w:pPr>
      <w:r>
        <w:lastRenderedPageBreak/>
        <w:t>Une donnée commune doit rester identique partout</w:t>
      </w:r>
      <w:r>
        <w:t> :</w:t>
      </w:r>
      <w:r>
        <w:t xml:space="preserve"> identité, adresse, répartition des apports, activité, montant de l’investissement et date de lancement. Une aide personnelle ne devient une ressource de la société que si un apport ou une avance est réellement prévu.</w:t>
      </w:r>
    </w:p>
    <w:p w14:paraId="26642757" w14:textId="77777777" w:rsidR="00FC6F9B" w:rsidRDefault="00FC6F9B" w:rsidP="00067DE2">
      <w:pPr>
        <w:pStyle w:val="Titre1"/>
      </w:pPr>
      <w:bookmarkStart w:id="10" w:name="_Toc241759581"/>
      <w:r>
        <w:t>11- Réunir les annexes et préparer les formalités</w:t>
      </w:r>
      <w:bookmarkEnd w:id="10"/>
    </w:p>
    <w:p w14:paraId="6B460A05" w14:textId="77777777" w:rsidR="00FC6F9B" w:rsidRDefault="00FC6F9B" w:rsidP="00FC6F9B">
      <w:pPr>
        <w:pStyle w:val="Titre2"/>
        <w:spacing w:before="0" w:after="0" w:line="240" w:lineRule="auto"/>
      </w:pPr>
      <w:r>
        <w:t>11.1- Les preuves qui rendent le dossier vérifiable</w:t>
      </w:r>
    </w:p>
    <w:tbl>
      <w:tblPr>
        <w:tblStyle w:val="Grilledutableau"/>
        <w:tblW w:w="0" w:type="auto"/>
        <w:tblLayout w:type="fixed"/>
        <w:tblLook w:val="04A0" w:firstRow="1" w:lastRow="0" w:firstColumn="1" w:lastColumn="0" w:noHBand="0" w:noVBand="1"/>
      </w:tblPr>
      <w:tblGrid>
        <w:gridCol w:w="2016"/>
        <w:gridCol w:w="4320"/>
        <w:gridCol w:w="4032"/>
      </w:tblGrid>
      <w:tr w:rsidR="00FC6F9B" w:rsidRPr="00FC6F9B" w14:paraId="02CD9EC3" w14:textId="77777777" w:rsidTr="00FC6F9B">
        <w:trPr>
          <w:tblHeader/>
        </w:trPr>
        <w:tc>
          <w:tcPr>
            <w:tcW w:w="2016" w:type="dxa"/>
          </w:tcPr>
          <w:p w14:paraId="78FB64B7" w14:textId="77777777" w:rsidR="00FC6F9B" w:rsidRPr="00FC6F9B" w:rsidRDefault="00FC6F9B" w:rsidP="00FC6F9B">
            <w:pPr>
              <w:jc w:val="left"/>
              <w:rPr>
                <w:rFonts w:ascii="Calibri" w:hAnsi="Calibri" w:cs="Calibri"/>
                <w:sz w:val="20"/>
              </w:rPr>
            </w:pPr>
            <w:r w:rsidRPr="00FC6F9B">
              <w:rPr>
                <w:rFonts w:ascii="Calibri" w:hAnsi="Calibri" w:cs="Calibri"/>
                <w:b/>
                <w:sz w:val="20"/>
              </w:rPr>
              <w:t>Annexe</w:t>
            </w:r>
          </w:p>
        </w:tc>
        <w:tc>
          <w:tcPr>
            <w:tcW w:w="4320" w:type="dxa"/>
          </w:tcPr>
          <w:p w14:paraId="5F53A6E8" w14:textId="77777777" w:rsidR="00FC6F9B" w:rsidRPr="00FC6F9B" w:rsidRDefault="00FC6F9B" w:rsidP="00FC6F9B">
            <w:pPr>
              <w:jc w:val="left"/>
              <w:rPr>
                <w:rFonts w:ascii="Calibri" w:hAnsi="Calibri" w:cs="Calibri"/>
                <w:sz w:val="20"/>
              </w:rPr>
            </w:pPr>
            <w:r w:rsidRPr="00FC6F9B">
              <w:rPr>
                <w:rFonts w:ascii="Calibri" w:hAnsi="Calibri" w:cs="Calibri"/>
                <w:b/>
                <w:sz w:val="20"/>
              </w:rPr>
              <w:t>Justificatifs possibles</w:t>
            </w:r>
          </w:p>
        </w:tc>
        <w:tc>
          <w:tcPr>
            <w:tcW w:w="4032" w:type="dxa"/>
          </w:tcPr>
          <w:p w14:paraId="2736F7D0" w14:textId="77777777" w:rsidR="00FC6F9B" w:rsidRPr="00FC6F9B" w:rsidRDefault="00FC6F9B" w:rsidP="00FC6F9B">
            <w:pPr>
              <w:jc w:val="left"/>
              <w:rPr>
                <w:rFonts w:ascii="Calibri" w:hAnsi="Calibri" w:cs="Calibri"/>
                <w:sz w:val="20"/>
              </w:rPr>
            </w:pPr>
            <w:r w:rsidRPr="00FC6F9B">
              <w:rPr>
                <w:rFonts w:ascii="Calibri" w:hAnsi="Calibri" w:cs="Calibri"/>
                <w:b/>
                <w:sz w:val="20"/>
              </w:rPr>
              <w:t>Ce qu’ils permettent de vérifier</w:t>
            </w:r>
          </w:p>
        </w:tc>
      </w:tr>
      <w:tr w:rsidR="00FC6F9B" w:rsidRPr="00FC6F9B" w14:paraId="7E708F67" w14:textId="77777777" w:rsidTr="00FC6F9B">
        <w:tc>
          <w:tcPr>
            <w:tcW w:w="2016" w:type="dxa"/>
          </w:tcPr>
          <w:p w14:paraId="25505B29" w14:textId="77777777" w:rsidR="00FC6F9B" w:rsidRPr="00FC6F9B" w:rsidRDefault="00FC6F9B" w:rsidP="00FC6F9B">
            <w:pPr>
              <w:jc w:val="left"/>
              <w:rPr>
                <w:rFonts w:ascii="Calibri" w:hAnsi="Calibri" w:cs="Calibri"/>
                <w:sz w:val="20"/>
              </w:rPr>
            </w:pPr>
            <w:r w:rsidRPr="00FC6F9B">
              <w:rPr>
                <w:rFonts w:ascii="Calibri" w:hAnsi="Calibri" w:cs="Calibri"/>
                <w:sz w:val="20"/>
              </w:rPr>
              <w:t>Équipe</w:t>
            </w:r>
          </w:p>
        </w:tc>
        <w:tc>
          <w:tcPr>
            <w:tcW w:w="4320" w:type="dxa"/>
          </w:tcPr>
          <w:p w14:paraId="16C5EFD8" w14:textId="77777777" w:rsidR="00FC6F9B" w:rsidRPr="00FC6F9B" w:rsidRDefault="00FC6F9B" w:rsidP="00FC6F9B">
            <w:pPr>
              <w:jc w:val="left"/>
              <w:rPr>
                <w:rFonts w:ascii="Calibri" w:hAnsi="Calibri" w:cs="Calibri"/>
                <w:sz w:val="20"/>
              </w:rPr>
            </w:pPr>
            <w:r w:rsidRPr="00FC6F9B">
              <w:rPr>
                <w:rFonts w:ascii="Calibri" w:hAnsi="Calibri" w:cs="Calibri"/>
                <w:sz w:val="20"/>
              </w:rPr>
              <w:t>Parcours, diplômes utiles, répartition des rôles</w:t>
            </w:r>
          </w:p>
        </w:tc>
        <w:tc>
          <w:tcPr>
            <w:tcW w:w="4032" w:type="dxa"/>
          </w:tcPr>
          <w:p w14:paraId="428EE193" w14:textId="77777777" w:rsidR="00FC6F9B" w:rsidRPr="00FC6F9B" w:rsidRDefault="00FC6F9B" w:rsidP="00FC6F9B">
            <w:pPr>
              <w:jc w:val="left"/>
              <w:rPr>
                <w:rFonts w:ascii="Calibri" w:hAnsi="Calibri" w:cs="Calibri"/>
                <w:sz w:val="20"/>
              </w:rPr>
            </w:pPr>
            <w:r w:rsidRPr="00FC6F9B">
              <w:rPr>
                <w:rFonts w:ascii="Calibri" w:hAnsi="Calibri" w:cs="Calibri"/>
                <w:sz w:val="20"/>
              </w:rPr>
              <w:t>Compétences et disponibilité</w:t>
            </w:r>
          </w:p>
        </w:tc>
      </w:tr>
      <w:tr w:rsidR="00FC6F9B" w:rsidRPr="00FC6F9B" w14:paraId="4049DE41" w14:textId="77777777" w:rsidTr="00FC6F9B">
        <w:tc>
          <w:tcPr>
            <w:tcW w:w="2016" w:type="dxa"/>
          </w:tcPr>
          <w:p w14:paraId="3F3A5BCD" w14:textId="77777777" w:rsidR="00FC6F9B" w:rsidRPr="00FC6F9B" w:rsidRDefault="00FC6F9B" w:rsidP="00FC6F9B">
            <w:pPr>
              <w:jc w:val="left"/>
              <w:rPr>
                <w:rFonts w:ascii="Calibri" w:hAnsi="Calibri" w:cs="Calibri"/>
                <w:sz w:val="20"/>
              </w:rPr>
            </w:pPr>
            <w:r w:rsidRPr="00FC6F9B">
              <w:rPr>
                <w:rFonts w:ascii="Calibri" w:hAnsi="Calibri" w:cs="Calibri"/>
                <w:sz w:val="20"/>
              </w:rPr>
              <w:t>Marché</w:t>
            </w:r>
          </w:p>
        </w:tc>
        <w:tc>
          <w:tcPr>
            <w:tcW w:w="4320" w:type="dxa"/>
          </w:tcPr>
          <w:p w14:paraId="3CE0AB34" w14:textId="77777777" w:rsidR="00FC6F9B" w:rsidRPr="00FC6F9B" w:rsidRDefault="00FC6F9B" w:rsidP="00FC6F9B">
            <w:pPr>
              <w:jc w:val="left"/>
              <w:rPr>
                <w:rFonts w:ascii="Calibri" w:hAnsi="Calibri" w:cs="Calibri"/>
                <w:sz w:val="20"/>
              </w:rPr>
            </w:pPr>
            <w:r w:rsidRPr="00FC6F9B">
              <w:rPr>
                <w:rFonts w:ascii="Calibri" w:hAnsi="Calibri" w:cs="Calibri"/>
                <w:sz w:val="20"/>
              </w:rPr>
              <w:t>Sources datées, questionnaire, entretiens, tests</w:t>
            </w:r>
          </w:p>
        </w:tc>
        <w:tc>
          <w:tcPr>
            <w:tcW w:w="4032" w:type="dxa"/>
          </w:tcPr>
          <w:p w14:paraId="1214BAAB" w14:textId="77777777" w:rsidR="00FC6F9B" w:rsidRPr="00FC6F9B" w:rsidRDefault="00FC6F9B" w:rsidP="00FC6F9B">
            <w:pPr>
              <w:jc w:val="left"/>
              <w:rPr>
                <w:rFonts w:ascii="Calibri" w:hAnsi="Calibri" w:cs="Calibri"/>
                <w:sz w:val="20"/>
              </w:rPr>
            </w:pPr>
            <w:r w:rsidRPr="00FC6F9B">
              <w:rPr>
                <w:rFonts w:ascii="Calibri" w:hAnsi="Calibri" w:cs="Calibri"/>
                <w:sz w:val="20"/>
              </w:rPr>
              <w:t>Demande accessible et prix accepté</w:t>
            </w:r>
          </w:p>
        </w:tc>
      </w:tr>
      <w:tr w:rsidR="00FC6F9B" w:rsidRPr="00FC6F9B" w14:paraId="2619BD65" w14:textId="77777777" w:rsidTr="00FC6F9B">
        <w:tc>
          <w:tcPr>
            <w:tcW w:w="2016" w:type="dxa"/>
          </w:tcPr>
          <w:p w14:paraId="6CE03CED" w14:textId="77777777" w:rsidR="00FC6F9B" w:rsidRPr="00FC6F9B" w:rsidRDefault="00FC6F9B" w:rsidP="00FC6F9B">
            <w:pPr>
              <w:jc w:val="left"/>
              <w:rPr>
                <w:rFonts w:ascii="Calibri" w:hAnsi="Calibri" w:cs="Calibri"/>
                <w:sz w:val="20"/>
              </w:rPr>
            </w:pPr>
            <w:r w:rsidRPr="00FC6F9B">
              <w:rPr>
                <w:rFonts w:ascii="Calibri" w:hAnsi="Calibri" w:cs="Calibri"/>
                <w:sz w:val="20"/>
              </w:rPr>
              <w:t>Commercial</w:t>
            </w:r>
          </w:p>
        </w:tc>
        <w:tc>
          <w:tcPr>
            <w:tcW w:w="4320" w:type="dxa"/>
          </w:tcPr>
          <w:p w14:paraId="718E3DB7" w14:textId="77777777" w:rsidR="00FC6F9B" w:rsidRPr="00FC6F9B" w:rsidRDefault="00FC6F9B" w:rsidP="00FC6F9B">
            <w:pPr>
              <w:jc w:val="left"/>
              <w:rPr>
                <w:rFonts w:ascii="Calibri" w:hAnsi="Calibri" w:cs="Calibri"/>
                <w:sz w:val="20"/>
              </w:rPr>
            </w:pPr>
            <w:r w:rsidRPr="00FC6F9B">
              <w:rPr>
                <w:rFonts w:ascii="Calibri" w:hAnsi="Calibri" w:cs="Calibri"/>
                <w:sz w:val="20"/>
              </w:rPr>
              <w:t>Devis clients, commandes, contrats ou intentions</w:t>
            </w:r>
          </w:p>
        </w:tc>
        <w:tc>
          <w:tcPr>
            <w:tcW w:w="4032" w:type="dxa"/>
          </w:tcPr>
          <w:p w14:paraId="78E28BCA" w14:textId="77777777" w:rsidR="00FC6F9B" w:rsidRPr="00FC6F9B" w:rsidRDefault="00FC6F9B" w:rsidP="00FC6F9B">
            <w:pPr>
              <w:jc w:val="left"/>
              <w:rPr>
                <w:rFonts w:ascii="Calibri" w:hAnsi="Calibri" w:cs="Calibri"/>
                <w:sz w:val="20"/>
              </w:rPr>
            </w:pPr>
            <w:r w:rsidRPr="00FC6F9B">
              <w:rPr>
                <w:rFonts w:ascii="Calibri" w:hAnsi="Calibri" w:cs="Calibri"/>
                <w:sz w:val="20"/>
              </w:rPr>
              <w:t>Qualité du portefeuille et calendrier</w:t>
            </w:r>
          </w:p>
        </w:tc>
      </w:tr>
      <w:tr w:rsidR="00FC6F9B" w:rsidRPr="00FC6F9B" w14:paraId="0E31B3F1" w14:textId="77777777" w:rsidTr="00FC6F9B">
        <w:tc>
          <w:tcPr>
            <w:tcW w:w="2016" w:type="dxa"/>
          </w:tcPr>
          <w:p w14:paraId="44838CA7" w14:textId="77777777" w:rsidR="00FC6F9B" w:rsidRPr="00FC6F9B" w:rsidRDefault="00FC6F9B" w:rsidP="00FC6F9B">
            <w:pPr>
              <w:jc w:val="left"/>
              <w:rPr>
                <w:rFonts w:ascii="Calibri" w:hAnsi="Calibri" w:cs="Calibri"/>
                <w:sz w:val="20"/>
              </w:rPr>
            </w:pPr>
            <w:r w:rsidRPr="00FC6F9B">
              <w:rPr>
                <w:rFonts w:ascii="Calibri" w:hAnsi="Calibri" w:cs="Calibri"/>
                <w:sz w:val="20"/>
              </w:rPr>
              <w:t>Investissements</w:t>
            </w:r>
          </w:p>
        </w:tc>
        <w:tc>
          <w:tcPr>
            <w:tcW w:w="4320" w:type="dxa"/>
          </w:tcPr>
          <w:p w14:paraId="05B7CF05" w14:textId="77777777" w:rsidR="00FC6F9B" w:rsidRPr="00FC6F9B" w:rsidRDefault="00FC6F9B" w:rsidP="00FC6F9B">
            <w:pPr>
              <w:jc w:val="left"/>
              <w:rPr>
                <w:rFonts w:ascii="Calibri" w:hAnsi="Calibri" w:cs="Calibri"/>
                <w:sz w:val="20"/>
              </w:rPr>
            </w:pPr>
            <w:r w:rsidRPr="00FC6F9B">
              <w:rPr>
                <w:rFonts w:ascii="Calibri" w:hAnsi="Calibri" w:cs="Calibri"/>
                <w:sz w:val="20"/>
              </w:rPr>
              <w:t>Devis fournisseurs, durée d’usage, maintenance</w:t>
            </w:r>
          </w:p>
        </w:tc>
        <w:tc>
          <w:tcPr>
            <w:tcW w:w="4032" w:type="dxa"/>
          </w:tcPr>
          <w:p w14:paraId="778D98F4" w14:textId="77777777" w:rsidR="00FC6F9B" w:rsidRPr="00FC6F9B" w:rsidRDefault="00FC6F9B" w:rsidP="00FC6F9B">
            <w:pPr>
              <w:jc w:val="left"/>
              <w:rPr>
                <w:rFonts w:ascii="Calibri" w:hAnsi="Calibri" w:cs="Calibri"/>
                <w:sz w:val="20"/>
              </w:rPr>
            </w:pPr>
            <w:r w:rsidRPr="00FC6F9B">
              <w:rPr>
                <w:rFonts w:ascii="Calibri" w:hAnsi="Calibri" w:cs="Calibri"/>
                <w:sz w:val="20"/>
              </w:rPr>
              <w:t>Montants, délais et charges futures</w:t>
            </w:r>
          </w:p>
        </w:tc>
      </w:tr>
      <w:tr w:rsidR="00FC6F9B" w:rsidRPr="00FC6F9B" w14:paraId="4C7D7717" w14:textId="77777777" w:rsidTr="00FC6F9B">
        <w:tc>
          <w:tcPr>
            <w:tcW w:w="2016" w:type="dxa"/>
          </w:tcPr>
          <w:p w14:paraId="23D0DC39" w14:textId="77777777" w:rsidR="00FC6F9B" w:rsidRPr="00FC6F9B" w:rsidRDefault="00FC6F9B" w:rsidP="00FC6F9B">
            <w:pPr>
              <w:jc w:val="left"/>
              <w:rPr>
                <w:rFonts w:ascii="Calibri" w:hAnsi="Calibri" w:cs="Calibri"/>
                <w:sz w:val="20"/>
              </w:rPr>
            </w:pPr>
            <w:r w:rsidRPr="00FC6F9B">
              <w:rPr>
                <w:rFonts w:ascii="Calibri" w:hAnsi="Calibri" w:cs="Calibri"/>
                <w:sz w:val="20"/>
              </w:rPr>
              <w:t>Locaux et activité</w:t>
            </w:r>
          </w:p>
        </w:tc>
        <w:tc>
          <w:tcPr>
            <w:tcW w:w="4320" w:type="dxa"/>
          </w:tcPr>
          <w:p w14:paraId="1E9D4EFA" w14:textId="77777777" w:rsidR="00FC6F9B" w:rsidRPr="00FC6F9B" w:rsidRDefault="00FC6F9B" w:rsidP="00FC6F9B">
            <w:pPr>
              <w:jc w:val="left"/>
              <w:rPr>
                <w:rFonts w:ascii="Calibri" w:hAnsi="Calibri" w:cs="Calibri"/>
                <w:sz w:val="20"/>
              </w:rPr>
            </w:pPr>
            <w:r w:rsidRPr="00FC6F9B">
              <w:rPr>
                <w:rFonts w:ascii="Calibri" w:hAnsi="Calibri" w:cs="Calibri"/>
                <w:sz w:val="20"/>
              </w:rPr>
              <w:t>Projet de bail, domiciliation, autorisations</w:t>
            </w:r>
          </w:p>
        </w:tc>
        <w:tc>
          <w:tcPr>
            <w:tcW w:w="4032" w:type="dxa"/>
          </w:tcPr>
          <w:p w14:paraId="13EB7F40" w14:textId="77777777" w:rsidR="00FC6F9B" w:rsidRPr="00FC6F9B" w:rsidRDefault="00FC6F9B" w:rsidP="00FC6F9B">
            <w:pPr>
              <w:jc w:val="left"/>
              <w:rPr>
                <w:rFonts w:ascii="Calibri" w:hAnsi="Calibri" w:cs="Calibri"/>
                <w:sz w:val="20"/>
              </w:rPr>
            </w:pPr>
            <w:r w:rsidRPr="00FC6F9B">
              <w:rPr>
                <w:rFonts w:ascii="Calibri" w:hAnsi="Calibri" w:cs="Calibri"/>
                <w:sz w:val="20"/>
              </w:rPr>
              <w:t>Disponibilité et droit d’exercer</w:t>
            </w:r>
          </w:p>
        </w:tc>
      </w:tr>
      <w:tr w:rsidR="00FC6F9B" w:rsidRPr="00FC6F9B" w14:paraId="4AA9E2AC" w14:textId="77777777" w:rsidTr="00FC6F9B">
        <w:tc>
          <w:tcPr>
            <w:tcW w:w="2016" w:type="dxa"/>
          </w:tcPr>
          <w:p w14:paraId="044E9A15" w14:textId="77777777" w:rsidR="00FC6F9B" w:rsidRPr="00FC6F9B" w:rsidRDefault="00FC6F9B" w:rsidP="00FC6F9B">
            <w:pPr>
              <w:jc w:val="left"/>
              <w:rPr>
                <w:rFonts w:ascii="Calibri" w:hAnsi="Calibri" w:cs="Calibri"/>
                <w:sz w:val="20"/>
              </w:rPr>
            </w:pPr>
            <w:r w:rsidRPr="00FC6F9B">
              <w:rPr>
                <w:rFonts w:ascii="Calibri" w:hAnsi="Calibri" w:cs="Calibri"/>
                <w:sz w:val="20"/>
              </w:rPr>
              <w:t>Équipe et charges</w:t>
            </w:r>
          </w:p>
        </w:tc>
        <w:tc>
          <w:tcPr>
            <w:tcW w:w="4320" w:type="dxa"/>
          </w:tcPr>
          <w:p w14:paraId="5679BA3F" w14:textId="77777777" w:rsidR="00FC6F9B" w:rsidRPr="00FC6F9B" w:rsidRDefault="00FC6F9B" w:rsidP="00FC6F9B">
            <w:pPr>
              <w:jc w:val="left"/>
              <w:rPr>
                <w:rFonts w:ascii="Calibri" w:hAnsi="Calibri" w:cs="Calibri"/>
                <w:sz w:val="20"/>
              </w:rPr>
            </w:pPr>
            <w:r w:rsidRPr="00FC6F9B">
              <w:rPr>
                <w:rFonts w:ascii="Calibri" w:hAnsi="Calibri" w:cs="Calibri"/>
                <w:sz w:val="20"/>
              </w:rPr>
              <w:t>Plan d’effectif, simulations de coût complet</w:t>
            </w:r>
          </w:p>
        </w:tc>
        <w:tc>
          <w:tcPr>
            <w:tcW w:w="4032" w:type="dxa"/>
          </w:tcPr>
          <w:p w14:paraId="16EAD995" w14:textId="77777777" w:rsidR="00FC6F9B" w:rsidRPr="00FC6F9B" w:rsidRDefault="00FC6F9B" w:rsidP="00FC6F9B">
            <w:pPr>
              <w:jc w:val="left"/>
              <w:rPr>
                <w:rFonts w:ascii="Calibri" w:hAnsi="Calibri" w:cs="Calibri"/>
                <w:sz w:val="20"/>
              </w:rPr>
            </w:pPr>
            <w:r w:rsidRPr="00FC6F9B">
              <w:rPr>
                <w:rFonts w:ascii="Calibri" w:hAnsi="Calibri" w:cs="Calibri"/>
                <w:sz w:val="20"/>
              </w:rPr>
              <w:t>Capacité et rémunération financée</w:t>
            </w:r>
          </w:p>
        </w:tc>
      </w:tr>
      <w:tr w:rsidR="00FC6F9B" w:rsidRPr="00FC6F9B" w14:paraId="6E8DAADE" w14:textId="77777777" w:rsidTr="00FC6F9B">
        <w:tc>
          <w:tcPr>
            <w:tcW w:w="2016" w:type="dxa"/>
          </w:tcPr>
          <w:p w14:paraId="7269CD81" w14:textId="77777777" w:rsidR="00FC6F9B" w:rsidRPr="00FC6F9B" w:rsidRDefault="00FC6F9B" w:rsidP="00FC6F9B">
            <w:pPr>
              <w:jc w:val="left"/>
              <w:rPr>
                <w:rFonts w:ascii="Calibri" w:hAnsi="Calibri" w:cs="Calibri"/>
                <w:sz w:val="20"/>
              </w:rPr>
            </w:pPr>
            <w:r w:rsidRPr="00FC6F9B">
              <w:rPr>
                <w:rFonts w:ascii="Calibri" w:hAnsi="Calibri" w:cs="Calibri"/>
                <w:sz w:val="20"/>
              </w:rPr>
              <w:t>Financement</w:t>
            </w:r>
          </w:p>
        </w:tc>
        <w:tc>
          <w:tcPr>
            <w:tcW w:w="4320" w:type="dxa"/>
          </w:tcPr>
          <w:p w14:paraId="5FFDB2B7" w14:textId="77777777" w:rsidR="00FC6F9B" w:rsidRPr="00FC6F9B" w:rsidRDefault="00FC6F9B" w:rsidP="00FC6F9B">
            <w:pPr>
              <w:jc w:val="left"/>
              <w:rPr>
                <w:rFonts w:ascii="Calibri" w:hAnsi="Calibri" w:cs="Calibri"/>
                <w:sz w:val="20"/>
              </w:rPr>
            </w:pPr>
            <w:r w:rsidRPr="00FC6F9B">
              <w:rPr>
                <w:rFonts w:ascii="Calibri" w:hAnsi="Calibri" w:cs="Calibri"/>
                <w:sz w:val="20"/>
              </w:rPr>
              <w:t>Justificatifs d’apport, offres, accords, échéanciers</w:t>
            </w:r>
          </w:p>
        </w:tc>
        <w:tc>
          <w:tcPr>
            <w:tcW w:w="4032" w:type="dxa"/>
          </w:tcPr>
          <w:p w14:paraId="22BE0334" w14:textId="77777777" w:rsidR="00FC6F9B" w:rsidRPr="00FC6F9B" w:rsidRDefault="00FC6F9B" w:rsidP="00FC6F9B">
            <w:pPr>
              <w:jc w:val="left"/>
              <w:rPr>
                <w:rFonts w:ascii="Calibri" w:hAnsi="Calibri" w:cs="Calibri"/>
                <w:sz w:val="20"/>
              </w:rPr>
            </w:pPr>
            <w:r w:rsidRPr="00FC6F9B">
              <w:rPr>
                <w:rFonts w:ascii="Calibri" w:hAnsi="Calibri" w:cs="Calibri"/>
                <w:sz w:val="20"/>
              </w:rPr>
              <w:t>Ressources, conditions et remboursements</w:t>
            </w:r>
          </w:p>
        </w:tc>
      </w:tr>
      <w:tr w:rsidR="00FC6F9B" w:rsidRPr="00FC6F9B" w14:paraId="605BEF3B" w14:textId="77777777" w:rsidTr="00FC6F9B">
        <w:tc>
          <w:tcPr>
            <w:tcW w:w="2016" w:type="dxa"/>
          </w:tcPr>
          <w:p w14:paraId="4BE103B4" w14:textId="77777777" w:rsidR="00FC6F9B" w:rsidRPr="00FC6F9B" w:rsidRDefault="00FC6F9B" w:rsidP="00FC6F9B">
            <w:pPr>
              <w:jc w:val="left"/>
              <w:rPr>
                <w:rFonts w:ascii="Calibri" w:hAnsi="Calibri" w:cs="Calibri"/>
                <w:sz w:val="20"/>
              </w:rPr>
            </w:pPr>
            <w:r w:rsidRPr="00FC6F9B">
              <w:rPr>
                <w:rFonts w:ascii="Calibri" w:hAnsi="Calibri" w:cs="Calibri"/>
                <w:sz w:val="20"/>
              </w:rPr>
              <w:t>Aides</w:t>
            </w:r>
          </w:p>
        </w:tc>
        <w:tc>
          <w:tcPr>
            <w:tcW w:w="4320" w:type="dxa"/>
          </w:tcPr>
          <w:p w14:paraId="1257F060" w14:textId="77777777" w:rsidR="00FC6F9B" w:rsidRPr="00FC6F9B" w:rsidRDefault="00FC6F9B" w:rsidP="00FC6F9B">
            <w:pPr>
              <w:jc w:val="left"/>
              <w:rPr>
                <w:rFonts w:ascii="Calibri" w:hAnsi="Calibri" w:cs="Calibri"/>
                <w:sz w:val="20"/>
              </w:rPr>
            </w:pPr>
            <w:r w:rsidRPr="00FC6F9B">
              <w:rPr>
                <w:rFonts w:ascii="Calibri" w:hAnsi="Calibri" w:cs="Calibri"/>
                <w:sz w:val="20"/>
              </w:rPr>
              <w:t>Règlement, formulaire, accusé de dépôt, décision</w:t>
            </w:r>
          </w:p>
        </w:tc>
        <w:tc>
          <w:tcPr>
            <w:tcW w:w="4032" w:type="dxa"/>
          </w:tcPr>
          <w:p w14:paraId="52AD6080" w14:textId="77777777" w:rsidR="00FC6F9B" w:rsidRPr="00FC6F9B" w:rsidRDefault="00FC6F9B" w:rsidP="00FC6F9B">
            <w:pPr>
              <w:jc w:val="left"/>
              <w:rPr>
                <w:rFonts w:ascii="Calibri" w:hAnsi="Calibri" w:cs="Calibri"/>
                <w:sz w:val="20"/>
              </w:rPr>
            </w:pPr>
            <w:r w:rsidRPr="00FC6F9B">
              <w:rPr>
                <w:rFonts w:ascii="Calibri" w:hAnsi="Calibri" w:cs="Calibri"/>
                <w:sz w:val="20"/>
              </w:rPr>
              <w:t>Éligibilité et paiement probable</w:t>
            </w:r>
          </w:p>
        </w:tc>
      </w:tr>
      <w:tr w:rsidR="00FC6F9B" w:rsidRPr="00FC6F9B" w14:paraId="060564AD" w14:textId="77777777" w:rsidTr="00FC6F9B">
        <w:tc>
          <w:tcPr>
            <w:tcW w:w="2016" w:type="dxa"/>
          </w:tcPr>
          <w:p w14:paraId="41F59761" w14:textId="77777777" w:rsidR="00FC6F9B" w:rsidRPr="00FC6F9B" w:rsidRDefault="00FC6F9B" w:rsidP="00FC6F9B">
            <w:pPr>
              <w:jc w:val="left"/>
              <w:rPr>
                <w:rFonts w:ascii="Calibri" w:hAnsi="Calibri" w:cs="Calibri"/>
                <w:sz w:val="20"/>
              </w:rPr>
            </w:pPr>
            <w:r w:rsidRPr="00FC6F9B">
              <w:rPr>
                <w:rFonts w:ascii="Calibri" w:hAnsi="Calibri" w:cs="Calibri"/>
                <w:sz w:val="20"/>
              </w:rPr>
              <w:t>Calculs</w:t>
            </w:r>
          </w:p>
        </w:tc>
        <w:tc>
          <w:tcPr>
            <w:tcW w:w="4320" w:type="dxa"/>
          </w:tcPr>
          <w:p w14:paraId="05BD4221" w14:textId="77777777" w:rsidR="00FC6F9B" w:rsidRPr="00FC6F9B" w:rsidRDefault="00FC6F9B" w:rsidP="00FC6F9B">
            <w:pPr>
              <w:jc w:val="left"/>
              <w:rPr>
                <w:rFonts w:ascii="Calibri" w:hAnsi="Calibri" w:cs="Calibri"/>
                <w:sz w:val="20"/>
              </w:rPr>
            </w:pPr>
            <w:r w:rsidRPr="00FC6F9B">
              <w:rPr>
                <w:rFonts w:ascii="Calibri" w:hAnsi="Calibri" w:cs="Calibri"/>
                <w:sz w:val="20"/>
              </w:rPr>
              <w:t>Modèle financier, hypothèses et scénarios</w:t>
            </w:r>
          </w:p>
        </w:tc>
        <w:tc>
          <w:tcPr>
            <w:tcW w:w="4032" w:type="dxa"/>
          </w:tcPr>
          <w:p w14:paraId="489E8FF4" w14:textId="77777777" w:rsidR="00FC6F9B" w:rsidRPr="00FC6F9B" w:rsidRDefault="00FC6F9B" w:rsidP="00FC6F9B">
            <w:pPr>
              <w:jc w:val="left"/>
              <w:rPr>
                <w:rFonts w:ascii="Calibri" w:hAnsi="Calibri" w:cs="Calibri"/>
                <w:sz w:val="20"/>
              </w:rPr>
            </w:pPr>
            <w:r w:rsidRPr="00FC6F9B">
              <w:rPr>
                <w:rFonts w:ascii="Calibri" w:hAnsi="Calibri" w:cs="Calibri"/>
                <w:sz w:val="20"/>
              </w:rPr>
              <w:t>Articulation des tableaux</w:t>
            </w:r>
          </w:p>
        </w:tc>
      </w:tr>
    </w:tbl>
    <w:p w14:paraId="17F3FCF1" w14:textId="77777777" w:rsidR="00FC6F9B" w:rsidRDefault="00FC6F9B" w:rsidP="00FC6F9B">
      <w:pPr>
        <w:spacing w:after="0" w:line="240" w:lineRule="auto"/>
      </w:pPr>
    </w:p>
    <w:p w14:paraId="063B76F5" w14:textId="77777777" w:rsidR="00FC6F9B" w:rsidRDefault="00FC6F9B" w:rsidP="00FC6F9B">
      <w:pPr>
        <w:spacing w:after="0" w:line="240" w:lineRule="auto"/>
      </w:pPr>
      <w:r>
        <w:t>Numéroter les annexes et les appeler à l’endroit où elles justifient une hypothèse. Une intention commerciale ne vaut pas commande ferme. Un devis d’emprunt ne vaut pas accord de crédit. Le dossier précise les réserves et les dates de validité.</w:t>
      </w:r>
    </w:p>
    <w:p w14:paraId="324F3A78" w14:textId="77777777" w:rsidR="00FC6F9B" w:rsidRDefault="00FC6F9B" w:rsidP="00FC6F9B">
      <w:pPr>
        <w:pStyle w:val="Titre2"/>
        <w:spacing w:before="0" w:after="0" w:line="240" w:lineRule="auto"/>
      </w:pPr>
      <w:r>
        <w:t>11.2- Formalités françaises selon la forme retenue</w:t>
      </w:r>
    </w:p>
    <w:p w14:paraId="2482E08B" w14:textId="77777777" w:rsidR="00FC6F9B" w:rsidRDefault="00FC6F9B" w:rsidP="00FC6F9B">
      <w:pPr>
        <w:spacing w:after="0" w:line="240" w:lineRule="auto"/>
      </w:pPr>
      <w:r>
        <w:t>Pour une société, préparer notamment les statuts signés, le justificatif du siège, la publication de constitution, l’attestation de dépôt des fonds selon la forme et les pièces du dirigeant. Ajouter les documents propres à l’activité réglementée, aux apports et aux situations particulières. La création passe par le guichet unique et comporte les informations sur les bénéficiaires effectifs [12].</w:t>
      </w:r>
    </w:p>
    <w:p w14:paraId="4BECEAE5" w14:textId="6CEEFA8A" w:rsidR="00FC6F9B" w:rsidRDefault="00FC6F9B" w:rsidP="00FC6F9B">
      <w:pPr>
        <w:spacing w:after="0" w:line="240" w:lineRule="auto"/>
      </w:pPr>
      <w:r>
        <w:t>Pour une entreprise individuelle, il n’y a ni statuts de société ni capital social à déposer. Le guichet demande notamment les justificatifs d’identité et de domiciliation, et les pièces adaptées à l’activité et à la situation du créateur [13]. Le régime micro est un régime simplifié applicable sous conditions</w:t>
      </w:r>
      <w:r>
        <w:t> ;</w:t>
      </w:r>
      <w:r>
        <w:t xml:space="preserve"> il ne constitue pas une société.</w:t>
      </w:r>
    </w:p>
    <w:p w14:paraId="5AFC2815" w14:textId="77777777" w:rsidR="00FC6F9B" w:rsidRDefault="00FC6F9B" w:rsidP="00FC6F9B">
      <w:pPr>
        <w:pStyle w:val="Titre2"/>
        <w:spacing w:before="0" w:after="0" w:line="240" w:lineRule="auto"/>
      </w:pPr>
      <w:r>
        <w:t>11.3- Organiser le lancement</w:t>
      </w:r>
    </w:p>
    <w:p w14:paraId="169AA61E" w14:textId="02274086" w:rsidR="00FC6F9B" w:rsidRDefault="00FC6F9B" w:rsidP="00FC6F9B">
      <w:pPr>
        <w:spacing w:after="0" w:line="240" w:lineRule="auto"/>
      </w:pPr>
      <w:r>
        <w:t>Construire un calendrier depuis la première facture envisagée</w:t>
      </w:r>
      <w:r>
        <w:t> :</w:t>
      </w:r>
      <w:r>
        <w:t xml:space="preserve"> financement disponible, formalités, local, assurance, outils comptables, contrat fournisseur et capacité de livraison. Affecter un responsable et une date à chaque étape. Prévoir le temps de réponse et la correction des dossiers incomplets.</w:t>
      </w:r>
    </w:p>
    <w:p w14:paraId="45E3835F" w14:textId="3CB18FBE" w:rsidR="00FC6F9B" w:rsidRDefault="00FC6F9B" w:rsidP="00FC6F9B">
      <w:pPr>
        <w:spacing w:after="0" w:line="240" w:lineRule="auto"/>
      </w:pPr>
      <w:r>
        <w:t>Établir séparément le budget personnel</w:t>
      </w:r>
      <w:r>
        <w:t> :</w:t>
      </w:r>
      <w:r>
        <w:t xml:space="preserve"> logement, dépenses courantes, emprunts privés, protection et ressources du foyer. Il fixe la rémunération minimale attendue et la durée pendant laquelle le créateur peut supporter une activité sans revenu suffisant. Cette contrainte doit rejoindre le coût du dirigeant dans le business plan.</w:t>
      </w:r>
    </w:p>
    <w:p w14:paraId="4433AF60" w14:textId="77777777" w:rsidR="00FC6F9B" w:rsidRDefault="00FC6F9B" w:rsidP="00067DE2">
      <w:pPr>
        <w:pStyle w:val="Titre1"/>
      </w:pPr>
      <w:bookmarkStart w:id="11" w:name="_Toc241759582"/>
      <w:r>
        <w:t>12- Comprendre les familles d’aides à la création</w:t>
      </w:r>
      <w:bookmarkEnd w:id="11"/>
    </w:p>
    <w:p w14:paraId="0DDBC3E1" w14:textId="77777777" w:rsidR="00FC6F9B" w:rsidRDefault="00FC6F9B" w:rsidP="00FC6F9B">
      <w:pPr>
        <w:spacing w:after="0" w:line="240" w:lineRule="auto"/>
      </w:pPr>
      <w:r>
        <w:t>La Chambre de commerce et d’industrie présente les principales familles d’aides et les réseaux à contacter [11]. Le panorama ci-dessous conserve cette logique en distinguant le bénéficiaire, la nature économique et l’effet financier. Les règles détaillées des dispositifs sont vérifiées auprès de leurs organismes gestionnaires.</w:t>
      </w:r>
    </w:p>
    <w:tbl>
      <w:tblPr>
        <w:tblStyle w:val="Grilledutableau"/>
        <w:tblW w:w="0" w:type="auto"/>
        <w:tblLayout w:type="fixed"/>
        <w:tblLook w:val="04A0" w:firstRow="1" w:lastRow="0" w:firstColumn="1" w:lastColumn="0" w:noHBand="0" w:noVBand="1"/>
      </w:tblPr>
      <w:tblGrid>
        <w:gridCol w:w="2160"/>
        <w:gridCol w:w="4464"/>
        <w:gridCol w:w="3744"/>
      </w:tblGrid>
      <w:tr w:rsidR="00FC6F9B" w:rsidRPr="00FC6F9B" w14:paraId="447697F3" w14:textId="77777777" w:rsidTr="00FC6F9B">
        <w:trPr>
          <w:tblHeader/>
        </w:trPr>
        <w:tc>
          <w:tcPr>
            <w:tcW w:w="2160" w:type="dxa"/>
          </w:tcPr>
          <w:p w14:paraId="42F64596" w14:textId="77777777" w:rsidR="00FC6F9B" w:rsidRPr="00FC6F9B" w:rsidRDefault="00FC6F9B" w:rsidP="00FC6F9B">
            <w:pPr>
              <w:jc w:val="left"/>
              <w:rPr>
                <w:rFonts w:ascii="Calibri" w:hAnsi="Calibri" w:cs="Calibri"/>
                <w:sz w:val="20"/>
              </w:rPr>
            </w:pPr>
            <w:r w:rsidRPr="00FC6F9B">
              <w:rPr>
                <w:rFonts w:ascii="Calibri" w:hAnsi="Calibri" w:cs="Calibri"/>
                <w:b/>
                <w:sz w:val="20"/>
              </w:rPr>
              <w:t>Famille</w:t>
            </w:r>
          </w:p>
        </w:tc>
        <w:tc>
          <w:tcPr>
            <w:tcW w:w="4464" w:type="dxa"/>
          </w:tcPr>
          <w:p w14:paraId="7CD863D4" w14:textId="77777777" w:rsidR="00FC6F9B" w:rsidRPr="00FC6F9B" w:rsidRDefault="00FC6F9B" w:rsidP="00FC6F9B">
            <w:pPr>
              <w:jc w:val="left"/>
              <w:rPr>
                <w:rFonts w:ascii="Calibri" w:hAnsi="Calibri" w:cs="Calibri"/>
                <w:sz w:val="20"/>
              </w:rPr>
            </w:pPr>
            <w:r w:rsidRPr="00FC6F9B">
              <w:rPr>
                <w:rFonts w:ascii="Calibri" w:hAnsi="Calibri" w:cs="Calibri"/>
                <w:b/>
                <w:sz w:val="20"/>
              </w:rPr>
              <w:t>Exemples et interlocuteurs</w:t>
            </w:r>
          </w:p>
        </w:tc>
        <w:tc>
          <w:tcPr>
            <w:tcW w:w="3744" w:type="dxa"/>
          </w:tcPr>
          <w:p w14:paraId="147AC224" w14:textId="77777777" w:rsidR="00FC6F9B" w:rsidRPr="00FC6F9B" w:rsidRDefault="00FC6F9B" w:rsidP="00FC6F9B">
            <w:pPr>
              <w:jc w:val="left"/>
              <w:rPr>
                <w:rFonts w:ascii="Calibri" w:hAnsi="Calibri" w:cs="Calibri"/>
                <w:sz w:val="20"/>
              </w:rPr>
            </w:pPr>
            <w:r w:rsidRPr="00FC6F9B">
              <w:rPr>
                <w:rFonts w:ascii="Calibri" w:hAnsi="Calibri" w:cs="Calibri"/>
                <w:b/>
                <w:sz w:val="20"/>
              </w:rPr>
              <w:t>Effet dans le dossier</w:t>
            </w:r>
          </w:p>
        </w:tc>
      </w:tr>
      <w:tr w:rsidR="00FC6F9B" w:rsidRPr="00FC6F9B" w14:paraId="0015A933" w14:textId="77777777" w:rsidTr="00FC6F9B">
        <w:tc>
          <w:tcPr>
            <w:tcW w:w="2160" w:type="dxa"/>
          </w:tcPr>
          <w:p w14:paraId="14B019F3" w14:textId="77777777" w:rsidR="00FC6F9B" w:rsidRPr="00FC6F9B" w:rsidRDefault="00FC6F9B" w:rsidP="00FC6F9B">
            <w:pPr>
              <w:jc w:val="left"/>
              <w:rPr>
                <w:rFonts w:ascii="Calibri" w:hAnsi="Calibri" w:cs="Calibri"/>
                <w:sz w:val="20"/>
              </w:rPr>
            </w:pPr>
            <w:r w:rsidRPr="00FC6F9B">
              <w:rPr>
                <w:rFonts w:ascii="Calibri" w:hAnsi="Calibri" w:cs="Calibri"/>
                <w:sz w:val="20"/>
              </w:rPr>
              <w:t>Allègement social</w:t>
            </w:r>
          </w:p>
        </w:tc>
        <w:tc>
          <w:tcPr>
            <w:tcW w:w="4464" w:type="dxa"/>
          </w:tcPr>
          <w:p w14:paraId="42E03C7E" w14:textId="70DD0651" w:rsidR="00FC6F9B" w:rsidRPr="00FC6F9B" w:rsidRDefault="00FC6F9B" w:rsidP="00FC6F9B">
            <w:pPr>
              <w:jc w:val="left"/>
              <w:rPr>
                <w:rFonts w:ascii="Calibri" w:hAnsi="Calibri" w:cs="Calibri"/>
                <w:sz w:val="20"/>
              </w:rPr>
            </w:pPr>
            <w:r w:rsidRPr="00FC6F9B">
              <w:rPr>
                <w:rFonts w:ascii="Calibri" w:hAnsi="Calibri" w:cs="Calibri"/>
                <w:sz w:val="20"/>
              </w:rPr>
              <w:t>Aide à la création ou à la reprise d’entreprise</w:t>
            </w:r>
            <w:r w:rsidRPr="00FC6F9B">
              <w:rPr>
                <w:rFonts w:ascii="Calibri" w:hAnsi="Calibri" w:cs="Calibri"/>
                <w:sz w:val="20"/>
              </w:rPr>
              <w:t> ;</w:t>
            </w:r>
            <w:r w:rsidRPr="00FC6F9B">
              <w:rPr>
                <w:rFonts w:ascii="Calibri" w:hAnsi="Calibri" w:cs="Calibri"/>
                <w:sz w:val="20"/>
              </w:rPr>
              <w:t xml:space="preserve"> organisme de recouvrement des cotisations</w:t>
            </w:r>
          </w:p>
        </w:tc>
        <w:tc>
          <w:tcPr>
            <w:tcW w:w="3744" w:type="dxa"/>
          </w:tcPr>
          <w:p w14:paraId="2F7D96F9" w14:textId="70EF5BFF" w:rsidR="00FC6F9B" w:rsidRPr="00FC6F9B" w:rsidRDefault="00FC6F9B" w:rsidP="00FC6F9B">
            <w:pPr>
              <w:jc w:val="left"/>
              <w:rPr>
                <w:rFonts w:ascii="Calibri" w:hAnsi="Calibri" w:cs="Calibri"/>
                <w:sz w:val="20"/>
              </w:rPr>
            </w:pPr>
            <w:r w:rsidRPr="00FC6F9B">
              <w:rPr>
                <w:rFonts w:ascii="Calibri" w:hAnsi="Calibri" w:cs="Calibri"/>
                <w:sz w:val="20"/>
              </w:rPr>
              <w:t>Réduction de certaines cotisations</w:t>
            </w:r>
            <w:r w:rsidRPr="00FC6F9B">
              <w:rPr>
                <w:rFonts w:ascii="Calibri" w:hAnsi="Calibri" w:cs="Calibri"/>
                <w:sz w:val="20"/>
              </w:rPr>
              <w:t> ;</w:t>
            </w:r>
            <w:r w:rsidRPr="00FC6F9B">
              <w:rPr>
                <w:rFonts w:ascii="Calibri" w:hAnsi="Calibri" w:cs="Calibri"/>
                <w:sz w:val="20"/>
              </w:rPr>
              <w:t xml:space="preserve"> aucun capital versé</w:t>
            </w:r>
          </w:p>
        </w:tc>
      </w:tr>
      <w:tr w:rsidR="00FC6F9B" w:rsidRPr="00FC6F9B" w14:paraId="09CE89A4" w14:textId="77777777" w:rsidTr="00FC6F9B">
        <w:tc>
          <w:tcPr>
            <w:tcW w:w="2160" w:type="dxa"/>
          </w:tcPr>
          <w:p w14:paraId="5A08BBBA" w14:textId="77777777" w:rsidR="00FC6F9B" w:rsidRPr="00FC6F9B" w:rsidRDefault="00FC6F9B" w:rsidP="00FC6F9B">
            <w:pPr>
              <w:jc w:val="left"/>
              <w:rPr>
                <w:rFonts w:ascii="Calibri" w:hAnsi="Calibri" w:cs="Calibri"/>
                <w:sz w:val="20"/>
              </w:rPr>
            </w:pPr>
            <w:r w:rsidRPr="00FC6F9B">
              <w:rPr>
                <w:rFonts w:ascii="Calibri" w:hAnsi="Calibri" w:cs="Calibri"/>
                <w:sz w:val="20"/>
              </w:rPr>
              <w:t>Droits chômage</w:t>
            </w:r>
          </w:p>
        </w:tc>
        <w:tc>
          <w:tcPr>
            <w:tcW w:w="4464" w:type="dxa"/>
          </w:tcPr>
          <w:p w14:paraId="1C16C33D" w14:textId="5D95BEAD" w:rsidR="00FC6F9B" w:rsidRPr="00FC6F9B" w:rsidRDefault="00FC6F9B" w:rsidP="00FC6F9B">
            <w:pPr>
              <w:jc w:val="left"/>
              <w:rPr>
                <w:rFonts w:ascii="Calibri" w:hAnsi="Calibri" w:cs="Calibri"/>
                <w:sz w:val="20"/>
              </w:rPr>
            </w:pPr>
            <w:r w:rsidRPr="00FC6F9B">
              <w:rPr>
                <w:rFonts w:ascii="Calibri" w:hAnsi="Calibri" w:cs="Calibri"/>
                <w:sz w:val="20"/>
              </w:rPr>
              <w:t>Allocation d’aide au retour à l’emploi ou aide à la reprise et à la création d’entreprise</w:t>
            </w:r>
            <w:r w:rsidRPr="00FC6F9B">
              <w:rPr>
                <w:rFonts w:ascii="Calibri" w:hAnsi="Calibri" w:cs="Calibri"/>
                <w:sz w:val="20"/>
              </w:rPr>
              <w:t> ;</w:t>
            </w:r>
            <w:r w:rsidRPr="00FC6F9B">
              <w:rPr>
                <w:rFonts w:ascii="Calibri" w:hAnsi="Calibri" w:cs="Calibri"/>
                <w:sz w:val="20"/>
              </w:rPr>
              <w:t xml:space="preserve"> France Travail</w:t>
            </w:r>
          </w:p>
        </w:tc>
        <w:tc>
          <w:tcPr>
            <w:tcW w:w="3744" w:type="dxa"/>
          </w:tcPr>
          <w:p w14:paraId="304CB528" w14:textId="77777777" w:rsidR="00FC6F9B" w:rsidRPr="00FC6F9B" w:rsidRDefault="00FC6F9B" w:rsidP="00FC6F9B">
            <w:pPr>
              <w:jc w:val="left"/>
              <w:rPr>
                <w:rFonts w:ascii="Calibri" w:hAnsi="Calibri" w:cs="Calibri"/>
                <w:sz w:val="20"/>
              </w:rPr>
            </w:pPr>
            <w:r w:rsidRPr="00FC6F9B">
              <w:rPr>
                <w:rFonts w:ascii="Calibri" w:hAnsi="Calibri" w:cs="Calibri"/>
                <w:sz w:val="20"/>
              </w:rPr>
              <w:t>Revenu personnel mensuel ou capital personnel, selon le choix</w:t>
            </w:r>
          </w:p>
        </w:tc>
      </w:tr>
      <w:tr w:rsidR="00FC6F9B" w:rsidRPr="00FC6F9B" w14:paraId="152412C5" w14:textId="77777777" w:rsidTr="00FC6F9B">
        <w:tc>
          <w:tcPr>
            <w:tcW w:w="2160" w:type="dxa"/>
          </w:tcPr>
          <w:p w14:paraId="5382FE57" w14:textId="77777777" w:rsidR="00FC6F9B" w:rsidRPr="00FC6F9B" w:rsidRDefault="00FC6F9B" w:rsidP="00FC6F9B">
            <w:pPr>
              <w:jc w:val="left"/>
              <w:rPr>
                <w:rFonts w:ascii="Calibri" w:hAnsi="Calibri" w:cs="Calibri"/>
                <w:sz w:val="20"/>
              </w:rPr>
            </w:pPr>
            <w:r w:rsidRPr="00FC6F9B">
              <w:rPr>
                <w:rFonts w:ascii="Calibri" w:hAnsi="Calibri" w:cs="Calibri"/>
                <w:sz w:val="20"/>
              </w:rPr>
              <w:t>Prêt d’honneur</w:t>
            </w:r>
          </w:p>
        </w:tc>
        <w:tc>
          <w:tcPr>
            <w:tcW w:w="4464" w:type="dxa"/>
          </w:tcPr>
          <w:p w14:paraId="63643E6C" w14:textId="77777777" w:rsidR="00FC6F9B" w:rsidRPr="00FC6F9B" w:rsidRDefault="00FC6F9B" w:rsidP="00FC6F9B">
            <w:pPr>
              <w:jc w:val="left"/>
              <w:rPr>
                <w:rFonts w:ascii="Calibri" w:hAnsi="Calibri" w:cs="Calibri"/>
                <w:sz w:val="20"/>
              </w:rPr>
            </w:pPr>
            <w:r w:rsidRPr="00FC6F9B">
              <w:rPr>
                <w:rFonts w:ascii="Calibri" w:hAnsi="Calibri" w:cs="Calibri"/>
                <w:sz w:val="20"/>
              </w:rPr>
              <w:t>Initiative France, Réseau Entreprendre</w:t>
            </w:r>
          </w:p>
        </w:tc>
        <w:tc>
          <w:tcPr>
            <w:tcW w:w="3744" w:type="dxa"/>
          </w:tcPr>
          <w:p w14:paraId="17BBA7E1" w14:textId="06284EB4" w:rsidR="00FC6F9B" w:rsidRPr="00FC6F9B" w:rsidRDefault="00FC6F9B" w:rsidP="00FC6F9B">
            <w:pPr>
              <w:jc w:val="left"/>
              <w:rPr>
                <w:rFonts w:ascii="Calibri" w:hAnsi="Calibri" w:cs="Calibri"/>
                <w:sz w:val="20"/>
              </w:rPr>
            </w:pPr>
            <w:r w:rsidRPr="00FC6F9B">
              <w:rPr>
                <w:rFonts w:ascii="Calibri" w:hAnsi="Calibri" w:cs="Calibri"/>
                <w:sz w:val="20"/>
              </w:rPr>
              <w:t>Prêt au créateur, destiné à renforcer son apport</w:t>
            </w:r>
            <w:r w:rsidRPr="00FC6F9B">
              <w:rPr>
                <w:rFonts w:ascii="Calibri" w:hAnsi="Calibri" w:cs="Calibri"/>
                <w:sz w:val="20"/>
              </w:rPr>
              <w:t> ;</w:t>
            </w:r>
            <w:r w:rsidRPr="00FC6F9B">
              <w:rPr>
                <w:rFonts w:ascii="Calibri" w:hAnsi="Calibri" w:cs="Calibri"/>
                <w:sz w:val="20"/>
              </w:rPr>
              <w:t xml:space="preserve"> remboursement personnel</w:t>
            </w:r>
          </w:p>
        </w:tc>
      </w:tr>
      <w:tr w:rsidR="00FC6F9B" w:rsidRPr="00FC6F9B" w14:paraId="4133DFA0" w14:textId="77777777" w:rsidTr="00FC6F9B">
        <w:tc>
          <w:tcPr>
            <w:tcW w:w="2160" w:type="dxa"/>
          </w:tcPr>
          <w:p w14:paraId="23F0D39A" w14:textId="77777777" w:rsidR="00FC6F9B" w:rsidRPr="00FC6F9B" w:rsidRDefault="00FC6F9B" w:rsidP="00FC6F9B">
            <w:pPr>
              <w:jc w:val="left"/>
              <w:rPr>
                <w:rFonts w:ascii="Calibri" w:hAnsi="Calibri" w:cs="Calibri"/>
                <w:sz w:val="20"/>
              </w:rPr>
            </w:pPr>
            <w:r w:rsidRPr="00FC6F9B">
              <w:rPr>
                <w:rFonts w:ascii="Calibri" w:hAnsi="Calibri" w:cs="Calibri"/>
                <w:sz w:val="20"/>
              </w:rPr>
              <w:t>Microcrédit</w:t>
            </w:r>
          </w:p>
        </w:tc>
        <w:tc>
          <w:tcPr>
            <w:tcW w:w="4464" w:type="dxa"/>
          </w:tcPr>
          <w:p w14:paraId="68F29216" w14:textId="77777777" w:rsidR="00FC6F9B" w:rsidRPr="00FC6F9B" w:rsidRDefault="00FC6F9B" w:rsidP="00FC6F9B">
            <w:pPr>
              <w:jc w:val="left"/>
              <w:rPr>
                <w:rFonts w:ascii="Calibri" w:hAnsi="Calibri" w:cs="Calibri"/>
                <w:sz w:val="20"/>
              </w:rPr>
            </w:pPr>
            <w:r w:rsidRPr="00FC6F9B">
              <w:rPr>
                <w:rFonts w:ascii="Calibri" w:hAnsi="Calibri" w:cs="Calibri"/>
                <w:sz w:val="20"/>
              </w:rPr>
              <w:t>Association pour le droit à l’initiative économique</w:t>
            </w:r>
          </w:p>
        </w:tc>
        <w:tc>
          <w:tcPr>
            <w:tcW w:w="3744" w:type="dxa"/>
          </w:tcPr>
          <w:p w14:paraId="3CDB3959" w14:textId="77777777" w:rsidR="00FC6F9B" w:rsidRPr="00FC6F9B" w:rsidRDefault="00FC6F9B" w:rsidP="00FC6F9B">
            <w:pPr>
              <w:jc w:val="left"/>
              <w:rPr>
                <w:rFonts w:ascii="Calibri" w:hAnsi="Calibri" w:cs="Calibri"/>
                <w:sz w:val="20"/>
              </w:rPr>
            </w:pPr>
            <w:r w:rsidRPr="00FC6F9B">
              <w:rPr>
                <w:rFonts w:ascii="Calibri" w:hAnsi="Calibri" w:cs="Calibri"/>
                <w:sz w:val="20"/>
              </w:rPr>
              <w:t>Emprunt pour un projet ayant difficilement accès au crédit bancaire</w:t>
            </w:r>
          </w:p>
        </w:tc>
      </w:tr>
      <w:tr w:rsidR="00FC6F9B" w:rsidRPr="00FC6F9B" w14:paraId="2DEBBA30" w14:textId="77777777" w:rsidTr="00FC6F9B">
        <w:tc>
          <w:tcPr>
            <w:tcW w:w="2160" w:type="dxa"/>
          </w:tcPr>
          <w:p w14:paraId="7E16E439" w14:textId="77777777" w:rsidR="00FC6F9B" w:rsidRPr="00FC6F9B" w:rsidRDefault="00FC6F9B" w:rsidP="00FC6F9B">
            <w:pPr>
              <w:jc w:val="left"/>
              <w:rPr>
                <w:rFonts w:ascii="Calibri" w:hAnsi="Calibri" w:cs="Calibri"/>
                <w:sz w:val="20"/>
              </w:rPr>
            </w:pPr>
            <w:r w:rsidRPr="00FC6F9B">
              <w:rPr>
                <w:rFonts w:ascii="Calibri" w:hAnsi="Calibri" w:cs="Calibri"/>
                <w:sz w:val="20"/>
              </w:rPr>
              <w:t>Garantie bancaire</w:t>
            </w:r>
          </w:p>
        </w:tc>
        <w:tc>
          <w:tcPr>
            <w:tcW w:w="4464" w:type="dxa"/>
          </w:tcPr>
          <w:p w14:paraId="4F3E5C83" w14:textId="77777777" w:rsidR="00FC6F9B" w:rsidRPr="00FC6F9B" w:rsidRDefault="00FC6F9B" w:rsidP="00FC6F9B">
            <w:pPr>
              <w:jc w:val="left"/>
              <w:rPr>
                <w:rFonts w:ascii="Calibri" w:hAnsi="Calibri" w:cs="Calibri"/>
                <w:sz w:val="20"/>
              </w:rPr>
            </w:pPr>
            <w:r w:rsidRPr="00FC6F9B">
              <w:rPr>
                <w:rFonts w:ascii="Calibri" w:hAnsi="Calibri" w:cs="Calibri"/>
                <w:sz w:val="20"/>
              </w:rPr>
              <w:t>France Active et dispositifs de garantie des financeurs</w:t>
            </w:r>
          </w:p>
        </w:tc>
        <w:tc>
          <w:tcPr>
            <w:tcW w:w="3744" w:type="dxa"/>
          </w:tcPr>
          <w:p w14:paraId="266FE688" w14:textId="27299B80" w:rsidR="00FC6F9B" w:rsidRPr="00FC6F9B" w:rsidRDefault="00FC6F9B" w:rsidP="00FC6F9B">
            <w:pPr>
              <w:jc w:val="left"/>
              <w:rPr>
                <w:rFonts w:ascii="Calibri" w:hAnsi="Calibri" w:cs="Calibri"/>
                <w:sz w:val="20"/>
              </w:rPr>
            </w:pPr>
            <w:r w:rsidRPr="00FC6F9B">
              <w:rPr>
                <w:rFonts w:ascii="Calibri" w:hAnsi="Calibri" w:cs="Calibri"/>
                <w:sz w:val="20"/>
              </w:rPr>
              <w:t>Partage du risque du prêteur</w:t>
            </w:r>
            <w:r w:rsidRPr="00FC6F9B">
              <w:rPr>
                <w:rFonts w:ascii="Calibri" w:hAnsi="Calibri" w:cs="Calibri"/>
                <w:sz w:val="20"/>
              </w:rPr>
              <w:t> ;</w:t>
            </w:r>
            <w:r w:rsidRPr="00FC6F9B">
              <w:rPr>
                <w:rFonts w:ascii="Calibri" w:hAnsi="Calibri" w:cs="Calibri"/>
                <w:sz w:val="20"/>
              </w:rPr>
              <w:t xml:space="preserve"> ne constitue pas une entrée de trésorerie</w:t>
            </w:r>
          </w:p>
        </w:tc>
      </w:tr>
      <w:tr w:rsidR="00FC6F9B" w:rsidRPr="00FC6F9B" w14:paraId="76E2DAF6" w14:textId="77777777" w:rsidTr="00FC6F9B">
        <w:tc>
          <w:tcPr>
            <w:tcW w:w="2160" w:type="dxa"/>
          </w:tcPr>
          <w:p w14:paraId="4752818E" w14:textId="77777777" w:rsidR="00FC6F9B" w:rsidRPr="00FC6F9B" w:rsidRDefault="00FC6F9B" w:rsidP="00FC6F9B">
            <w:pPr>
              <w:jc w:val="left"/>
              <w:rPr>
                <w:rFonts w:ascii="Calibri" w:hAnsi="Calibri" w:cs="Calibri"/>
                <w:sz w:val="20"/>
              </w:rPr>
            </w:pPr>
            <w:r w:rsidRPr="00FC6F9B">
              <w:rPr>
                <w:rFonts w:ascii="Calibri" w:hAnsi="Calibri" w:cs="Calibri"/>
                <w:sz w:val="20"/>
              </w:rPr>
              <w:t>Subvention ou prime</w:t>
            </w:r>
          </w:p>
        </w:tc>
        <w:tc>
          <w:tcPr>
            <w:tcW w:w="4464" w:type="dxa"/>
          </w:tcPr>
          <w:p w14:paraId="4340EE51" w14:textId="77777777" w:rsidR="00FC6F9B" w:rsidRPr="00FC6F9B" w:rsidRDefault="00FC6F9B" w:rsidP="00FC6F9B">
            <w:pPr>
              <w:jc w:val="left"/>
              <w:rPr>
                <w:rFonts w:ascii="Calibri" w:hAnsi="Calibri" w:cs="Calibri"/>
                <w:sz w:val="20"/>
              </w:rPr>
            </w:pPr>
            <w:r w:rsidRPr="00FC6F9B">
              <w:rPr>
                <w:rFonts w:ascii="Calibri" w:hAnsi="Calibri" w:cs="Calibri"/>
                <w:sz w:val="20"/>
              </w:rPr>
              <w:t>Collectivités, opérateurs publics, dispositifs ciblés</w:t>
            </w:r>
          </w:p>
        </w:tc>
        <w:tc>
          <w:tcPr>
            <w:tcW w:w="3744" w:type="dxa"/>
          </w:tcPr>
          <w:p w14:paraId="2D036913" w14:textId="51432A95" w:rsidR="00FC6F9B" w:rsidRPr="00FC6F9B" w:rsidRDefault="00FC6F9B" w:rsidP="00FC6F9B">
            <w:pPr>
              <w:jc w:val="left"/>
              <w:rPr>
                <w:rFonts w:ascii="Calibri" w:hAnsi="Calibri" w:cs="Calibri"/>
                <w:sz w:val="20"/>
              </w:rPr>
            </w:pPr>
            <w:r w:rsidRPr="00FC6F9B">
              <w:rPr>
                <w:rFonts w:ascii="Calibri" w:hAnsi="Calibri" w:cs="Calibri"/>
                <w:sz w:val="20"/>
              </w:rPr>
              <w:t>Versement sous critères</w:t>
            </w:r>
            <w:r w:rsidRPr="00FC6F9B">
              <w:rPr>
                <w:rFonts w:ascii="Calibri" w:hAnsi="Calibri" w:cs="Calibri"/>
                <w:sz w:val="20"/>
              </w:rPr>
              <w:t> ;</w:t>
            </w:r>
            <w:r w:rsidRPr="00FC6F9B">
              <w:rPr>
                <w:rFonts w:ascii="Calibri" w:hAnsi="Calibri" w:cs="Calibri"/>
                <w:sz w:val="20"/>
              </w:rPr>
              <w:t xml:space="preserve"> parfois après dépenses et justificatifs</w:t>
            </w:r>
          </w:p>
        </w:tc>
      </w:tr>
      <w:tr w:rsidR="00FC6F9B" w:rsidRPr="00FC6F9B" w14:paraId="26615972" w14:textId="77777777" w:rsidTr="00FC6F9B">
        <w:tc>
          <w:tcPr>
            <w:tcW w:w="2160" w:type="dxa"/>
          </w:tcPr>
          <w:p w14:paraId="77F70022" w14:textId="77777777" w:rsidR="00FC6F9B" w:rsidRPr="00FC6F9B" w:rsidRDefault="00FC6F9B" w:rsidP="00FC6F9B">
            <w:pPr>
              <w:jc w:val="left"/>
              <w:rPr>
                <w:rFonts w:ascii="Calibri" w:hAnsi="Calibri" w:cs="Calibri"/>
                <w:sz w:val="20"/>
              </w:rPr>
            </w:pPr>
            <w:r w:rsidRPr="00FC6F9B">
              <w:rPr>
                <w:rFonts w:ascii="Calibri" w:hAnsi="Calibri" w:cs="Calibri"/>
                <w:sz w:val="20"/>
              </w:rPr>
              <w:lastRenderedPageBreak/>
              <w:t>Avantage fiscal</w:t>
            </w:r>
          </w:p>
        </w:tc>
        <w:tc>
          <w:tcPr>
            <w:tcW w:w="4464" w:type="dxa"/>
          </w:tcPr>
          <w:p w14:paraId="59CD006D" w14:textId="77777777" w:rsidR="00FC6F9B" w:rsidRPr="00FC6F9B" w:rsidRDefault="00FC6F9B" w:rsidP="00FC6F9B">
            <w:pPr>
              <w:jc w:val="left"/>
              <w:rPr>
                <w:rFonts w:ascii="Calibri" w:hAnsi="Calibri" w:cs="Calibri"/>
                <w:sz w:val="20"/>
              </w:rPr>
            </w:pPr>
            <w:r w:rsidRPr="00FC6F9B">
              <w:rPr>
                <w:rFonts w:ascii="Calibri" w:hAnsi="Calibri" w:cs="Calibri"/>
                <w:sz w:val="20"/>
              </w:rPr>
              <w:t>Souscription au capital, implantation dans certaines zones</w:t>
            </w:r>
          </w:p>
        </w:tc>
        <w:tc>
          <w:tcPr>
            <w:tcW w:w="3744" w:type="dxa"/>
          </w:tcPr>
          <w:p w14:paraId="28963AFA" w14:textId="77777777" w:rsidR="00FC6F9B" w:rsidRPr="00FC6F9B" w:rsidRDefault="00FC6F9B" w:rsidP="00FC6F9B">
            <w:pPr>
              <w:jc w:val="left"/>
              <w:rPr>
                <w:rFonts w:ascii="Calibri" w:hAnsi="Calibri" w:cs="Calibri"/>
                <w:sz w:val="20"/>
              </w:rPr>
            </w:pPr>
            <w:r w:rsidRPr="00FC6F9B">
              <w:rPr>
                <w:rFonts w:ascii="Calibri" w:hAnsi="Calibri" w:cs="Calibri"/>
                <w:sz w:val="20"/>
              </w:rPr>
              <w:t>Réduction d’impôt du souscripteur ou de l’entreprise selon le dispositif</w:t>
            </w:r>
          </w:p>
        </w:tc>
      </w:tr>
      <w:tr w:rsidR="00FC6F9B" w:rsidRPr="00FC6F9B" w14:paraId="76E61F06" w14:textId="77777777" w:rsidTr="00FC6F9B">
        <w:tc>
          <w:tcPr>
            <w:tcW w:w="2160" w:type="dxa"/>
          </w:tcPr>
          <w:p w14:paraId="7FB12EF8" w14:textId="77777777" w:rsidR="00FC6F9B" w:rsidRPr="00FC6F9B" w:rsidRDefault="00FC6F9B" w:rsidP="00FC6F9B">
            <w:pPr>
              <w:jc w:val="left"/>
              <w:rPr>
                <w:rFonts w:ascii="Calibri" w:hAnsi="Calibri" w:cs="Calibri"/>
                <w:sz w:val="20"/>
              </w:rPr>
            </w:pPr>
            <w:r w:rsidRPr="00FC6F9B">
              <w:rPr>
                <w:rFonts w:ascii="Calibri" w:hAnsi="Calibri" w:cs="Calibri"/>
                <w:sz w:val="20"/>
              </w:rPr>
              <w:t>Accompagnement</w:t>
            </w:r>
          </w:p>
        </w:tc>
        <w:tc>
          <w:tcPr>
            <w:tcW w:w="4464" w:type="dxa"/>
          </w:tcPr>
          <w:p w14:paraId="4B63E803" w14:textId="77777777" w:rsidR="00FC6F9B" w:rsidRPr="00FC6F9B" w:rsidRDefault="00FC6F9B" w:rsidP="00FC6F9B">
            <w:pPr>
              <w:jc w:val="left"/>
              <w:rPr>
                <w:rFonts w:ascii="Calibri" w:hAnsi="Calibri" w:cs="Calibri"/>
                <w:sz w:val="20"/>
              </w:rPr>
            </w:pPr>
            <w:r w:rsidRPr="00FC6F9B">
              <w:rPr>
                <w:rFonts w:ascii="Calibri" w:hAnsi="Calibri" w:cs="Calibri"/>
                <w:sz w:val="20"/>
              </w:rPr>
              <w:t>Chambres consulaires, régions, réseaux, incubateurs</w:t>
            </w:r>
          </w:p>
        </w:tc>
        <w:tc>
          <w:tcPr>
            <w:tcW w:w="3744" w:type="dxa"/>
          </w:tcPr>
          <w:p w14:paraId="52C8A81C" w14:textId="688DCF77" w:rsidR="00FC6F9B" w:rsidRPr="00FC6F9B" w:rsidRDefault="00FC6F9B" w:rsidP="00FC6F9B">
            <w:pPr>
              <w:jc w:val="left"/>
              <w:rPr>
                <w:rFonts w:ascii="Calibri" w:hAnsi="Calibri" w:cs="Calibri"/>
                <w:sz w:val="20"/>
              </w:rPr>
            </w:pPr>
            <w:r w:rsidRPr="00FC6F9B">
              <w:rPr>
                <w:rFonts w:ascii="Calibri" w:hAnsi="Calibri" w:cs="Calibri"/>
                <w:sz w:val="20"/>
              </w:rPr>
              <w:t>Conseils, formation et suivi</w:t>
            </w:r>
            <w:r w:rsidRPr="00FC6F9B">
              <w:rPr>
                <w:rFonts w:ascii="Calibri" w:hAnsi="Calibri" w:cs="Calibri"/>
                <w:sz w:val="20"/>
              </w:rPr>
              <w:t> ;</w:t>
            </w:r>
            <w:r w:rsidRPr="00FC6F9B">
              <w:rPr>
                <w:rFonts w:ascii="Calibri" w:hAnsi="Calibri" w:cs="Calibri"/>
                <w:sz w:val="20"/>
              </w:rPr>
              <w:t xml:space="preserve"> pas nécessairement un financement</w:t>
            </w:r>
          </w:p>
        </w:tc>
      </w:tr>
    </w:tbl>
    <w:p w14:paraId="754115BF" w14:textId="77777777" w:rsidR="00FC6F9B" w:rsidRDefault="00FC6F9B" w:rsidP="00FC6F9B">
      <w:pPr>
        <w:spacing w:after="0" w:line="240" w:lineRule="auto"/>
      </w:pPr>
    </w:p>
    <w:p w14:paraId="5CEC483B" w14:textId="77777777" w:rsidR="00FC6F9B" w:rsidRDefault="00FC6F9B" w:rsidP="00FC6F9B">
      <w:pPr>
        <w:pStyle w:val="Titre2"/>
        <w:spacing w:before="0" w:after="0" w:line="240" w:lineRule="auto"/>
      </w:pPr>
      <w:r>
        <w:t>12.1- Une recherche fondée sur le profil et le projet</w:t>
      </w:r>
    </w:p>
    <w:p w14:paraId="6F9BE569" w14:textId="77777777" w:rsidR="00FC6F9B" w:rsidRDefault="00FC6F9B" w:rsidP="00FC6F9B">
      <w:pPr>
        <w:spacing w:after="0" w:line="240" w:lineRule="auto"/>
      </w:pPr>
      <w:r>
        <w:t>Rechercher par territoire, situation personnelle, nature d’activité, innovation, taille, dépenses et stade du projet. Consulter les bases Les-aides.fr et Aides-entreprises.fr, puis ouvrir le règlement de l’organisme concerné. Une fiche de repérage ne remplace pas une décision d’attribution [11] [24].</w:t>
      </w:r>
    </w:p>
    <w:p w14:paraId="4ABCCF27" w14:textId="77777777" w:rsidR="00FC6F9B" w:rsidRDefault="00FC6F9B" w:rsidP="00FC6F9B">
      <w:pPr>
        <w:pStyle w:val="Titre2"/>
        <w:spacing w:before="0" w:after="0" w:line="240" w:lineRule="auto"/>
      </w:pPr>
      <w:r>
        <w:t>12.2- Les questions à poser avant de retenir une aide</w:t>
      </w:r>
    </w:p>
    <w:p w14:paraId="4863D51F" w14:textId="736F9F7F" w:rsidR="00FC6F9B" w:rsidRPr="00067DE2" w:rsidRDefault="00FC6F9B" w:rsidP="00FC6F9B">
      <w:pPr>
        <w:pStyle w:val="Listepuces"/>
        <w:tabs>
          <w:tab w:val="num" w:pos="360"/>
        </w:tabs>
        <w:spacing w:after="0" w:line="240" w:lineRule="auto"/>
        <w:jc w:val="both"/>
        <w:rPr>
          <w:lang w:val="fr-FR"/>
        </w:rPr>
      </w:pPr>
      <w:r w:rsidRPr="00067DE2">
        <w:rPr>
          <w:lang w:val="fr-FR"/>
        </w:rPr>
        <w:t>Qui reçoit l’aide</w:t>
      </w:r>
      <w:r w:rsidRPr="00067DE2">
        <w:rPr>
          <w:lang w:val="fr-FR"/>
        </w:rPr>
        <w:t> :</w:t>
      </w:r>
      <w:r w:rsidRPr="00067DE2">
        <w:rPr>
          <w:lang w:val="fr-FR"/>
        </w:rPr>
        <w:t xml:space="preserve"> le créateur, l’entreprise ou le prêteur</w:t>
      </w:r>
      <w:r w:rsidRPr="00067DE2">
        <w:rPr>
          <w:lang w:val="fr-FR"/>
        </w:rPr>
        <w:t> ?</w:t>
      </w:r>
    </w:p>
    <w:p w14:paraId="38F3EAD1" w14:textId="61CB8799" w:rsidR="00FC6F9B" w:rsidRPr="00067DE2" w:rsidRDefault="00FC6F9B" w:rsidP="00FC6F9B">
      <w:pPr>
        <w:pStyle w:val="Listepuces"/>
        <w:tabs>
          <w:tab w:val="num" w:pos="360"/>
        </w:tabs>
        <w:spacing w:after="0" w:line="240" w:lineRule="auto"/>
        <w:jc w:val="both"/>
        <w:rPr>
          <w:lang w:val="fr-FR"/>
        </w:rPr>
      </w:pPr>
      <w:r w:rsidRPr="00067DE2">
        <w:rPr>
          <w:lang w:val="fr-FR"/>
        </w:rPr>
        <w:t>Quelle dépense, quelle période et quel montant sont éligibles</w:t>
      </w:r>
      <w:r w:rsidRPr="00067DE2">
        <w:rPr>
          <w:lang w:val="fr-FR"/>
        </w:rPr>
        <w:t> ?</w:t>
      </w:r>
    </w:p>
    <w:p w14:paraId="008424A1" w14:textId="0B6BE76B" w:rsidR="00FC6F9B" w:rsidRPr="00067DE2" w:rsidRDefault="00FC6F9B" w:rsidP="00FC6F9B">
      <w:pPr>
        <w:pStyle w:val="Listepuces"/>
        <w:tabs>
          <w:tab w:val="num" w:pos="360"/>
        </w:tabs>
        <w:spacing w:after="0" w:line="240" w:lineRule="auto"/>
        <w:jc w:val="both"/>
        <w:rPr>
          <w:lang w:val="fr-FR"/>
        </w:rPr>
      </w:pPr>
      <w:r w:rsidRPr="00067DE2">
        <w:rPr>
          <w:lang w:val="fr-FR"/>
        </w:rPr>
        <w:t>Quand faut-il déposer</w:t>
      </w:r>
      <w:r w:rsidRPr="00067DE2">
        <w:rPr>
          <w:lang w:val="fr-FR"/>
        </w:rPr>
        <w:t> :</w:t>
      </w:r>
      <w:r w:rsidRPr="00067DE2">
        <w:rPr>
          <w:lang w:val="fr-FR"/>
        </w:rPr>
        <w:t xml:space="preserve"> avant l’achat, avant la création ou après</w:t>
      </w:r>
      <w:r w:rsidRPr="00067DE2">
        <w:rPr>
          <w:lang w:val="fr-FR"/>
        </w:rPr>
        <w:t> ?</w:t>
      </w:r>
    </w:p>
    <w:p w14:paraId="687DD9A7" w14:textId="33372D2F" w:rsidR="00FC6F9B" w:rsidRPr="00067DE2" w:rsidRDefault="00FC6F9B" w:rsidP="00FC6F9B">
      <w:pPr>
        <w:pStyle w:val="Listepuces"/>
        <w:tabs>
          <w:tab w:val="num" w:pos="360"/>
        </w:tabs>
        <w:spacing w:after="0" w:line="240" w:lineRule="auto"/>
        <w:jc w:val="both"/>
        <w:rPr>
          <w:lang w:val="fr-FR"/>
        </w:rPr>
      </w:pPr>
      <w:r w:rsidRPr="00067DE2">
        <w:rPr>
          <w:lang w:val="fr-FR"/>
        </w:rPr>
        <w:t>Quelles obligations, règles de cumul et conditions de maintien</w:t>
      </w:r>
      <w:r w:rsidRPr="00067DE2">
        <w:rPr>
          <w:lang w:val="fr-FR"/>
        </w:rPr>
        <w:t> ?</w:t>
      </w:r>
    </w:p>
    <w:p w14:paraId="3F13B91B" w14:textId="6BB02176" w:rsidR="00FC6F9B" w:rsidRPr="00067DE2" w:rsidRDefault="00FC6F9B" w:rsidP="00FC6F9B">
      <w:pPr>
        <w:pStyle w:val="Listepuces"/>
        <w:tabs>
          <w:tab w:val="num" w:pos="360"/>
        </w:tabs>
        <w:spacing w:after="0" w:line="240" w:lineRule="auto"/>
        <w:jc w:val="both"/>
        <w:rPr>
          <w:lang w:val="fr-FR"/>
        </w:rPr>
      </w:pPr>
      <w:r w:rsidRPr="00067DE2">
        <w:rPr>
          <w:lang w:val="fr-FR"/>
        </w:rPr>
        <w:t>Quelle date réelle de versement, quels justificatifs et quel risque de restitution</w:t>
      </w:r>
      <w:r w:rsidRPr="00067DE2">
        <w:rPr>
          <w:lang w:val="fr-FR"/>
        </w:rPr>
        <w:t> ?</w:t>
      </w:r>
    </w:p>
    <w:p w14:paraId="72B11327" w14:textId="77777777" w:rsidR="00FC6F9B" w:rsidRDefault="00FC6F9B" w:rsidP="00FC6F9B">
      <w:pPr>
        <w:spacing w:after="0" w:line="240" w:lineRule="auto"/>
      </w:pPr>
      <w:r>
        <w:t>Les aides complètent un projet viable et financé. Le dossier doit montrer la situation sans aide encore incertaine, puis l’amélioration attendue si elle est accordée. Cette comparaison rend le besoin de financement transitoire visible.</w:t>
      </w:r>
    </w:p>
    <w:p w14:paraId="0E38B0EA" w14:textId="77777777" w:rsidR="00FC6F9B" w:rsidRDefault="00FC6F9B" w:rsidP="00067DE2">
      <w:pPr>
        <w:pStyle w:val="Titre1"/>
      </w:pPr>
      <w:bookmarkStart w:id="12" w:name="_Toc241759583"/>
      <w:r>
        <w:t>13- Actualiser l’aide à la création ou à la reprise d’entreprise</w:t>
      </w:r>
      <w:bookmarkEnd w:id="12"/>
    </w:p>
    <w:p w14:paraId="2FE7AA4B" w14:textId="77777777" w:rsidR="00FC6F9B" w:rsidRDefault="00FC6F9B" w:rsidP="00FC6F9B">
      <w:pPr>
        <w:pStyle w:val="Titre2"/>
        <w:spacing w:before="0" w:after="0" w:line="240" w:lineRule="auto"/>
      </w:pPr>
      <w:r>
        <w:t>13.1- Les repères de 2026</w:t>
      </w:r>
    </w:p>
    <w:p w14:paraId="657CDC4E" w14:textId="0C3A0825" w:rsidR="00FC6F9B" w:rsidRDefault="00FC6F9B" w:rsidP="00FC6F9B">
      <w:pPr>
        <w:spacing w:after="0" w:line="240" w:lineRule="auto"/>
      </w:pPr>
      <w:r>
        <w:t>L’aide à la création ou à la reprise d’entreprise (ACRE) réduit certaines cotisations personnelles. Elle ne verse pas de capital. En 2026, vérifier la catégorie d’éligibilité</w:t>
      </w:r>
      <w:r>
        <w:t> :</w:t>
      </w:r>
      <w:r>
        <w:t xml:space="preserve"> notamment demandeur d’emploi, certains jeunes, bénéficiaire de minima sociaux ou implantation dans une zone éligible. Un précédent bénéfice dans les trois années antérieures exclut une nouvelle attribution [14].</w:t>
      </w:r>
    </w:p>
    <w:tbl>
      <w:tblPr>
        <w:tblStyle w:val="Grilledutableau"/>
        <w:tblW w:w="0" w:type="auto"/>
        <w:tblLayout w:type="fixed"/>
        <w:tblLook w:val="04A0" w:firstRow="1" w:lastRow="0" w:firstColumn="1" w:lastColumn="0" w:noHBand="0" w:noVBand="1"/>
      </w:tblPr>
      <w:tblGrid>
        <w:gridCol w:w="3168"/>
        <w:gridCol w:w="7200"/>
      </w:tblGrid>
      <w:tr w:rsidR="00FC6F9B" w:rsidRPr="00FC6F9B" w14:paraId="5E2A21C0" w14:textId="77777777" w:rsidTr="00FC6F9B">
        <w:trPr>
          <w:tblHeader/>
        </w:trPr>
        <w:tc>
          <w:tcPr>
            <w:tcW w:w="3168" w:type="dxa"/>
          </w:tcPr>
          <w:p w14:paraId="021C8D1B" w14:textId="77777777" w:rsidR="00FC6F9B" w:rsidRPr="00FC6F9B" w:rsidRDefault="00FC6F9B" w:rsidP="00FC6F9B">
            <w:pPr>
              <w:jc w:val="left"/>
              <w:rPr>
                <w:rFonts w:ascii="Calibri" w:hAnsi="Calibri" w:cs="Calibri"/>
                <w:sz w:val="20"/>
              </w:rPr>
            </w:pPr>
            <w:r w:rsidRPr="00FC6F9B">
              <w:rPr>
                <w:rFonts w:ascii="Calibri" w:hAnsi="Calibri" w:cs="Calibri"/>
                <w:b/>
                <w:sz w:val="20"/>
              </w:rPr>
              <w:t>Situation</w:t>
            </w:r>
          </w:p>
        </w:tc>
        <w:tc>
          <w:tcPr>
            <w:tcW w:w="7200" w:type="dxa"/>
          </w:tcPr>
          <w:p w14:paraId="1C5E0673" w14:textId="77777777" w:rsidR="00FC6F9B" w:rsidRPr="00FC6F9B" w:rsidRDefault="00FC6F9B" w:rsidP="00FC6F9B">
            <w:pPr>
              <w:jc w:val="left"/>
              <w:rPr>
                <w:rFonts w:ascii="Calibri" w:hAnsi="Calibri" w:cs="Calibri"/>
                <w:sz w:val="20"/>
              </w:rPr>
            </w:pPr>
            <w:r w:rsidRPr="00FC6F9B">
              <w:rPr>
                <w:rFonts w:ascii="Calibri" w:hAnsi="Calibri" w:cs="Calibri"/>
                <w:b/>
                <w:sz w:val="20"/>
              </w:rPr>
              <w:t>Règle actualisée à retenir</w:t>
            </w:r>
          </w:p>
        </w:tc>
      </w:tr>
      <w:tr w:rsidR="00FC6F9B" w:rsidRPr="00FC6F9B" w14:paraId="40C15E78" w14:textId="77777777" w:rsidTr="00FC6F9B">
        <w:tc>
          <w:tcPr>
            <w:tcW w:w="3168" w:type="dxa"/>
          </w:tcPr>
          <w:p w14:paraId="115DA788" w14:textId="77777777" w:rsidR="00FC6F9B" w:rsidRPr="00FC6F9B" w:rsidRDefault="00FC6F9B" w:rsidP="00FC6F9B">
            <w:pPr>
              <w:jc w:val="left"/>
              <w:rPr>
                <w:rFonts w:ascii="Calibri" w:hAnsi="Calibri" w:cs="Calibri"/>
                <w:sz w:val="20"/>
              </w:rPr>
            </w:pPr>
            <w:r w:rsidRPr="00FC6F9B">
              <w:rPr>
                <w:rFonts w:ascii="Calibri" w:hAnsi="Calibri" w:cs="Calibri"/>
                <w:sz w:val="20"/>
              </w:rPr>
              <w:t>Micro-entreprise créée depuis le 1er juillet 2026</w:t>
            </w:r>
          </w:p>
        </w:tc>
        <w:tc>
          <w:tcPr>
            <w:tcW w:w="7200" w:type="dxa"/>
          </w:tcPr>
          <w:p w14:paraId="50F0CBA5" w14:textId="7D8973E8" w:rsidR="00FC6F9B" w:rsidRPr="00FC6F9B" w:rsidRDefault="00FC6F9B" w:rsidP="00FC6F9B">
            <w:pPr>
              <w:jc w:val="left"/>
              <w:rPr>
                <w:rFonts w:ascii="Calibri" w:hAnsi="Calibri" w:cs="Calibri"/>
                <w:sz w:val="20"/>
              </w:rPr>
            </w:pPr>
            <w:r w:rsidRPr="00FC6F9B">
              <w:rPr>
                <w:rFonts w:ascii="Calibri" w:hAnsi="Calibri" w:cs="Calibri"/>
                <w:sz w:val="20"/>
              </w:rPr>
              <w:t>Exonération de 25</w:t>
            </w:r>
            <w:r w:rsidRPr="00FC6F9B">
              <w:rPr>
                <w:rFonts w:ascii="Calibri" w:hAnsi="Calibri" w:cs="Calibri"/>
                <w:sz w:val="20"/>
              </w:rPr>
              <w:t> % :</w:t>
            </w:r>
            <w:r w:rsidRPr="00FC6F9B">
              <w:rPr>
                <w:rFonts w:ascii="Calibri" w:hAnsi="Calibri" w:cs="Calibri"/>
                <w:sz w:val="20"/>
              </w:rPr>
              <w:t xml:space="preserve"> paiement de 75</w:t>
            </w:r>
            <w:r w:rsidRPr="00FC6F9B">
              <w:rPr>
                <w:rFonts w:ascii="Calibri" w:hAnsi="Calibri" w:cs="Calibri"/>
                <w:sz w:val="20"/>
              </w:rPr>
              <w:t> %</w:t>
            </w:r>
            <w:r w:rsidRPr="00FC6F9B">
              <w:rPr>
                <w:rFonts w:ascii="Calibri" w:hAnsi="Calibri" w:cs="Calibri"/>
                <w:sz w:val="20"/>
              </w:rPr>
              <w:t xml:space="preserve"> du taux habituel, jusqu’à la fin du troisième trimestre civil suivant le début d’activité.</w:t>
            </w:r>
          </w:p>
        </w:tc>
      </w:tr>
      <w:tr w:rsidR="00FC6F9B" w:rsidRPr="00FC6F9B" w14:paraId="3FF8F923" w14:textId="77777777" w:rsidTr="00FC6F9B">
        <w:tc>
          <w:tcPr>
            <w:tcW w:w="3168" w:type="dxa"/>
          </w:tcPr>
          <w:p w14:paraId="55520027" w14:textId="77777777" w:rsidR="00FC6F9B" w:rsidRPr="00FC6F9B" w:rsidRDefault="00FC6F9B" w:rsidP="00FC6F9B">
            <w:pPr>
              <w:jc w:val="left"/>
              <w:rPr>
                <w:rFonts w:ascii="Calibri" w:hAnsi="Calibri" w:cs="Calibri"/>
                <w:sz w:val="20"/>
              </w:rPr>
            </w:pPr>
            <w:r w:rsidRPr="00FC6F9B">
              <w:rPr>
                <w:rFonts w:ascii="Calibri" w:hAnsi="Calibri" w:cs="Calibri"/>
                <w:sz w:val="20"/>
              </w:rPr>
              <w:t>Autre création depuis le 1er janvier 2026</w:t>
            </w:r>
          </w:p>
        </w:tc>
        <w:tc>
          <w:tcPr>
            <w:tcW w:w="7200" w:type="dxa"/>
          </w:tcPr>
          <w:p w14:paraId="45DCBAD9" w14:textId="6A838472" w:rsidR="00FC6F9B" w:rsidRPr="00FC6F9B" w:rsidRDefault="00FC6F9B" w:rsidP="00FC6F9B">
            <w:pPr>
              <w:jc w:val="left"/>
              <w:rPr>
                <w:rFonts w:ascii="Calibri" w:hAnsi="Calibri" w:cs="Calibri"/>
                <w:sz w:val="20"/>
              </w:rPr>
            </w:pPr>
            <w:r w:rsidRPr="00FC6F9B">
              <w:rPr>
                <w:rFonts w:ascii="Calibri" w:hAnsi="Calibri" w:cs="Calibri"/>
                <w:sz w:val="20"/>
              </w:rPr>
              <w:t>Pendant douze mois, exonération de 25</w:t>
            </w:r>
            <w:r w:rsidRPr="00FC6F9B">
              <w:rPr>
                <w:rFonts w:ascii="Calibri" w:hAnsi="Calibri" w:cs="Calibri"/>
                <w:sz w:val="20"/>
              </w:rPr>
              <w:t> %</w:t>
            </w:r>
            <w:r w:rsidRPr="00FC6F9B">
              <w:rPr>
                <w:rFonts w:ascii="Calibri" w:hAnsi="Calibri" w:cs="Calibri"/>
                <w:sz w:val="20"/>
              </w:rPr>
              <w:t xml:space="preserve"> des cotisations concernées jusqu’à 36 045</w:t>
            </w:r>
            <w:r w:rsidRPr="00FC6F9B">
              <w:rPr>
                <w:rFonts w:ascii="Calibri" w:hAnsi="Calibri" w:cs="Calibri"/>
                <w:sz w:val="20"/>
              </w:rPr>
              <w:t> €</w:t>
            </w:r>
            <w:r w:rsidRPr="00FC6F9B">
              <w:rPr>
                <w:rFonts w:ascii="Calibri" w:hAnsi="Calibri" w:cs="Calibri"/>
                <w:sz w:val="20"/>
              </w:rPr>
              <w:t xml:space="preserve"> de revenu annuel</w:t>
            </w:r>
            <w:r w:rsidRPr="00FC6F9B">
              <w:rPr>
                <w:rFonts w:ascii="Calibri" w:hAnsi="Calibri" w:cs="Calibri"/>
                <w:sz w:val="20"/>
              </w:rPr>
              <w:t> ;</w:t>
            </w:r>
            <w:r w:rsidRPr="00FC6F9B">
              <w:rPr>
                <w:rFonts w:ascii="Calibri" w:hAnsi="Calibri" w:cs="Calibri"/>
                <w:sz w:val="20"/>
              </w:rPr>
              <w:t xml:space="preserve"> dégressive jusqu’à 48 060</w:t>
            </w:r>
            <w:r w:rsidRPr="00FC6F9B">
              <w:rPr>
                <w:rFonts w:ascii="Calibri" w:hAnsi="Calibri" w:cs="Calibri"/>
                <w:sz w:val="20"/>
              </w:rPr>
              <w:t> €</w:t>
            </w:r>
            <w:r w:rsidRPr="00FC6F9B">
              <w:rPr>
                <w:rFonts w:ascii="Calibri" w:hAnsi="Calibri" w:cs="Calibri"/>
                <w:sz w:val="20"/>
              </w:rPr>
              <w:t>, puis nulle.</w:t>
            </w:r>
          </w:p>
        </w:tc>
      </w:tr>
      <w:tr w:rsidR="00FC6F9B" w:rsidRPr="00FC6F9B" w14:paraId="7483B5DF" w14:textId="77777777" w:rsidTr="00FC6F9B">
        <w:tc>
          <w:tcPr>
            <w:tcW w:w="3168" w:type="dxa"/>
          </w:tcPr>
          <w:p w14:paraId="4D7A998B" w14:textId="77777777" w:rsidR="00FC6F9B" w:rsidRPr="00FC6F9B" w:rsidRDefault="00FC6F9B" w:rsidP="00FC6F9B">
            <w:pPr>
              <w:jc w:val="left"/>
              <w:rPr>
                <w:rFonts w:ascii="Calibri" w:hAnsi="Calibri" w:cs="Calibri"/>
                <w:sz w:val="20"/>
              </w:rPr>
            </w:pPr>
            <w:r w:rsidRPr="00FC6F9B">
              <w:rPr>
                <w:rFonts w:ascii="Calibri" w:hAnsi="Calibri" w:cs="Calibri"/>
                <w:sz w:val="20"/>
              </w:rPr>
              <w:t>Demande</w:t>
            </w:r>
          </w:p>
        </w:tc>
        <w:tc>
          <w:tcPr>
            <w:tcW w:w="7200" w:type="dxa"/>
          </w:tcPr>
          <w:p w14:paraId="73613D90" w14:textId="77777777" w:rsidR="00FC6F9B" w:rsidRPr="00FC6F9B" w:rsidRDefault="00FC6F9B" w:rsidP="00FC6F9B">
            <w:pPr>
              <w:jc w:val="left"/>
              <w:rPr>
                <w:rFonts w:ascii="Calibri" w:hAnsi="Calibri" w:cs="Calibri"/>
                <w:sz w:val="20"/>
              </w:rPr>
            </w:pPr>
            <w:r w:rsidRPr="00FC6F9B">
              <w:rPr>
                <w:rFonts w:ascii="Calibri" w:hAnsi="Calibri" w:cs="Calibri"/>
                <w:sz w:val="20"/>
              </w:rPr>
              <w:t>Déposer auprès de l’organisme de recouvrement dans les soixante jours suivant l’ouverture d’activité.</w:t>
            </w:r>
          </w:p>
        </w:tc>
      </w:tr>
      <w:tr w:rsidR="00FC6F9B" w:rsidRPr="00FC6F9B" w14:paraId="0A7C6456" w14:textId="77777777" w:rsidTr="00FC6F9B">
        <w:tc>
          <w:tcPr>
            <w:tcW w:w="3168" w:type="dxa"/>
          </w:tcPr>
          <w:p w14:paraId="7BE50FE3" w14:textId="77777777" w:rsidR="00FC6F9B" w:rsidRPr="00FC6F9B" w:rsidRDefault="00FC6F9B" w:rsidP="00FC6F9B">
            <w:pPr>
              <w:jc w:val="left"/>
              <w:rPr>
                <w:rFonts w:ascii="Calibri" w:hAnsi="Calibri" w:cs="Calibri"/>
                <w:sz w:val="20"/>
              </w:rPr>
            </w:pPr>
            <w:r w:rsidRPr="00FC6F9B">
              <w:rPr>
                <w:rFonts w:ascii="Calibri" w:hAnsi="Calibri" w:cs="Calibri"/>
                <w:sz w:val="20"/>
              </w:rPr>
              <w:t>Société</w:t>
            </w:r>
          </w:p>
        </w:tc>
        <w:tc>
          <w:tcPr>
            <w:tcW w:w="7200" w:type="dxa"/>
          </w:tcPr>
          <w:p w14:paraId="1D9F7C9D" w14:textId="19DB69E6" w:rsidR="00FC6F9B" w:rsidRPr="00FC6F9B" w:rsidRDefault="00FC6F9B" w:rsidP="00FC6F9B">
            <w:pPr>
              <w:jc w:val="left"/>
              <w:rPr>
                <w:rFonts w:ascii="Calibri" w:hAnsi="Calibri" w:cs="Calibri"/>
                <w:sz w:val="20"/>
              </w:rPr>
            </w:pPr>
            <w:r w:rsidRPr="00FC6F9B">
              <w:rPr>
                <w:rFonts w:ascii="Calibri" w:hAnsi="Calibri" w:cs="Calibri"/>
                <w:sz w:val="20"/>
              </w:rPr>
              <w:t>Justifier le contrôle effectif et le conserver pendant deux ans</w:t>
            </w:r>
            <w:r w:rsidRPr="00FC6F9B">
              <w:rPr>
                <w:rFonts w:ascii="Calibri" w:hAnsi="Calibri" w:cs="Calibri"/>
                <w:sz w:val="20"/>
              </w:rPr>
              <w:t> ;</w:t>
            </w:r>
            <w:r w:rsidRPr="00FC6F9B">
              <w:rPr>
                <w:rFonts w:ascii="Calibri" w:hAnsi="Calibri" w:cs="Calibri"/>
                <w:sz w:val="20"/>
              </w:rPr>
              <w:t xml:space="preserve"> vérifier les critères de détention et de direction.</w:t>
            </w:r>
          </w:p>
        </w:tc>
      </w:tr>
    </w:tbl>
    <w:p w14:paraId="6121EDCA" w14:textId="77777777" w:rsidR="00FC6F9B" w:rsidRDefault="00FC6F9B" w:rsidP="00FC6F9B">
      <w:pPr>
        <w:spacing w:after="0" w:line="240" w:lineRule="auto"/>
      </w:pPr>
    </w:p>
    <w:p w14:paraId="6DAC4136" w14:textId="77777777" w:rsidR="00FC6F9B" w:rsidRDefault="00FC6F9B" w:rsidP="00FC6F9B">
      <w:pPr>
        <w:spacing w:after="0" w:line="240" w:lineRule="auto"/>
      </w:pPr>
      <w:r>
        <w:t>Les plafonds de revenu ci-dessus sont ceux de 2026. L’exonération hors régime micro ne porte pas sur toutes les contributions. Le dossier utilise le formulaire correspondant au statut et joint les preuves d’éligibilité [14].</w:t>
      </w:r>
    </w:p>
    <w:p w14:paraId="044EA4DD" w14:textId="77777777" w:rsidR="00FC6F9B" w:rsidRDefault="00FC6F9B" w:rsidP="00FC6F9B">
      <w:pPr>
        <w:pStyle w:val="Titre2"/>
        <w:spacing w:before="0" w:after="0" w:line="240" w:lineRule="auto"/>
      </w:pPr>
      <w:r>
        <w:t>13.2- Traduction dans le business plan</w:t>
      </w:r>
    </w:p>
    <w:p w14:paraId="581769A8" w14:textId="77777777" w:rsidR="00FC6F9B" w:rsidRDefault="00FC6F9B" w:rsidP="00FC6F9B">
      <w:pPr>
        <w:spacing w:after="0" w:line="240" w:lineRule="auto"/>
      </w:pPr>
      <w:r>
        <w:t>Calculer d’abord les cotisations normales sur l’assiette appropriée, puis isoler celles couvertes par l’exonération. La baisse réduit les décaissements et les charges lorsque celles-ci sont supportées par l’entreprise. Elle n’apparaît pas comme une subvention reçue ni comme un apport.</w:t>
      </w:r>
    </w:p>
    <w:p w14:paraId="153D34CA" w14:textId="1D211B09" w:rsidR="00FC6F9B" w:rsidRDefault="00FC6F9B" w:rsidP="00FC6F9B">
      <w:pPr>
        <w:spacing w:after="0" w:line="240" w:lineRule="auto"/>
      </w:pPr>
      <w:r>
        <w:t>Exemple pédagogique</w:t>
      </w:r>
      <w:r>
        <w:t> :</w:t>
      </w:r>
      <w:r>
        <w:t xml:space="preserve"> un ensemble de cotisations effectivement couvertes de 4 000</w:t>
      </w:r>
      <w:r>
        <w:t> €</w:t>
      </w:r>
      <w:r>
        <w:t xml:space="preserve"> donnerait une économie de 1 000</w:t>
      </w:r>
      <w:r>
        <w:t> €</w:t>
      </w:r>
      <w:r>
        <w:t xml:space="preserve"> avec une exonération de 25</w:t>
      </w:r>
      <w:r>
        <w:t> %</w:t>
      </w:r>
      <w:r>
        <w:t>. Ce calcul n’est pas applicable à un total de cotisations comprenant des prélèvements exclus.</w:t>
      </w:r>
    </w:p>
    <w:p w14:paraId="681EEC4B" w14:textId="77777777" w:rsidR="00FC6F9B" w:rsidRDefault="00FC6F9B" w:rsidP="00FC6F9B">
      <w:pPr>
        <w:pStyle w:val="Titre2"/>
        <w:spacing w:before="0" w:after="0" w:line="240" w:lineRule="auto"/>
      </w:pPr>
      <w:r>
        <w:t>13.3- Prévoir la fin de l’allègement</w:t>
      </w:r>
    </w:p>
    <w:p w14:paraId="055BDAF5" w14:textId="77777777" w:rsidR="00FC6F9B" w:rsidRDefault="00FC6F9B" w:rsidP="00FC6F9B">
      <w:pPr>
        <w:spacing w:after="0" w:line="240" w:lineRule="auto"/>
      </w:pPr>
      <w:r>
        <w:t>À l’expiration, les charges reviennent au niveau normal. Le modèle mensuel doit placer ce changement à sa date réelle. Tester une demande refusée ou tardive permet de vérifier la réserve nécessaire. Une création en cours de trimestre ne bénéficie pas forcément de douze mois d’allègement au régime micro.</w:t>
      </w:r>
    </w:p>
    <w:p w14:paraId="2FEB9716" w14:textId="77777777" w:rsidR="00FC6F9B" w:rsidRDefault="00FC6F9B" w:rsidP="00067DE2">
      <w:pPr>
        <w:pStyle w:val="Titre1"/>
      </w:pPr>
      <w:bookmarkStart w:id="13" w:name="_Toc241759584"/>
      <w:r>
        <w:lastRenderedPageBreak/>
        <w:t>14- Choisir entre maintien de l’allocation et capital de démarrage</w:t>
      </w:r>
      <w:bookmarkEnd w:id="13"/>
    </w:p>
    <w:p w14:paraId="7C0FF5AA" w14:textId="77777777" w:rsidR="00FC6F9B" w:rsidRDefault="00FC6F9B" w:rsidP="00FC6F9B">
      <w:pPr>
        <w:pStyle w:val="Titre2"/>
        <w:spacing w:before="0" w:after="0" w:line="240" w:lineRule="auto"/>
      </w:pPr>
      <w:r>
        <w:t>14.1- Deux usages différents des droits chômage</w:t>
      </w:r>
    </w:p>
    <w:tbl>
      <w:tblPr>
        <w:tblStyle w:val="Grilledutableau"/>
        <w:tblW w:w="0" w:type="auto"/>
        <w:tblLayout w:type="fixed"/>
        <w:tblLook w:val="04A0" w:firstRow="1" w:lastRow="0" w:firstColumn="1" w:lastColumn="0" w:noHBand="0" w:noVBand="1"/>
      </w:tblPr>
      <w:tblGrid>
        <w:gridCol w:w="2736"/>
        <w:gridCol w:w="4608"/>
        <w:gridCol w:w="3024"/>
      </w:tblGrid>
      <w:tr w:rsidR="00FC6F9B" w:rsidRPr="00FC6F9B" w14:paraId="6983BF80" w14:textId="77777777" w:rsidTr="00FC6F9B">
        <w:trPr>
          <w:tblHeader/>
        </w:trPr>
        <w:tc>
          <w:tcPr>
            <w:tcW w:w="2736" w:type="dxa"/>
          </w:tcPr>
          <w:p w14:paraId="0B507053" w14:textId="77777777" w:rsidR="00FC6F9B" w:rsidRPr="00FC6F9B" w:rsidRDefault="00FC6F9B" w:rsidP="00FC6F9B">
            <w:pPr>
              <w:jc w:val="left"/>
              <w:rPr>
                <w:rFonts w:ascii="Calibri" w:hAnsi="Calibri" w:cs="Calibri"/>
                <w:sz w:val="20"/>
              </w:rPr>
            </w:pPr>
            <w:r w:rsidRPr="00FC6F9B">
              <w:rPr>
                <w:rFonts w:ascii="Calibri" w:hAnsi="Calibri" w:cs="Calibri"/>
                <w:b/>
                <w:sz w:val="20"/>
              </w:rPr>
              <w:t>Choix</w:t>
            </w:r>
          </w:p>
        </w:tc>
        <w:tc>
          <w:tcPr>
            <w:tcW w:w="4608" w:type="dxa"/>
          </w:tcPr>
          <w:p w14:paraId="27F1D37B" w14:textId="77777777" w:rsidR="00FC6F9B" w:rsidRPr="00FC6F9B" w:rsidRDefault="00FC6F9B" w:rsidP="00FC6F9B">
            <w:pPr>
              <w:jc w:val="left"/>
              <w:rPr>
                <w:rFonts w:ascii="Calibri" w:hAnsi="Calibri" w:cs="Calibri"/>
                <w:sz w:val="20"/>
              </w:rPr>
            </w:pPr>
            <w:r w:rsidRPr="00FC6F9B">
              <w:rPr>
                <w:rFonts w:ascii="Calibri" w:hAnsi="Calibri" w:cs="Calibri"/>
                <w:b/>
                <w:sz w:val="20"/>
              </w:rPr>
              <w:t>Mécanisme et conditions</w:t>
            </w:r>
          </w:p>
        </w:tc>
        <w:tc>
          <w:tcPr>
            <w:tcW w:w="3024" w:type="dxa"/>
          </w:tcPr>
          <w:p w14:paraId="034AD96C" w14:textId="77777777" w:rsidR="00FC6F9B" w:rsidRPr="00FC6F9B" w:rsidRDefault="00FC6F9B" w:rsidP="00FC6F9B">
            <w:pPr>
              <w:jc w:val="left"/>
              <w:rPr>
                <w:rFonts w:ascii="Calibri" w:hAnsi="Calibri" w:cs="Calibri"/>
                <w:sz w:val="20"/>
              </w:rPr>
            </w:pPr>
            <w:r w:rsidRPr="00FC6F9B">
              <w:rPr>
                <w:rFonts w:ascii="Calibri" w:hAnsi="Calibri" w:cs="Calibri"/>
                <w:b/>
                <w:sz w:val="20"/>
              </w:rPr>
              <w:t>Incidence économique</w:t>
            </w:r>
          </w:p>
        </w:tc>
      </w:tr>
      <w:tr w:rsidR="00FC6F9B" w:rsidRPr="00FC6F9B" w14:paraId="154FFF19" w14:textId="77777777" w:rsidTr="00FC6F9B">
        <w:tc>
          <w:tcPr>
            <w:tcW w:w="2736" w:type="dxa"/>
          </w:tcPr>
          <w:p w14:paraId="7E568557" w14:textId="77777777" w:rsidR="00FC6F9B" w:rsidRPr="00FC6F9B" w:rsidRDefault="00FC6F9B" w:rsidP="00FC6F9B">
            <w:pPr>
              <w:jc w:val="left"/>
              <w:rPr>
                <w:rFonts w:ascii="Calibri" w:hAnsi="Calibri" w:cs="Calibri"/>
                <w:sz w:val="20"/>
              </w:rPr>
            </w:pPr>
            <w:r w:rsidRPr="00FC6F9B">
              <w:rPr>
                <w:rFonts w:ascii="Calibri" w:hAnsi="Calibri" w:cs="Calibri"/>
                <w:sz w:val="20"/>
              </w:rPr>
              <w:t>Allocation d’aide au retour à l’emploi (ARE)</w:t>
            </w:r>
          </w:p>
        </w:tc>
        <w:tc>
          <w:tcPr>
            <w:tcW w:w="4608" w:type="dxa"/>
          </w:tcPr>
          <w:p w14:paraId="58464467" w14:textId="77777777" w:rsidR="00FC6F9B" w:rsidRPr="00FC6F9B" w:rsidRDefault="00FC6F9B" w:rsidP="00FC6F9B">
            <w:pPr>
              <w:jc w:val="left"/>
              <w:rPr>
                <w:rFonts w:ascii="Calibri" w:hAnsi="Calibri" w:cs="Calibri"/>
                <w:sz w:val="20"/>
              </w:rPr>
            </w:pPr>
            <w:r w:rsidRPr="00FC6F9B">
              <w:rPr>
                <w:rFonts w:ascii="Calibri" w:hAnsi="Calibri" w:cs="Calibri"/>
                <w:sz w:val="20"/>
              </w:rPr>
              <w:t>Complément mensuel dépendant de la rémunération déclarée et des droits disponibles. Actualisation et justificatifs nécessaires.</w:t>
            </w:r>
          </w:p>
        </w:tc>
        <w:tc>
          <w:tcPr>
            <w:tcW w:w="3024" w:type="dxa"/>
          </w:tcPr>
          <w:p w14:paraId="1ABB0F8B" w14:textId="77777777" w:rsidR="00FC6F9B" w:rsidRPr="00FC6F9B" w:rsidRDefault="00FC6F9B" w:rsidP="00FC6F9B">
            <w:pPr>
              <w:jc w:val="left"/>
              <w:rPr>
                <w:rFonts w:ascii="Calibri" w:hAnsi="Calibri" w:cs="Calibri"/>
                <w:sz w:val="20"/>
              </w:rPr>
            </w:pPr>
            <w:r w:rsidRPr="00FC6F9B">
              <w:rPr>
                <w:rFonts w:ascii="Calibri" w:hAnsi="Calibri" w:cs="Calibri"/>
                <w:sz w:val="20"/>
              </w:rPr>
              <w:t>Sécurise les dépenses personnelles pendant le démarrage.</w:t>
            </w:r>
          </w:p>
        </w:tc>
      </w:tr>
      <w:tr w:rsidR="00FC6F9B" w:rsidRPr="00FC6F9B" w14:paraId="54C8A85A" w14:textId="77777777" w:rsidTr="00FC6F9B">
        <w:tc>
          <w:tcPr>
            <w:tcW w:w="2736" w:type="dxa"/>
          </w:tcPr>
          <w:p w14:paraId="38FA0D04" w14:textId="77777777" w:rsidR="00FC6F9B" w:rsidRPr="00FC6F9B" w:rsidRDefault="00FC6F9B" w:rsidP="00FC6F9B">
            <w:pPr>
              <w:jc w:val="left"/>
              <w:rPr>
                <w:rFonts w:ascii="Calibri" w:hAnsi="Calibri" w:cs="Calibri"/>
                <w:sz w:val="20"/>
              </w:rPr>
            </w:pPr>
            <w:r w:rsidRPr="00FC6F9B">
              <w:rPr>
                <w:rFonts w:ascii="Calibri" w:hAnsi="Calibri" w:cs="Calibri"/>
                <w:sz w:val="20"/>
              </w:rPr>
              <w:t>Aide à la reprise et à la création d’entreprise (ARCE)</w:t>
            </w:r>
          </w:p>
        </w:tc>
        <w:tc>
          <w:tcPr>
            <w:tcW w:w="4608" w:type="dxa"/>
          </w:tcPr>
          <w:p w14:paraId="6BD22F5D" w14:textId="77777777" w:rsidR="00FC6F9B" w:rsidRPr="00FC6F9B" w:rsidRDefault="00FC6F9B" w:rsidP="00FC6F9B">
            <w:pPr>
              <w:jc w:val="left"/>
              <w:rPr>
                <w:rFonts w:ascii="Calibri" w:hAnsi="Calibri" w:cs="Calibri"/>
                <w:sz w:val="20"/>
              </w:rPr>
            </w:pPr>
            <w:r w:rsidRPr="00FC6F9B">
              <w:rPr>
                <w:rFonts w:ascii="Calibri" w:hAnsi="Calibri" w:cs="Calibri"/>
                <w:sz w:val="20"/>
              </w:rPr>
              <w:t>Capital sous conditions, notamment droit chômage et bénéfice de l’aide à la création ou à la reprise d’entreprise. Alternative au maintien mensuel.</w:t>
            </w:r>
          </w:p>
        </w:tc>
        <w:tc>
          <w:tcPr>
            <w:tcW w:w="3024" w:type="dxa"/>
          </w:tcPr>
          <w:p w14:paraId="796FE59D" w14:textId="77777777" w:rsidR="00FC6F9B" w:rsidRPr="00FC6F9B" w:rsidRDefault="00FC6F9B" w:rsidP="00FC6F9B">
            <w:pPr>
              <w:jc w:val="left"/>
              <w:rPr>
                <w:rFonts w:ascii="Calibri" w:hAnsi="Calibri" w:cs="Calibri"/>
                <w:sz w:val="20"/>
              </w:rPr>
            </w:pPr>
            <w:r w:rsidRPr="00FC6F9B">
              <w:rPr>
                <w:rFonts w:ascii="Calibri" w:hAnsi="Calibri" w:cs="Calibri"/>
                <w:sz w:val="20"/>
              </w:rPr>
              <w:t>Peut fournir un apport si le créateur décide et peut transférer les fonds à l’entreprise.</w:t>
            </w:r>
          </w:p>
        </w:tc>
      </w:tr>
    </w:tbl>
    <w:p w14:paraId="30EF6953" w14:textId="77777777" w:rsidR="00FC6F9B" w:rsidRDefault="00FC6F9B" w:rsidP="00FC6F9B">
      <w:pPr>
        <w:spacing w:after="0" w:line="240" w:lineRule="auto"/>
      </w:pPr>
    </w:p>
    <w:p w14:paraId="6BA86CD1" w14:textId="10B078D5" w:rsidR="00FC6F9B" w:rsidRDefault="00FC6F9B" w:rsidP="00FC6F9B">
      <w:pPr>
        <w:spacing w:after="0" w:line="240" w:lineRule="auto"/>
      </w:pPr>
      <w:r>
        <w:t>Pour une activité nouvellement créée, le complément mensuel est calculé à partir de l’allocation, diminuée de 70</w:t>
      </w:r>
      <w:r>
        <w:t> %</w:t>
      </w:r>
      <w:r>
        <w:t xml:space="preserve"> des rémunérations déclarées</w:t>
      </w:r>
      <w:r>
        <w:t> ;</w:t>
      </w:r>
      <w:r>
        <w:t xml:space="preserve"> un plafond lié au salaire antérieur s’applique. Pour les droits relevant d’une fin de contrat ou d’une procédure de licenciement depuis le 1er avril 2025, le cumul est limité à 60</w:t>
      </w:r>
      <w:r>
        <w:t> %</w:t>
      </w:r>
      <w:r>
        <w:t xml:space="preserve"> des droits restants au démarrage. Une poursuite sur les 40</w:t>
      </w:r>
      <w:r>
        <w:t> %</w:t>
      </w:r>
      <w:r>
        <w:t xml:space="preserve"> restants peut être sollicitée, sous conditions, auprès de l’instance paritaire régionale</w:t>
      </w:r>
      <w:r>
        <w:t> ;</w:t>
      </w:r>
      <w:r>
        <w:t xml:space="preserve"> elle n’est pas automatique [16].</w:t>
      </w:r>
    </w:p>
    <w:p w14:paraId="37637BB2" w14:textId="50D951A8" w:rsidR="00FC6F9B" w:rsidRDefault="00FC6F9B" w:rsidP="00FC6F9B">
      <w:pPr>
        <w:spacing w:after="0" w:line="240" w:lineRule="auto"/>
      </w:pPr>
      <w:r>
        <w:t>Le capital représente 60</w:t>
      </w:r>
      <w:r>
        <w:t> %</w:t>
      </w:r>
      <w:r>
        <w:t xml:space="preserve"> des droits restants dans le régime courant, avec une retenue de 3</w:t>
      </w:r>
      <w:r>
        <w:t> %</w:t>
      </w:r>
      <w:r>
        <w:t xml:space="preserve"> pour les retraites complémentaires et d’autres prélèvements sociaux éventuels. Il est versé en deux moitiés. Le second versement intervient six mois après le premier, sous conditions de poursuite d’activité</w:t>
      </w:r>
      <w:r>
        <w:t> ;</w:t>
      </w:r>
      <w:r>
        <w:t xml:space="preserve"> depuis le 1er avril 2025, l’absence de contrat à durée indéterminée à temps plein est aussi requise. La création doit respecter la chronologie prévue par France Travail [15].</w:t>
      </w:r>
    </w:p>
    <w:p w14:paraId="7E8D398C" w14:textId="77777777" w:rsidR="00FC6F9B" w:rsidRDefault="00FC6F9B" w:rsidP="00FC6F9B">
      <w:pPr>
        <w:pStyle w:val="Titre2"/>
        <w:spacing w:before="0" w:after="0" w:line="240" w:lineRule="auto"/>
      </w:pPr>
      <w:r>
        <w:t>14.2- Exemple de capital personnel</w:t>
      </w:r>
    </w:p>
    <w:p w14:paraId="0AE5A08E" w14:textId="77A35FEE" w:rsidR="00FC6F9B" w:rsidRDefault="00FC6F9B" w:rsidP="00FC6F9B">
      <w:pPr>
        <w:spacing w:after="0" w:line="240" w:lineRule="auto"/>
      </w:pPr>
      <w:r>
        <w:rPr>
          <w:b/>
          <w:sz w:val="21"/>
        </w:rPr>
        <w:t>Droits restants de 20 000</w:t>
      </w:r>
      <w:r>
        <w:rPr>
          <w:b/>
          <w:sz w:val="21"/>
        </w:rPr>
        <w:t> €</w:t>
      </w:r>
      <w:r>
        <w:rPr>
          <w:b/>
          <w:sz w:val="21"/>
        </w:rPr>
        <w:t xml:space="preserve"> × 60</w:t>
      </w:r>
      <w:r>
        <w:rPr>
          <w:b/>
          <w:sz w:val="21"/>
        </w:rPr>
        <w:t> %</w:t>
      </w:r>
      <w:r>
        <w:rPr>
          <w:b/>
          <w:sz w:val="21"/>
        </w:rPr>
        <w:t xml:space="preserve"> = 12 000</w:t>
      </w:r>
      <w:r>
        <w:rPr>
          <w:b/>
          <w:sz w:val="21"/>
        </w:rPr>
        <w:t> €</w:t>
      </w:r>
    </w:p>
    <w:p w14:paraId="264D2242" w14:textId="21BDCCFD" w:rsidR="00FC6F9B" w:rsidRDefault="00FC6F9B" w:rsidP="00FC6F9B">
      <w:pPr>
        <w:spacing w:after="0" w:line="240" w:lineRule="auto"/>
      </w:pPr>
      <w:r>
        <w:rPr>
          <w:b/>
          <w:sz w:val="21"/>
        </w:rPr>
        <w:t>Après la seule retenue de 3</w:t>
      </w:r>
      <w:r>
        <w:rPr>
          <w:b/>
          <w:sz w:val="21"/>
        </w:rPr>
        <w:t> % :</w:t>
      </w:r>
      <w:r>
        <w:rPr>
          <w:b/>
          <w:sz w:val="21"/>
        </w:rPr>
        <w:t xml:space="preserve"> 11 640</w:t>
      </w:r>
      <w:r>
        <w:rPr>
          <w:b/>
          <w:sz w:val="21"/>
        </w:rPr>
        <w:t> €</w:t>
      </w:r>
      <w:r>
        <w:rPr>
          <w:b/>
          <w:sz w:val="21"/>
        </w:rPr>
        <w:t>, soit deux fractions de 5 820</w:t>
      </w:r>
      <w:r>
        <w:rPr>
          <w:b/>
          <w:sz w:val="21"/>
        </w:rPr>
        <w:t> €</w:t>
      </w:r>
    </w:p>
    <w:p w14:paraId="7827FA11" w14:textId="77777777" w:rsidR="00FC6F9B" w:rsidRDefault="00FC6F9B" w:rsidP="00FC6F9B">
      <w:pPr>
        <w:spacing w:after="0" w:line="240" w:lineRule="auto"/>
      </w:pPr>
      <w:r>
        <w:t>Ces fractions sont calculées avant les autres prélèvements éventuels. Elles ne constituent donc pas un montant net garanti. Le deuxième paiement n’est pas disponible au lancement. Si le créateur conserve une fraction pour ses dépenses privées, seule la somme réellement apportée finance l’entreprise.</w:t>
      </w:r>
    </w:p>
    <w:p w14:paraId="30B151F1" w14:textId="77777777" w:rsidR="00FC6F9B" w:rsidRDefault="00FC6F9B" w:rsidP="00FC6F9B">
      <w:pPr>
        <w:pStyle w:val="Titre2"/>
        <w:spacing w:before="0" w:after="0" w:line="240" w:lineRule="auto"/>
      </w:pPr>
      <w:r>
        <w:t>14.3- Comparer les deux budgets</w:t>
      </w:r>
    </w:p>
    <w:p w14:paraId="1DA15675" w14:textId="43FB57B5" w:rsidR="00FC6F9B" w:rsidRDefault="00FC6F9B" w:rsidP="00FC6F9B">
      <w:pPr>
        <w:spacing w:after="0" w:line="240" w:lineRule="auto"/>
      </w:pPr>
      <w:r>
        <w:t>Comparer, mois par mois, le revenu disponible du foyer et la trésorerie de l’entreprise. Retenir la rémunération prévue, les dépenses privées, les besoins professionnels immédiats et le calendrier des droits. Demander une simulation individuelle à France Travail avant d’arrêter le plan</w:t>
      </w:r>
      <w:r>
        <w:t> ;</w:t>
      </w:r>
      <w:r>
        <w:t xml:space="preserve"> l’activité conservée et les droits anciens peuvent relever de règles différentes [15] [16].</w:t>
      </w:r>
    </w:p>
    <w:p w14:paraId="517E7A0E" w14:textId="77777777" w:rsidR="00FC6F9B" w:rsidRDefault="00FC6F9B" w:rsidP="00067DE2">
      <w:pPr>
        <w:pStyle w:val="Titre1"/>
      </w:pPr>
      <w:bookmarkStart w:id="14" w:name="_Toc241759585"/>
      <w:r>
        <w:t>15- Mobiliser prêts d’honneur microcrédit et garanties</w:t>
      </w:r>
      <w:bookmarkEnd w:id="14"/>
    </w:p>
    <w:p w14:paraId="7C1D43B9" w14:textId="77777777" w:rsidR="00FC6F9B" w:rsidRDefault="00FC6F9B" w:rsidP="00FC6F9B">
      <w:pPr>
        <w:pStyle w:val="Titre2"/>
        <w:spacing w:before="0" w:after="0" w:line="240" w:lineRule="auto"/>
      </w:pPr>
      <w:r>
        <w:t>15.1- Les prêts d’honneur et l’accompagnement</w:t>
      </w:r>
    </w:p>
    <w:p w14:paraId="09BC0BD8" w14:textId="77777777" w:rsidR="00FC6F9B" w:rsidRDefault="00FC6F9B" w:rsidP="00FC6F9B">
      <w:pPr>
        <w:spacing w:after="0" w:line="240" w:lineRule="auto"/>
      </w:pPr>
      <w:r>
        <w:t>Initiative France propose un prêt d’honneur à taux zéro, sans garantie personnelle, accordé au créateur après étude du projet et passage devant un comité. Il renforce l’apport et s’accompagne d’un suivi. Le montant et les modalités dépendent du dossier et de l’association locale [17].</w:t>
      </w:r>
    </w:p>
    <w:p w14:paraId="0E1F05DC" w14:textId="77777777" w:rsidR="00FC6F9B" w:rsidRDefault="00FC6F9B" w:rsidP="00FC6F9B">
      <w:pPr>
        <w:spacing w:after="0" w:line="240" w:lineRule="auto"/>
      </w:pPr>
      <w:r>
        <w:t>Réseau Entreprendre associe accompagnement de dirigeants et prêt d’honneur. Les critères et programmes se vérifient localement. À titre d’exemple territorial, le réseau parisien présente des prêts personnels à taux zéro et un accompagnement individuel et collectif. Les montants d’un territoire ne constituent pas un barème national [18].</w:t>
      </w:r>
    </w:p>
    <w:p w14:paraId="573078BA" w14:textId="77777777" w:rsidR="00FC6F9B" w:rsidRDefault="00FC6F9B" w:rsidP="00FC6F9B">
      <w:pPr>
        <w:spacing w:after="0" w:line="240" w:lineRule="auto"/>
      </w:pPr>
      <w:r>
        <w:t>Le créateur reste débiteur du prêt personnel. S’il apporte les fonds au capital de la société, celle-ci enregistre un apport, tandis que le remboursement du prêt reste dans le budget privé. S’il les avance en compte courant, la société a une dette envers lui. Le business plan précise les conditions de remboursement et un éventuel blocage demandé par le financeur.</w:t>
      </w:r>
    </w:p>
    <w:p w14:paraId="79944D0F" w14:textId="77777777" w:rsidR="00FC6F9B" w:rsidRDefault="00FC6F9B" w:rsidP="00FC6F9B">
      <w:pPr>
        <w:pStyle w:val="Titre2"/>
        <w:spacing w:before="0" w:after="0" w:line="240" w:lineRule="auto"/>
      </w:pPr>
      <w:r>
        <w:t>15.2- Le microcrédit professionnel</w:t>
      </w:r>
    </w:p>
    <w:p w14:paraId="495D4251" w14:textId="0E562FC5" w:rsidR="00FC6F9B" w:rsidRDefault="00FC6F9B" w:rsidP="00FC6F9B">
      <w:pPr>
        <w:spacing w:after="0" w:line="240" w:lineRule="auto"/>
      </w:pPr>
      <w:r>
        <w:t>L’Association pour le droit à l’initiative économique, couramment appelée Adie, finance et accompagne les personnes qui accèdent difficilement au crédit bancaire professionnel. Son offre de microcrédit peut atteindre 15 000</w:t>
      </w:r>
      <w:r>
        <w:t> €</w:t>
      </w:r>
      <w:r>
        <w:t>. Il s’agit d’un emprunt</w:t>
      </w:r>
      <w:r>
        <w:t> :</w:t>
      </w:r>
      <w:r>
        <w:t xml:space="preserve"> intégrer les intérêts, frais, durée et garanties réellement proposés dans la simulation [19].</w:t>
      </w:r>
    </w:p>
    <w:p w14:paraId="19C5FFA9" w14:textId="77777777" w:rsidR="00FC6F9B" w:rsidRDefault="00FC6F9B" w:rsidP="00FC6F9B">
      <w:pPr>
        <w:pStyle w:val="Titre2"/>
        <w:spacing w:before="0" w:after="0" w:line="240" w:lineRule="auto"/>
      </w:pPr>
      <w:r>
        <w:t>15.3- Les garanties de financement</w:t>
      </w:r>
    </w:p>
    <w:p w14:paraId="5BEDAEE4" w14:textId="77777777" w:rsidR="00FC6F9B" w:rsidRDefault="00FC6F9B" w:rsidP="00FC6F9B">
      <w:pPr>
        <w:spacing w:after="0" w:line="240" w:lineRule="auto"/>
      </w:pPr>
      <w:r>
        <w:t xml:space="preserve">France Active propose notamment des garanties destinées à faciliter l’accès au crédit et à limiter ou éviter certaines cautions personnelles. La couverture, le plafond et les publics dépendent du dispositif [20]. Une </w:t>
      </w:r>
      <w:r>
        <w:lastRenderedPageBreak/>
        <w:t>garantie ne supprime pas l’obligation de remboursement de l’emprunteur et n’apporte pas de trésorerie supplémentaire à elle seule.</w:t>
      </w:r>
    </w:p>
    <w:tbl>
      <w:tblPr>
        <w:tblStyle w:val="Grilledutableau"/>
        <w:tblW w:w="0" w:type="auto"/>
        <w:tblLayout w:type="fixed"/>
        <w:tblLook w:val="04A0" w:firstRow="1" w:lastRow="0" w:firstColumn="1" w:lastColumn="0" w:noHBand="0" w:noVBand="1"/>
      </w:tblPr>
      <w:tblGrid>
        <w:gridCol w:w="3024"/>
        <w:gridCol w:w="3744"/>
        <w:gridCol w:w="3600"/>
      </w:tblGrid>
      <w:tr w:rsidR="00FC6F9B" w:rsidRPr="00FC6F9B" w14:paraId="1C2D148E" w14:textId="77777777" w:rsidTr="00FC6F9B">
        <w:trPr>
          <w:tblHeader/>
        </w:trPr>
        <w:tc>
          <w:tcPr>
            <w:tcW w:w="3024" w:type="dxa"/>
          </w:tcPr>
          <w:p w14:paraId="485B3905" w14:textId="77777777" w:rsidR="00FC6F9B" w:rsidRPr="00FC6F9B" w:rsidRDefault="00FC6F9B" w:rsidP="00FC6F9B">
            <w:pPr>
              <w:jc w:val="left"/>
              <w:rPr>
                <w:rFonts w:ascii="Calibri" w:hAnsi="Calibri" w:cs="Calibri"/>
                <w:sz w:val="20"/>
              </w:rPr>
            </w:pPr>
            <w:r w:rsidRPr="00FC6F9B">
              <w:rPr>
                <w:rFonts w:ascii="Calibri" w:hAnsi="Calibri" w:cs="Calibri"/>
                <w:b/>
                <w:sz w:val="20"/>
              </w:rPr>
              <w:t>Instrument</w:t>
            </w:r>
          </w:p>
        </w:tc>
        <w:tc>
          <w:tcPr>
            <w:tcW w:w="3744" w:type="dxa"/>
          </w:tcPr>
          <w:p w14:paraId="6EA746A3" w14:textId="77777777" w:rsidR="00FC6F9B" w:rsidRPr="00FC6F9B" w:rsidRDefault="00FC6F9B" w:rsidP="00FC6F9B">
            <w:pPr>
              <w:jc w:val="left"/>
              <w:rPr>
                <w:rFonts w:ascii="Calibri" w:hAnsi="Calibri" w:cs="Calibri"/>
                <w:sz w:val="20"/>
              </w:rPr>
            </w:pPr>
            <w:r w:rsidRPr="00FC6F9B">
              <w:rPr>
                <w:rFonts w:ascii="Calibri" w:hAnsi="Calibri" w:cs="Calibri"/>
                <w:b/>
                <w:sz w:val="20"/>
              </w:rPr>
              <w:t>À inscrire dans les tableaux</w:t>
            </w:r>
          </w:p>
        </w:tc>
        <w:tc>
          <w:tcPr>
            <w:tcW w:w="3600" w:type="dxa"/>
          </w:tcPr>
          <w:p w14:paraId="224DC28B" w14:textId="77777777" w:rsidR="00FC6F9B" w:rsidRPr="00FC6F9B" w:rsidRDefault="00FC6F9B" w:rsidP="00FC6F9B">
            <w:pPr>
              <w:jc w:val="left"/>
              <w:rPr>
                <w:rFonts w:ascii="Calibri" w:hAnsi="Calibri" w:cs="Calibri"/>
                <w:sz w:val="20"/>
              </w:rPr>
            </w:pPr>
            <w:r w:rsidRPr="00FC6F9B">
              <w:rPr>
                <w:rFonts w:ascii="Calibri" w:hAnsi="Calibri" w:cs="Calibri"/>
                <w:b/>
                <w:sz w:val="20"/>
              </w:rPr>
              <w:t>À vérifier dans le dossier</w:t>
            </w:r>
          </w:p>
        </w:tc>
      </w:tr>
      <w:tr w:rsidR="00FC6F9B" w:rsidRPr="00FC6F9B" w14:paraId="3C4EBD7F" w14:textId="77777777" w:rsidTr="00FC6F9B">
        <w:tc>
          <w:tcPr>
            <w:tcW w:w="3024" w:type="dxa"/>
          </w:tcPr>
          <w:p w14:paraId="087A5F0F" w14:textId="77777777" w:rsidR="00FC6F9B" w:rsidRPr="00FC6F9B" w:rsidRDefault="00FC6F9B" w:rsidP="00FC6F9B">
            <w:pPr>
              <w:jc w:val="left"/>
              <w:rPr>
                <w:rFonts w:ascii="Calibri" w:hAnsi="Calibri" w:cs="Calibri"/>
                <w:sz w:val="20"/>
              </w:rPr>
            </w:pPr>
            <w:r w:rsidRPr="00FC6F9B">
              <w:rPr>
                <w:rFonts w:ascii="Calibri" w:hAnsi="Calibri" w:cs="Calibri"/>
                <w:sz w:val="20"/>
              </w:rPr>
              <w:t>Prêt personnel apporté au capital</w:t>
            </w:r>
          </w:p>
        </w:tc>
        <w:tc>
          <w:tcPr>
            <w:tcW w:w="3744" w:type="dxa"/>
          </w:tcPr>
          <w:p w14:paraId="599D8343" w14:textId="3FF7DF7A" w:rsidR="00FC6F9B" w:rsidRPr="00FC6F9B" w:rsidRDefault="00FC6F9B" w:rsidP="00FC6F9B">
            <w:pPr>
              <w:jc w:val="left"/>
              <w:rPr>
                <w:rFonts w:ascii="Calibri" w:hAnsi="Calibri" w:cs="Calibri"/>
                <w:sz w:val="20"/>
              </w:rPr>
            </w:pPr>
            <w:r w:rsidRPr="00FC6F9B">
              <w:rPr>
                <w:rFonts w:ascii="Calibri" w:hAnsi="Calibri" w:cs="Calibri"/>
                <w:sz w:val="20"/>
              </w:rPr>
              <w:t>Apport de la société</w:t>
            </w:r>
            <w:r w:rsidRPr="00FC6F9B">
              <w:rPr>
                <w:rFonts w:ascii="Calibri" w:hAnsi="Calibri" w:cs="Calibri"/>
                <w:sz w:val="20"/>
              </w:rPr>
              <w:t> ;</w:t>
            </w:r>
            <w:r w:rsidRPr="00FC6F9B">
              <w:rPr>
                <w:rFonts w:ascii="Calibri" w:hAnsi="Calibri" w:cs="Calibri"/>
                <w:sz w:val="20"/>
              </w:rPr>
              <w:t xml:space="preserve"> dette dans le budget privé</w:t>
            </w:r>
          </w:p>
        </w:tc>
        <w:tc>
          <w:tcPr>
            <w:tcW w:w="3600" w:type="dxa"/>
          </w:tcPr>
          <w:p w14:paraId="0AC17FC1" w14:textId="77777777" w:rsidR="00FC6F9B" w:rsidRPr="00FC6F9B" w:rsidRDefault="00FC6F9B" w:rsidP="00FC6F9B">
            <w:pPr>
              <w:jc w:val="left"/>
              <w:rPr>
                <w:rFonts w:ascii="Calibri" w:hAnsi="Calibri" w:cs="Calibri"/>
                <w:sz w:val="20"/>
              </w:rPr>
            </w:pPr>
            <w:r w:rsidRPr="00FC6F9B">
              <w:rPr>
                <w:rFonts w:ascii="Calibri" w:hAnsi="Calibri" w:cs="Calibri"/>
                <w:sz w:val="20"/>
              </w:rPr>
              <w:t>Preuve du versement et capacité privée à rembourser</w:t>
            </w:r>
          </w:p>
        </w:tc>
      </w:tr>
      <w:tr w:rsidR="00FC6F9B" w:rsidRPr="00FC6F9B" w14:paraId="1092B7E3" w14:textId="77777777" w:rsidTr="00FC6F9B">
        <w:tc>
          <w:tcPr>
            <w:tcW w:w="3024" w:type="dxa"/>
          </w:tcPr>
          <w:p w14:paraId="33C87553" w14:textId="77777777" w:rsidR="00FC6F9B" w:rsidRPr="00FC6F9B" w:rsidRDefault="00FC6F9B" w:rsidP="00FC6F9B">
            <w:pPr>
              <w:jc w:val="left"/>
              <w:rPr>
                <w:rFonts w:ascii="Calibri" w:hAnsi="Calibri" w:cs="Calibri"/>
                <w:sz w:val="20"/>
              </w:rPr>
            </w:pPr>
            <w:r w:rsidRPr="00FC6F9B">
              <w:rPr>
                <w:rFonts w:ascii="Calibri" w:hAnsi="Calibri" w:cs="Calibri"/>
                <w:sz w:val="20"/>
              </w:rPr>
              <w:t>Avance en compte courant</w:t>
            </w:r>
          </w:p>
        </w:tc>
        <w:tc>
          <w:tcPr>
            <w:tcW w:w="3744" w:type="dxa"/>
          </w:tcPr>
          <w:p w14:paraId="2C49AFDE" w14:textId="77777777" w:rsidR="00FC6F9B" w:rsidRPr="00FC6F9B" w:rsidRDefault="00FC6F9B" w:rsidP="00FC6F9B">
            <w:pPr>
              <w:jc w:val="left"/>
              <w:rPr>
                <w:rFonts w:ascii="Calibri" w:hAnsi="Calibri" w:cs="Calibri"/>
                <w:sz w:val="20"/>
              </w:rPr>
            </w:pPr>
            <w:r w:rsidRPr="00FC6F9B">
              <w:rPr>
                <w:rFonts w:ascii="Calibri" w:hAnsi="Calibri" w:cs="Calibri"/>
                <w:sz w:val="20"/>
              </w:rPr>
              <w:t>Ressource puis dette de la société envers l’associé</w:t>
            </w:r>
          </w:p>
        </w:tc>
        <w:tc>
          <w:tcPr>
            <w:tcW w:w="3600" w:type="dxa"/>
          </w:tcPr>
          <w:p w14:paraId="21ECB2C3" w14:textId="77777777" w:rsidR="00FC6F9B" w:rsidRPr="00FC6F9B" w:rsidRDefault="00FC6F9B" w:rsidP="00FC6F9B">
            <w:pPr>
              <w:jc w:val="left"/>
              <w:rPr>
                <w:rFonts w:ascii="Calibri" w:hAnsi="Calibri" w:cs="Calibri"/>
                <w:sz w:val="20"/>
              </w:rPr>
            </w:pPr>
            <w:r w:rsidRPr="00FC6F9B">
              <w:rPr>
                <w:rFonts w:ascii="Calibri" w:hAnsi="Calibri" w:cs="Calibri"/>
                <w:sz w:val="20"/>
              </w:rPr>
              <w:t>Convention, rémunération éventuelle, blocage et échéance</w:t>
            </w:r>
          </w:p>
        </w:tc>
      </w:tr>
      <w:tr w:rsidR="00FC6F9B" w:rsidRPr="00FC6F9B" w14:paraId="46948323" w14:textId="77777777" w:rsidTr="00FC6F9B">
        <w:tc>
          <w:tcPr>
            <w:tcW w:w="3024" w:type="dxa"/>
          </w:tcPr>
          <w:p w14:paraId="67A53928" w14:textId="77777777" w:rsidR="00FC6F9B" w:rsidRPr="00FC6F9B" w:rsidRDefault="00FC6F9B" w:rsidP="00FC6F9B">
            <w:pPr>
              <w:jc w:val="left"/>
              <w:rPr>
                <w:rFonts w:ascii="Calibri" w:hAnsi="Calibri" w:cs="Calibri"/>
                <w:sz w:val="20"/>
              </w:rPr>
            </w:pPr>
            <w:r w:rsidRPr="00FC6F9B">
              <w:rPr>
                <w:rFonts w:ascii="Calibri" w:hAnsi="Calibri" w:cs="Calibri"/>
                <w:sz w:val="20"/>
              </w:rPr>
              <w:t>Crédit professionnel</w:t>
            </w:r>
          </w:p>
        </w:tc>
        <w:tc>
          <w:tcPr>
            <w:tcW w:w="3744" w:type="dxa"/>
          </w:tcPr>
          <w:p w14:paraId="488EAE7D" w14:textId="77777777" w:rsidR="00FC6F9B" w:rsidRPr="00FC6F9B" w:rsidRDefault="00FC6F9B" w:rsidP="00FC6F9B">
            <w:pPr>
              <w:jc w:val="left"/>
              <w:rPr>
                <w:rFonts w:ascii="Calibri" w:hAnsi="Calibri" w:cs="Calibri"/>
                <w:sz w:val="20"/>
              </w:rPr>
            </w:pPr>
            <w:r w:rsidRPr="00FC6F9B">
              <w:rPr>
                <w:rFonts w:ascii="Calibri" w:hAnsi="Calibri" w:cs="Calibri"/>
                <w:sz w:val="20"/>
              </w:rPr>
              <w:t>Encaissement initial, intérêts et échéancier</w:t>
            </w:r>
          </w:p>
        </w:tc>
        <w:tc>
          <w:tcPr>
            <w:tcW w:w="3600" w:type="dxa"/>
          </w:tcPr>
          <w:p w14:paraId="24C8CE06" w14:textId="77777777" w:rsidR="00FC6F9B" w:rsidRPr="00FC6F9B" w:rsidRDefault="00FC6F9B" w:rsidP="00FC6F9B">
            <w:pPr>
              <w:jc w:val="left"/>
              <w:rPr>
                <w:rFonts w:ascii="Calibri" w:hAnsi="Calibri" w:cs="Calibri"/>
                <w:sz w:val="20"/>
              </w:rPr>
            </w:pPr>
            <w:r w:rsidRPr="00FC6F9B">
              <w:rPr>
                <w:rFonts w:ascii="Calibri" w:hAnsi="Calibri" w:cs="Calibri"/>
                <w:sz w:val="20"/>
              </w:rPr>
              <w:t>Débiteur, frais, différé, mensualités et sûretés</w:t>
            </w:r>
          </w:p>
        </w:tc>
      </w:tr>
      <w:tr w:rsidR="00FC6F9B" w:rsidRPr="00FC6F9B" w14:paraId="3CCACACB" w14:textId="77777777" w:rsidTr="00FC6F9B">
        <w:tc>
          <w:tcPr>
            <w:tcW w:w="3024" w:type="dxa"/>
          </w:tcPr>
          <w:p w14:paraId="4A77B014" w14:textId="77777777" w:rsidR="00FC6F9B" w:rsidRPr="00FC6F9B" w:rsidRDefault="00FC6F9B" w:rsidP="00FC6F9B">
            <w:pPr>
              <w:jc w:val="left"/>
              <w:rPr>
                <w:rFonts w:ascii="Calibri" w:hAnsi="Calibri" w:cs="Calibri"/>
                <w:sz w:val="20"/>
              </w:rPr>
            </w:pPr>
            <w:r w:rsidRPr="00FC6F9B">
              <w:rPr>
                <w:rFonts w:ascii="Calibri" w:hAnsi="Calibri" w:cs="Calibri"/>
                <w:sz w:val="20"/>
              </w:rPr>
              <w:t>Garantie du prêteur</w:t>
            </w:r>
          </w:p>
        </w:tc>
        <w:tc>
          <w:tcPr>
            <w:tcW w:w="3744" w:type="dxa"/>
          </w:tcPr>
          <w:p w14:paraId="6CAACB5A" w14:textId="2F789E84" w:rsidR="00FC6F9B" w:rsidRPr="00FC6F9B" w:rsidRDefault="00FC6F9B" w:rsidP="00FC6F9B">
            <w:pPr>
              <w:jc w:val="left"/>
              <w:rPr>
                <w:rFonts w:ascii="Calibri" w:hAnsi="Calibri" w:cs="Calibri"/>
                <w:sz w:val="20"/>
              </w:rPr>
            </w:pPr>
            <w:r w:rsidRPr="00FC6F9B">
              <w:rPr>
                <w:rFonts w:ascii="Calibri" w:hAnsi="Calibri" w:cs="Calibri"/>
                <w:sz w:val="20"/>
              </w:rPr>
              <w:t>Frais éventuels</w:t>
            </w:r>
            <w:r w:rsidRPr="00FC6F9B">
              <w:rPr>
                <w:rFonts w:ascii="Calibri" w:hAnsi="Calibri" w:cs="Calibri"/>
                <w:sz w:val="20"/>
              </w:rPr>
              <w:t> ;</w:t>
            </w:r>
            <w:r w:rsidRPr="00FC6F9B">
              <w:rPr>
                <w:rFonts w:ascii="Calibri" w:hAnsi="Calibri" w:cs="Calibri"/>
                <w:sz w:val="20"/>
              </w:rPr>
              <w:t xml:space="preserve"> pas d’encaissement distinct</w:t>
            </w:r>
          </w:p>
        </w:tc>
        <w:tc>
          <w:tcPr>
            <w:tcW w:w="3600" w:type="dxa"/>
          </w:tcPr>
          <w:p w14:paraId="6F481E99" w14:textId="77777777" w:rsidR="00FC6F9B" w:rsidRPr="00FC6F9B" w:rsidRDefault="00FC6F9B" w:rsidP="00FC6F9B">
            <w:pPr>
              <w:jc w:val="left"/>
              <w:rPr>
                <w:rFonts w:ascii="Calibri" w:hAnsi="Calibri" w:cs="Calibri"/>
                <w:sz w:val="20"/>
              </w:rPr>
            </w:pPr>
            <w:r w:rsidRPr="00FC6F9B">
              <w:rPr>
                <w:rFonts w:ascii="Calibri" w:hAnsi="Calibri" w:cs="Calibri"/>
                <w:sz w:val="20"/>
              </w:rPr>
              <w:t>Accord, couverture, durée et caution résiduelle</w:t>
            </w:r>
          </w:p>
        </w:tc>
      </w:tr>
    </w:tbl>
    <w:p w14:paraId="4AD2A749" w14:textId="77777777" w:rsidR="00FC6F9B" w:rsidRDefault="00FC6F9B" w:rsidP="00FC6F9B">
      <w:pPr>
        <w:spacing w:after="0" w:line="240" w:lineRule="auto"/>
      </w:pPr>
    </w:p>
    <w:p w14:paraId="0E6877AF" w14:textId="77777777" w:rsidR="00FC6F9B" w:rsidRDefault="00FC6F9B" w:rsidP="00FC6F9B">
      <w:pPr>
        <w:spacing w:after="0" w:line="240" w:lineRule="auto"/>
      </w:pPr>
      <w:r>
        <w:t>Le choix dépend du montant nécessaire, de la maturité commerciale et de la capacité de remboursement. Une ressource personnelle peut renforcer l’apport sans améliorer le revenu courant du créateur.</w:t>
      </w:r>
    </w:p>
    <w:p w14:paraId="58C43815" w14:textId="77777777" w:rsidR="00FC6F9B" w:rsidRDefault="00FC6F9B" w:rsidP="00067DE2">
      <w:pPr>
        <w:pStyle w:val="Titre1"/>
      </w:pPr>
      <w:bookmarkStart w:id="15" w:name="_Toc241759586"/>
      <w:r>
        <w:t>16- Rechercher les aides territoriales fiscales et ciblées</w:t>
      </w:r>
      <w:bookmarkEnd w:id="15"/>
    </w:p>
    <w:p w14:paraId="7AA870B7" w14:textId="77777777" w:rsidR="00FC6F9B" w:rsidRDefault="00FC6F9B" w:rsidP="00FC6F9B">
      <w:pPr>
        <w:pStyle w:val="Titre2"/>
        <w:spacing w:before="0" w:after="0" w:line="240" w:lineRule="auto"/>
      </w:pPr>
      <w:r>
        <w:t>16.1- Accompagnement régional et aides locales</w:t>
      </w:r>
    </w:p>
    <w:p w14:paraId="2AF91CAF" w14:textId="77777777" w:rsidR="00FC6F9B" w:rsidRDefault="00FC6F9B" w:rsidP="00FC6F9B">
      <w:pPr>
        <w:spacing w:after="0" w:line="240" w:lineRule="auto"/>
      </w:pPr>
      <w:r>
        <w:t>Depuis le transfert de l’ancien accompagnement national aux régions, les dispositifs d’accompagnement à la création varient selon le territoire. Ils peuvent aider au montage, à la structuration financière et au suivi. Vérifier les bénéficiaires, le prestataire et l’étendue de la prise en charge auprès de la région [21].</w:t>
      </w:r>
    </w:p>
    <w:p w14:paraId="31CE3752" w14:textId="7F37EB97" w:rsidR="00FC6F9B" w:rsidRDefault="00FC6F9B" w:rsidP="00FC6F9B">
      <w:pPr>
        <w:spacing w:after="0" w:line="240" w:lineRule="auto"/>
      </w:pPr>
      <w:r>
        <w:t>Pour une aide locale, lire le règlement correspondant à la commune d’implantation, au secteur et aux dépenses envisagées. Une avance remboursable reste une dette</w:t>
      </w:r>
      <w:r>
        <w:t> ;</w:t>
      </w:r>
      <w:r>
        <w:t xml:space="preserve"> une subvention n’est pas toujours payée d’avance. Les aides à l’innovation, à l’investissement ou à la transition nécessitent un dossier spécifique et ne sont pas ouvertes à toute création [24].</w:t>
      </w:r>
    </w:p>
    <w:p w14:paraId="4F2D2525" w14:textId="77777777" w:rsidR="00FC6F9B" w:rsidRDefault="00FC6F9B" w:rsidP="00FC6F9B">
      <w:pPr>
        <w:pStyle w:val="Titre2"/>
        <w:spacing w:before="0" w:after="0" w:line="240" w:lineRule="auto"/>
      </w:pPr>
      <w:r>
        <w:t>16.2- Souscription au capital et fiscalité</w:t>
      </w:r>
    </w:p>
    <w:p w14:paraId="11F6ECE9" w14:textId="53596685" w:rsidR="00FC6F9B" w:rsidRDefault="00FC6F9B" w:rsidP="00FC6F9B">
      <w:pPr>
        <w:spacing w:after="0" w:line="240" w:lineRule="auto"/>
      </w:pPr>
      <w:r>
        <w:t>La réduction d’impôt sur le revenu pour souscription au capital de petites et moyennes entreprises vise le souscripteur. Dans le cas général, le taux est de 18</w:t>
      </w:r>
      <w:r>
        <w:t> %</w:t>
      </w:r>
      <w:r>
        <w:t>, sous conditions et plafonds. L’entreprise reçoit l’apport souscrit</w:t>
      </w:r>
      <w:r>
        <w:t> ;</w:t>
      </w:r>
      <w:r>
        <w:t xml:space="preserve"> la réduction relève de l’impôt personnel de l’investisseur. Ce n’est pas une seconde ressource versée à la société [22].</w:t>
      </w:r>
    </w:p>
    <w:p w14:paraId="48EB72C5" w14:textId="5F872301" w:rsidR="00FC6F9B" w:rsidRDefault="00FC6F9B" w:rsidP="00FC6F9B">
      <w:pPr>
        <w:spacing w:after="0" w:line="240" w:lineRule="auto"/>
      </w:pPr>
      <w:r>
        <w:t>Exemple</w:t>
      </w:r>
      <w:r>
        <w:t> :</w:t>
      </w:r>
      <w:r>
        <w:t xml:space="preserve"> pour une souscription éligible de 10 000</w:t>
      </w:r>
      <w:r>
        <w:t> €</w:t>
      </w:r>
      <w:r>
        <w:t>, le calcul de principe au taux général donne 1 800</w:t>
      </w:r>
      <w:r>
        <w:t> €</w:t>
      </w:r>
      <w:r>
        <w:t>, avant limites et contrôle des conditions. La société dispose de 10 000</w:t>
      </w:r>
      <w:r>
        <w:t> €</w:t>
      </w:r>
      <w:r>
        <w:t xml:space="preserve"> d’apport, et non de 11 800</w:t>
      </w:r>
      <w:r>
        <w:t> €</w:t>
      </w:r>
      <w:r>
        <w:t>. Certains régimes ont des taux spécifiques. Au 1er octobre 2026, la source officielle signale une condition de validation et de décret pour la continuation du taux majoré applicable à certaines sociétés solidaires</w:t>
      </w:r>
      <w:r>
        <w:t> :</w:t>
      </w:r>
      <w:r>
        <w:t xml:space="preserve"> ne pas le présenter comme acquis [22].</w:t>
      </w:r>
    </w:p>
    <w:p w14:paraId="0B9EDE64" w14:textId="77777777" w:rsidR="00FC6F9B" w:rsidRDefault="00FC6F9B" w:rsidP="00FC6F9B">
      <w:pPr>
        <w:spacing w:after="0" w:line="240" w:lineRule="auto"/>
      </w:pPr>
      <w:r>
        <w:t>Des exonérations territoriales existent notamment dans les zones France ruralités revitalisation, sous conditions de localisation, d’activité, de régime et de calendrier. Simuler l’impôt avec et sans avantage, puis vérifier le zonage et les règles de cumul sur le texte du dispositif [25].</w:t>
      </w:r>
    </w:p>
    <w:p w14:paraId="68C6483D" w14:textId="77777777" w:rsidR="00FC6F9B" w:rsidRDefault="00FC6F9B" w:rsidP="00FC6F9B">
      <w:pPr>
        <w:pStyle w:val="Titre2"/>
        <w:spacing w:before="0" w:after="0" w:line="240" w:lineRule="auto"/>
      </w:pPr>
      <w:r>
        <w:t>16.3- Créateurs en situation de handicap</w:t>
      </w:r>
    </w:p>
    <w:p w14:paraId="19CE48EB" w14:textId="54DF1032" w:rsidR="00FC6F9B" w:rsidRDefault="00FC6F9B" w:rsidP="00FC6F9B">
      <w:pPr>
        <w:spacing w:after="0" w:line="240" w:lineRule="auto"/>
      </w:pPr>
      <w:r>
        <w:t>L’Association de gestion du fonds pour l’insertion professionnelle des personnes handicapées, appelée Agefiph, propose une aide à la création ou à la reprise pouvant atteindre 3 000</w:t>
      </w:r>
      <w:r>
        <w:t> €</w:t>
      </w:r>
      <w:r>
        <w:t>. Elle demande notamment un projet d’au moins 7 500</w:t>
      </w:r>
      <w:r>
        <w:t> €</w:t>
      </w:r>
      <w:r>
        <w:t>, un apport personnel d’au moins 1 200</w:t>
      </w:r>
      <w:r>
        <w:t> €</w:t>
      </w:r>
      <w:r>
        <w:t>, un plan équilibré et l’accompagnement d’un expert habilité. Le projet doit être une activité principale durable et respecter les conditions de direction [23].</w:t>
      </w:r>
    </w:p>
    <w:p w14:paraId="19D02369" w14:textId="77777777" w:rsidR="00FC6F9B" w:rsidRDefault="00FC6F9B" w:rsidP="00FC6F9B">
      <w:pPr>
        <w:pStyle w:val="Titre2"/>
        <w:spacing w:before="0" w:after="0" w:line="240" w:lineRule="auto"/>
      </w:pPr>
      <w:r>
        <w:t>16.4- Distinguer possibilité et décision</w:t>
      </w:r>
    </w:p>
    <w:p w14:paraId="60EB23EC" w14:textId="77777777" w:rsidR="00FC6F9B" w:rsidRDefault="00FC6F9B" w:rsidP="00FC6F9B">
      <w:pPr>
        <w:spacing w:after="0" w:line="240" w:lineRule="auto"/>
      </w:pPr>
      <w:r>
        <w:t>Conserver le règlement, la version du dossier, l’accusé de dépôt et la notification. Une demande recevable reste différente d’une attribution. Ne pas financer un engagement irréversible avec une ressource dont le montant, les conditions ou la date sont encore indéterminés.</w:t>
      </w:r>
    </w:p>
    <w:p w14:paraId="37CDF817" w14:textId="77777777" w:rsidR="00FC6F9B" w:rsidRDefault="00FC6F9B" w:rsidP="00067DE2">
      <w:pPr>
        <w:pStyle w:val="Titre1"/>
      </w:pPr>
      <w:bookmarkStart w:id="16" w:name="_Toc241759587"/>
      <w:r>
        <w:t>17- Intégrer les aides dans le financement et le calendrier</w:t>
      </w:r>
      <w:bookmarkEnd w:id="16"/>
    </w:p>
    <w:p w14:paraId="73B35EA6" w14:textId="77777777" w:rsidR="00FC6F9B" w:rsidRDefault="00FC6F9B" w:rsidP="00FC6F9B">
      <w:pPr>
        <w:pStyle w:val="Titre2"/>
        <w:spacing w:before="0" w:after="0" w:line="240" w:lineRule="auto"/>
      </w:pPr>
      <w:r>
        <w:t>17.1- Un registre de suivi des demandes</w:t>
      </w:r>
    </w:p>
    <w:tbl>
      <w:tblPr>
        <w:tblStyle w:val="Grilledutableau"/>
        <w:tblW w:w="0" w:type="auto"/>
        <w:tblLayout w:type="fixed"/>
        <w:tblLook w:val="04A0" w:firstRow="1" w:lastRow="0" w:firstColumn="1" w:lastColumn="0" w:noHBand="0" w:noVBand="1"/>
      </w:tblPr>
      <w:tblGrid>
        <w:gridCol w:w="3168"/>
        <w:gridCol w:w="7200"/>
      </w:tblGrid>
      <w:tr w:rsidR="00FC6F9B" w:rsidRPr="00FC6F9B" w14:paraId="381C1193" w14:textId="77777777" w:rsidTr="00FC6F9B">
        <w:trPr>
          <w:tblHeader/>
        </w:trPr>
        <w:tc>
          <w:tcPr>
            <w:tcW w:w="3168" w:type="dxa"/>
          </w:tcPr>
          <w:p w14:paraId="4342ED68" w14:textId="77777777" w:rsidR="00FC6F9B" w:rsidRPr="00FC6F9B" w:rsidRDefault="00FC6F9B" w:rsidP="00FC6F9B">
            <w:pPr>
              <w:jc w:val="left"/>
              <w:rPr>
                <w:rFonts w:ascii="Calibri" w:hAnsi="Calibri" w:cs="Calibri"/>
                <w:sz w:val="20"/>
              </w:rPr>
            </w:pPr>
            <w:r w:rsidRPr="00FC6F9B">
              <w:rPr>
                <w:rFonts w:ascii="Calibri" w:hAnsi="Calibri" w:cs="Calibri"/>
                <w:b/>
                <w:sz w:val="20"/>
              </w:rPr>
              <w:t>Champ à renseigner</w:t>
            </w:r>
          </w:p>
        </w:tc>
        <w:tc>
          <w:tcPr>
            <w:tcW w:w="7200" w:type="dxa"/>
          </w:tcPr>
          <w:p w14:paraId="799A8638" w14:textId="77777777" w:rsidR="00FC6F9B" w:rsidRPr="00FC6F9B" w:rsidRDefault="00FC6F9B" w:rsidP="00FC6F9B">
            <w:pPr>
              <w:jc w:val="left"/>
              <w:rPr>
                <w:rFonts w:ascii="Calibri" w:hAnsi="Calibri" w:cs="Calibri"/>
                <w:sz w:val="20"/>
              </w:rPr>
            </w:pPr>
            <w:r w:rsidRPr="00FC6F9B">
              <w:rPr>
                <w:rFonts w:ascii="Calibri" w:hAnsi="Calibri" w:cs="Calibri"/>
                <w:b/>
                <w:sz w:val="20"/>
              </w:rPr>
              <w:t>Information utile pour le pilotage</w:t>
            </w:r>
          </w:p>
        </w:tc>
      </w:tr>
      <w:tr w:rsidR="00FC6F9B" w:rsidRPr="00FC6F9B" w14:paraId="6847B97A" w14:textId="77777777" w:rsidTr="00FC6F9B">
        <w:tc>
          <w:tcPr>
            <w:tcW w:w="3168" w:type="dxa"/>
          </w:tcPr>
          <w:p w14:paraId="27DAF85D" w14:textId="77777777" w:rsidR="00FC6F9B" w:rsidRPr="00FC6F9B" w:rsidRDefault="00FC6F9B" w:rsidP="00FC6F9B">
            <w:pPr>
              <w:jc w:val="left"/>
              <w:rPr>
                <w:rFonts w:ascii="Calibri" w:hAnsi="Calibri" w:cs="Calibri"/>
                <w:sz w:val="20"/>
              </w:rPr>
            </w:pPr>
            <w:r w:rsidRPr="00FC6F9B">
              <w:rPr>
                <w:rFonts w:ascii="Calibri" w:hAnsi="Calibri" w:cs="Calibri"/>
                <w:sz w:val="20"/>
              </w:rPr>
              <w:t>Dispositif et organisme</w:t>
            </w:r>
          </w:p>
        </w:tc>
        <w:tc>
          <w:tcPr>
            <w:tcW w:w="7200" w:type="dxa"/>
          </w:tcPr>
          <w:p w14:paraId="1676D7F6" w14:textId="77777777" w:rsidR="00FC6F9B" w:rsidRPr="00FC6F9B" w:rsidRDefault="00FC6F9B" w:rsidP="00FC6F9B">
            <w:pPr>
              <w:jc w:val="left"/>
              <w:rPr>
                <w:rFonts w:ascii="Calibri" w:hAnsi="Calibri" w:cs="Calibri"/>
                <w:sz w:val="20"/>
              </w:rPr>
            </w:pPr>
            <w:r w:rsidRPr="00FC6F9B">
              <w:rPr>
                <w:rFonts w:ascii="Calibri" w:hAnsi="Calibri" w:cs="Calibri"/>
                <w:sz w:val="20"/>
              </w:rPr>
              <w:t>Intitulé exact, interlocuteur, règlement et date de vérification</w:t>
            </w:r>
          </w:p>
        </w:tc>
      </w:tr>
      <w:tr w:rsidR="00FC6F9B" w:rsidRPr="00FC6F9B" w14:paraId="791D5BB8" w14:textId="77777777" w:rsidTr="00FC6F9B">
        <w:tc>
          <w:tcPr>
            <w:tcW w:w="3168" w:type="dxa"/>
          </w:tcPr>
          <w:p w14:paraId="22A3779B" w14:textId="77777777" w:rsidR="00FC6F9B" w:rsidRPr="00FC6F9B" w:rsidRDefault="00FC6F9B" w:rsidP="00FC6F9B">
            <w:pPr>
              <w:jc w:val="left"/>
              <w:rPr>
                <w:rFonts w:ascii="Calibri" w:hAnsi="Calibri" w:cs="Calibri"/>
                <w:sz w:val="20"/>
              </w:rPr>
            </w:pPr>
            <w:r w:rsidRPr="00FC6F9B">
              <w:rPr>
                <w:rFonts w:ascii="Calibri" w:hAnsi="Calibri" w:cs="Calibri"/>
                <w:sz w:val="20"/>
              </w:rPr>
              <w:t>Bénéficiaire et nature</w:t>
            </w:r>
          </w:p>
        </w:tc>
        <w:tc>
          <w:tcPr>
            <w:tcW w:w="7200" w:type="dxa"/>
          </w:tcPr>
          <w:p w14:paraId="74303991" w14:textId="2F239347" w:rsidR="00FC6F9B" w:rsidRPr="00FC6F9B" w:rsidRDefault="00FC6F9B" w:rsidP="00FC6F9B">
            <w:pPr>
              <w:jc w:val="left"/>
              <w:rPr>
                <w:rFonts w:ascii="Calibri" w:hAnsi="Calibri" w:cs="Calibri"/>
                <w:sz w:val="20"/>
              </w:rPr>
            </w:pPr>
            <w:r w:rsidRPr="00FC6F9B">
              <w:rPr>
                <w:rFonts w:ascii="Calibri" w:hAnsi="Calibri" w:cs="Calibri"/>
                <w:sz w:val="20"/>
              </w:rPr>
              <w:t>Créateur ou entreprise</w:t>
            </w:r>
            <w:r w:rsidRPr="00FC6F9B">
              <w:rPr>
                <w:rFonts w:ascii="Calibri" w:hAnsi="Calibri" w:cs="Calibri"/>
                <w:sz w:val="20"/>
              </w:rPr>
              <w:t> ;</w:t>
            </w:r>
            <w:r w:rsidRPr="00FC6F9B">
              <w:rPr>
                <w:rFonts w:ascii="Calibri" w:hAnsi="Calibri" w:cs="Calibri"/>
                <w:sz w:val="20"/>
              </w:rPr>
              <w:t xml:space="preserve"> exonération, allocation, apport, prêt ou subvention</w:t>
            </w:r>
          </w:p>
        </w:tc>
      </w:tr>
      <w:tr w:rsidR="00FC6F9B" w:rsidRPr="00FC6F9B" w14:paraId="5AFAA02D" w14:textId="77777777" w:rsidTr="00FC6F9B">
        <w:tc>
          <w:tcPr>
            <w:tcW w:w="3168" w:type="dxa"/>
          </w:tcPr>
          <w:p w14:paraId="76549F58" w14:textId="77777777" w:rsidR="00FC6F9B" w:rsidRPr="00FC6F9B" w:rsidRDefault="00FC6F9B" w:rsidP="00FC6F9B">
            <w:pPr>
              <w:jc w:val="left"/>
              <w:rPr>
                <w:rFonts w:ascii="Calibri" w:hAnsi="Calibri" w:cs="Calibri"/>
                <w:sz w:val="20"/>
              </w:rPr>
            </w:pPr>
            <w:r w:rsidRPr="00FC6F9B">
              <w:rPr>
                <w:rFonts w:ascii="Calibri" w:hAnsi="Calibri" w:cs="Calibri"/>
                <w:sz w:val="20"/>
              </w:rPr>
              <w:t>Éligibilité</w:t>
            </w:r>
          </w:p>
        </w:tc>
        <w:tc>
          <w:tcPr>
            <w:tcW w:w="7200" w:type="dxa"/>
          </w:tcPr>
          <w:p w14:paraId="2771FCC4" w14:textId="77777777" w:rsidR="00FC6F9B" w:rsidRPr="00FC6F9B" w:rsidRDefault="00FC6F9B" w:rsidP="00FC6F9B">
            <w:pPr>
              <w:jc w:val="left"/>
              <w:rPr>
                <w:rFonts w:ascii="Calibri" w:hAnsi="Calibri" w:cs="Calibri"/>
                <w:sz w:val="20"/>
              </w:rPr>
            </w:pPr>
            <w:r w:rsidRPr="00FC6F9B">
              <w:rPr>
                <w:rFonts w:ascii="Calibri" w:hAnsi="Calibri" w:cs="Calibri"/>
                <w:sz w:val="20"/>
              </w:rPr>
              <w:t>Profil, territoire, activité, taille, contrôle et dépenses admissibles</w:t>
            </w:r>
          </w:p>
        </w:tc>
      </w:tr>
      <w:tr w:rsidR="00FC6F9B" w:rsidRPr="00FC6F9B" w14:paraId="1C6A890E" w14:textId="77777777" w:rsidTr="00FC6F9B">
        <w:tc>
          <w:tcPr>
            <w:tcW w:w="3168" w:type="dxa"/>
          </w:tcPr>
          <w:p w14:paraId="5BDFC84B" w14:textId="77777777" w:rsidR="00FC6F9B" w:rsidRPr="00FC6F9B" w:rsidRDefault="00FC6F9B" w:rsidP="00FC6F9B">
            <w:pPr>
              <w:jc w:val="left"/>
              <w:rPr>
                <w:rFonts w:ascii="Calibri" w:hAnsi="Calibri" w:cs="Calibri"/>
                <w:sz w:val="20"/>
              </w:rPr>
            </w:pPr>
            <w:r w:rsidRPr="00FC6F9B">
              <w:rPr>
                <w:rFonts w:ascii="Calibri" w:hAnsi="Calibri" w:cs="Calibri"/>
                <w:sz w:val="20"/>
              </w:rPr>
              <w:t>Montants</w:t>
            </w:r>
          </w:p>
        </w:tc>
        <w:tc>
          <w:tcPr>
            <w:tcW w:w="7200" w:type="dxa"/>
          </w:tcPr>
          <w:p w14:paraId="3313DF4E" w14:textId="77777777" w:rsidR="00FC6F9B" w:rsidRPr="00FC6F9B" w:rsidRDefault="00FC6F9B" w:rsidP="00FC6F9B">
            <w:pPr>
              <w:jc w:val="left"/>
              <w:rPr>
                <w:rFonts w:ascii="Calibri" w:hAnsi="Calibri" w:cs="Calibri"/>
                <w:sz w:val="20"/>
              </w:rPr>
            </w:pPr>
            <w:r w:rsidRPr="00FC6F9B">
              <w:rPr>
                <w:rFonts w:ascii="Calibri" w:hAnsi="Calibri" w:cs="Calibri"/>
                <w:sz w:val="20"/>
              </w:rPr>
              <w:t>Demandé, attribué, retenu dans le scénario et montant effectivement versé</w:t>
            </w:r>
          </w:p>
        </w:tc>
      </w:tr>
      <w:tr w:rsidR="00FC6F9B" w:rsidRPr="00FC6F9B" w14:paraId="653EEA53" w14:textId="77777777" w:rsidTr="00FC6F9B">
        <w:tc>
          <w:tcPr>
            <w:tcW w:w="3168" w:type="dxa"/>
          </w:tcPr>
          <w:p w14:paraId="3E18B022" w14:textId="77777777" w:rsidR="00FC6F9B" w:rsidRPr="00FC6F9B" w:rsidRDefault="00FC6F9B" w:rsidP="00FC6F9B">
            <w:pPr>
              <w:jc w:val="left"/>
              <w:rPr>
                <w:rFonts w:ascii="Calibri" w:hAnsi="Calibri" w:cs="Calibri"/>
                <w:sz w:val="20"/>
              </w:rPr>
            </w:pPr>
            <w:r w:rsidRPr="00FC6F9B">
              <w:rPr>
                <w:rFonts w:ascii="Calibri" w:hAnsi="Calibri" w:cs="Calibri"/>
                <w:sz w:val="20"/>
              </w:rPr>
              <w:lastRenderedPageBreak/>
              <w:t>Dates</w:t>
            </w:r>
          </w:p>
        </w:tc>
        <w:tc>
          <w:tcPr>
            <w:tcW w:w="7200" w:type="dxa"/>
          </w:tcPr>
          <w:p w14:paraId="5429DE38" w14:textId="77777777" w:rsidR="00FC6F9B" w:rsidRPr="00FC6F9B" w:rsidRDefault="00FC6F9B" w:rsidP="00FC6F9B">
            <w:pPr>
              <w:jc w:val="left"/>
              <w:rPr>
                <w:rFonts w:ascii="Calibri" w:hAnsi="Calibri" w:cs="Calibri"/>
                <w:sz w:val="20"/>
              </w:rPr>
            </w:pPr>
            <w:r w:rsidRPr="00FC6F9B">
              <w:rPr>
                <w:rFonts w:ascii="Calibri" w:hAnsi="Calibri" w:cs="Calibri"/>
                <w:sz w:val="20"/>
              </w:rPr>
              <w:t>Dépôt limite, décision, engagement des dépenses et encaissement prévu</w:t>
            </w:r>
          </w:p>
        </w:tc>
      </w:tr>
      <w:tr w:rsidR="00FC6F9B" w:rsidRPr="00FC6F9B" w14:paraId="47DB1925" w14:textId="77777777" w:rsidTr="00FC6F9B">
        <w:tc>
          <w:tcPr>
            <w:tcW w:w="3168" w:type="dxa"/>
          </w:tcPr>
          <w:p w14:paraId="39B06624" w14:textId="77777777" w:rsidR="00FC6F9B" w:rsidRPr="00FC6F9B" w:rsidRDefault="00FC6F9B" w:rsidP="00FC6F9B">
            <w:pPr>
              <w:jc w:val="left"/>
              <w:rPr>
                <w:rFonts w:ascii="Calibri" w:hAnsi="Calibri" w:cs="Calibri"/>
                <w:sz w:val="20"/>
              </w:rPr>
            </w:pPr>
            <w:r w:rsidRPr="00FC6F9B">
              <w:rPr>
                <w:rFonts w:ascii="Calibri" w:hAnsi="Calibri" w:cs="Calibri"/>
                <w:sz w:val="20"/>
              </w:rPr>
              <w:t>Conditions</w:t>
            </w:r>
          </w:p>
        </w:tc>
        <w:tc>
          <w:tcPr>
            <w:tcW w:w="7200" w:type="dxa"/>
          </w:tcPr>
          <w:p w14:paraId="3F4B53D0" w14:textId="77777777" w:rsidR="00FC6F9B" w:rsidRPr="00FC6F9B" w:rsidRDefault="00FC6F9B" w:rsidP="00FC6F9B">
            <w:pPr>
              <w:jc w:val="left"/>
              <w:rPr>
                <w:rFonts w:ascii="Calibri" w:hAnsi="Calibri" w:cs="Calibri"/>
                <w:sz w:val="20"/>
              </w:rPr>
            </w:pPr>
            <w:r w:rsidRPr="00FC6F9B">
              <w:rPr>
                <w:rFonts w:ascii="Calibri" w:hAnsi="Calibri" w:cs="Calibri"/>
                <w:sz w:val="20"/>
              </w:rPr>
              <w:t>Cumul, justificatifs, maintien de l’activité et éventuelle restitution</w:t>
            </w:r>
          </w:p>
        </w:tc>
      </w:tr>
      <w:tr w:rsidR="00FC6F9B" w:rsidRPr="00FC6F9B" w14:paraId="156E0D81" w14:textId="77777777" w:rsidTr="00FC6F9B">
        <w:tc>
          <w:tcPr>
            <w:tcW w:w="3168" w:type="dxa"/>
          </w:tcPr>
          <w:p w14:paraId="3B607E54" w14:textId="77777777" w:rsidR="00FC6F9B" w:rsidRPr="00FC6F9B" w:rsidRDefault="00FC6F9B" w:rsidP="00FC6F9B">
            <w:pPr>
              <w:jc w:val="left"/>
              <w:rPr>
                <w:rFonts w:ascii="Calibri" w:hAnsi="Calibri" w:cs="Calibri"/>
                <w:sz w:val="20"/>
              </w:rPr>
            </w:pPr>
            <w:r w:rsidRPr="00FC6F9B">
              <w:rPr>
                <w:rFonts w:ascii="Calibri" w:hAnsi="Calibri" w:cs="Calibri"/>
                <w:sz w:val="20"/>
              </w:rPr>
              <w:t>Statut et repli</w:t>
            </w:r>
          </w:p>
        </w:tc>
        <w:tc>
          <w:tcPr>
            <w:tcW w:w="7200" w:type="dxa"/>
          </w:tcPr>
          <w:p w14:paraId="7FDB26D7" w14:textId="62327236" w:rsidR="00FC6F9B" w:rsidRPr="00FC6F9B" w:rsidRDefault="00FC6F9B" w:rsidP="00FC6F9B">
            <w:pPr>
              <w:jc w:val="left"/>
              <w:rPr>
                <w:rFonts w:ascii="Calibri" w:hAnsi="Calibri" w:cs="Calibri"/>
                <w:sz w:val="20"/>
              </w:rPr>
            </w:pPr>
            <w:r w:rsidRPr="00FC6F9B">
              <w:rPr>
                <w:rFonts w:ascii="Calibri" w:hAnsi="Calibri" w:cs="Calibri"/>
                <w:sz w:val="20"/>
              </w:rPr>
              <w:t>Repéré, déposé, accordé, versé</w:t>
            </w:r>
            <w:r w:rsidRPr="00FC6F9B">
              <w:rPr>
                <w:rFonts w:ascii="Calibri" w:hAnsi="Calibri" w:cs="Calibri"/>
                <w:sz w:val="20"/>
              </w:rPr>
              <w:t> ;</w:t>
            </w:r>
            <w:r w:rsidRPr="00FC6F9B">
              <w:rPr>
                <w:rFonts w:ascii="Calibri" w:hAnsi="Calibri" w:cs="Calibri"/>
                <w:sz w:val="20"/>
              </w:rPr>
              <w:t xml:space="preserve"> solution si refus ou retard</w:t>
            </w:r>
          </w:p>
        </w:tc>
      </w:tr>
    </w:tbl>
    <w:p w14:paraId="3A08CA08" w14:textId="77777777" w:rsidR="00FC6F9B" w:rsidRDefault="00FC6F9B" w:rsidP="00FC6F9B">
      <w:pPr>
        <w:spacing w:after="0" w:line="240" w:lineRule="auto"/>
      </w:pPr>
    </w:p>
    <w:p w14:paraId="7E3B6946" w14:textId="77777777" w:rsidR="00FC6F9B" w:rsidRDefault="00FC6F9B" w:rsidP="00FC6F9B">
      <w:pPr>
        <w:pStyle w:val="Titre2"/>
        <w:spacing w:before="0" w:after="0" w:line="240" w:lineRule="auto"/>
      </w:pPr>
      <w:r>
        <w:t>17.2- Exemple autonome de montage de création</w:t>
      </w:r>
    </w:p>
    <w:p w14:paraId="48429080" w14:textId="742724A6" w:rsidR="00FC6F9B" w:rsidRDefault="00FC6F9B" w:rsidP="00FC6F9B">
      <w:pPr>
        <w:spacing w:after="0" w:line="240" w:lineRule="auto"/>
      </w:pPr>
      <w:r>
        <w:t xml:space="preserve">Exemple fictif distinct du cas </w:t>
      </w:r>
      <w:proofErr w:type="spellStart"/>
      <w:r>
        <w:t>Novéa</w:t>
      </w:r>
      <w:proofErr w:type="spellEnd"/>
      <w:r>
        <w:t> :</w:t>
      </w:r>
      <w:r>
        <w:t xml:space="preserve"> le besoin initial est de 50 000</w:t>
      </w:r>
      <w:r>
        <w:t> €</w:t>
      </w:r>
      <w:r>
        <w:t>, comprenant 30 000</w:t>
      </w:r>
      <w:r>
        <w:t> €</w:t>
      </w:r>
      <w:r>
        <w:t xml:space="preserve"> d’investissement, 12 000</w:t>
      </w:r>
      <w:r>
        <w:t> €</w:t>
      </w:r>
      <w:r>
        <w:t xml:space="preserve"> de besoin du cycle et 8 000</w:t>
      </w:r>
      <w:r>
        <w:t> €</w:t>
      </w:r>
      <w:r>
        <w:t xml:space="preserve"> de réserve. Le créateur prévoit 10 000</w:t>
      </w:r>
      <w:r>
        <w:t> €</w:t>
      </w:r>
      <w:r>
        <w:t xml:space="preserve"> d’épargne, un prêt d’honneur personnel accordé de 10 000</w:t>
      </w:r>
      <w:r>
        <w:t> €</w:t>
      </w:r>
      <w:r>
        <w:t xml:space="preserve"> apporté au capital, et un crédit professionnel accordé de 30 000</w:t>
      </w:r>
      <w:r>
        <w:t> €</w:t>
      </w:r>
      <w:r>
        <w:t>. Les ressources mobilisables au lancement totalisent 50 000</w:t>
      </w:r>
      <w:r>
        <w:t> €</w:t>
      </w:r>
      <w:r>
        <w:t>.</w:t>
      </w:r>
    </w:p>
    <w:p w14:paraId="3CAE51E5" w14:textId="7C054F93" w:rsidR="00FC6F9B" w:rsidRDefault="00FC6F9B" w:rsidP="00FC6F9B">
      <w:pPr>
        <w:spacing w:after="0" w:line="240" w:lineRule="auto"/>
      </w:pPr>
      <w:r>
        <w:t>Une subvention de 5 000</w:t>
      </w:r>
      <w:r>
        <w:t> €</w:t>
      </w:r>
      <w:r>
        <w:t xml:space="preserve"> a seulement été demandée, avec versement envisagé au sixième mois. Elle est présentée comme ressource conditionnelle supplémentaire. Le financement du lancement demeure complet sans cette subvention. Si le créateur réduit le crédit à 25 000</w:t>
      </w:r>
      <w:r>
        <w:t> €</w:t>
      </w:r>
      <w:r>
        <w:t xml:space="preserve"> en anticipant son obtention, il manque 5 000</w:t>
      </w:r>
      <w:r>
        <w:t> €</w:t>
      </w:r>
      <w:r>
        <w:t xml:space="preserve"> au démarrage</w:t>
      </w:r>
      <w:r>
        <w:t> :</w:t>
      </w:r>
      <w:r>
        <w:t xml:space="preserve"> un relais confirmé devient nécessaire.</w:t>
      </w:r>
    </w:p>
    <w:p w14:paraId="06889E67" w14:textId="77777777" w:rsidR="00FC6F9B" w:rsidRDefault="00FC6F9B" w:rsidP="00FC6F9B">
      <w:pPr>
        <w:spacing w:after="0" w:line="240" w:lineRule="auto"/>
      </w:pPr>
      <w:r>
        <w:rPr>
          <w:b/>
          <w:sz w:val="21"/>
        </w:rPr>
        <w:t>Ressources disponibles au lancement = apports effectivement versés + crédits mobilisables + aides déjà encaissables</w:t>
      </w:r>
    </w:p>
    <w:p w14:paraId="42319196" w14:textId="77777777" w:rsidR="00FC6F9B" w:rsidRDefault="00FC6F9B" w:rsidP="00FC6F9B">
      <w:pPr>
        <w:pStyle w:val="Titre2"/>
        <w:spacing w:before="0" w:after="0" w:line="240" w:lineRule="auto"/>
      </w:pPr>
      <w:r>
        <w:t>17.3- Relier chaque dispositif aux bons tableaux</w:t>
      </w:r>
    </w:p>
    <w:p w14:paraId="02AAFBDE" w14:textId="776190D8" w:rsidR="00FC6F9B" w:rsidRDefault="00FC6F9B" w:rsidP="00FC6F9B">
      <w:pPr>
        <w:spacing w:after="0" w:line="240" w:lineRule="auto"/>
      </w:pPr>
      <w:r>
        <w:t>L’exonération sociale modifie les charges et les décaissements concernés. Une allocation personnelle alimente le budget du foyer. Un apport effectif alimente le financement de l’entreprise. Un prêt professionnel produit une dette et des échéances. Une subvention se place dans la trésorerie à sa date de versement</w:t>
      </w:r>
      <w:r>
        <w:t> ;</w:t>
      </w:r>
      <w:r>
        <w:t xml:space="preserve"> sa comptabilisation dépend de sa nature et des règles applicables, à valider avec le professionnel comptable.</w:t>
      </w:r>
    </w:p>
    <w:p w14:paraId="748D14FD" w14:textId="77777777" w:rsidR="00FC6F9B" w:rsidRDefault="00FC6F9B" w:rsidP="00FC6F9B">
      <w:pPr>
        <w:spacing w:after="0" w:line="240" w:lineRule="auto"/>
      </w:pPr>
      <w:r>
        <w:t>La garantie améliore éventuellement l’accès au crédit sans créer un encaissement séparé. L’avantage fiscal personnel ne finance pas directement l’entreprise. Le dossier conserve les montants bruts, prélèvements éventuels et montants disponibles pour éviter les doubles comptes.</w:t>
      </w:r>
    </w:p>
    <w:p w14:paraId="636B2798" w14:textId="77777777" w:rsidR="00FC6F9B" w:rsidRDefault="00FC6F9B" w:rsidP="00FC6F9B">
      <w:pPr>
        <w:pStyle w:val="Titre2"/>
        <w:spacing w:before="0" w:after="0" w:line="240" w:lineRule="auto"/>
      </w:pPr>
      <w:r>
        <w:t>17.4- Décider avant le lancement</w:t>
      </w:r>
    </w:p>
    <w:p w14:paraId="20DAE28A" w14:textId="342652CD" w:rsidR="00FC6F9B" w:rsidRDefault="00FC6F9B" w:rsidP="00FC6F9B">
      <w:pPr>
        <w:spacing w:after="0" w:line="240" w:lineRule="auto"/>
      </w:pPr>
      <w:r>
        <w:t>La décision de création s’appuie sur quatre validations</w:t>
      </w:r>
      <w:r>
        <w:t> :</w:t>
      </w:r>
      <w:r>
        <w:t xml:space="preserve"> demande commerciale crédible, capacité de production réelle, revenu personnel soutenable et ressources disponibles au bon moment. Si un point manque, le planning prévoit la correction et la date d’une nouvelle décision.</w:t>
      </w:r>
    </w:p>
    <w:p w14:paraId="08318654" w14:textId="77777777" w:rsidR="00FC6F9B" w:rsidRDefault="00FC6F9B" w:rsidP="00067DE2">
      <w:pPr>
        <w:pStyle w:val="Titre1"/>
      </w:pPr>
      <w:bookmarkStart w:id="17" w:name="_Toc241759588"/>
      <w:r>
        <w:t>18- Relier les tableaux financiers</w:t>
      </w:r>
      <w:bookmarkEnd w:id="17"/>
    </w:p>
    <w:p w14:paraId="6EFAEED9" w14:textId="77777777" w:rsidR="00FC6F9B" w:rsidRDefault="00FC6F9B" w:rsidP="00FC6F9B">
      <w:pPr>
        <w:pStyle w:val="Titre2"/>
        <w:spacing w:before="0" w:after="0" w:line="240" w:lineRule="auto"/>
      </w:pPr>
      <w:r>
        <w:t>18.1- Construire un ensemble cohérent</w:t>
      </w:r>
    </w:p>
    <w:p w14:paraId="2BA9ECB9" w14:textId="77777777" w:rsidR="00FC6F9B" w:rsidRDefault="00FC6F9B" w:rsidP="00FC6F9B">
      <w:pPr>
        <w:spacing w:after="0" w:line="240" w:lineRule="auto"/>
      </w:pPr>
      <w:r>
        <w:t>Les ventes prévues déterminent les volumes et les coûts. Les délais de paiement et les stocks déterminent le besoin du cycle. Les investissements génèrent des paiements et des amortissements. Le financement produit des ressources, des intérêts et des remboursements. Tous les tableaux utilisent les mêmes hypothèses.</w:t>
      </w:r>
    </w:p>
    <w:tbl>
      <w:tblPr>
        <w:tblStyle w:val="Grilledutableau"/>
        <w:tblW w:w="0" w:type="auto"/>
        <w:tblLayout w:type="fixed"/>
        <w:tblLook w:val="04A0" w:firstRow="1" w:lastRow="0" w:firstColumn="1" w:lastColumn="0" w:noHBand="0" w:noVBand="1"/>
      </w:tblPr>
      <w:tblGrid>
        <w:gridCol w:w="2880"/>
        <w:gridCol w:w="3600"/>
        <w:gridCol w:w="3888"/>
      </w:tblGrid>
      <w:tr w:rsidR="00FC6F9B" w:rsidRPr="00FC6F9B" w14:paraId="75BA3090" w14:textId="77777777" w:rsidTr="00FC6F9B">
        <w:trPr>
          <w:tblHeader/>
        </w:trPr>
        <w:tc>
          <w:tcPr>
            <w:tcW w:w="2880" w:type="dxa"/>
          </w:tcPr>
          <w:p w14:paraId="30EB52A5" w14:textId="77777777" w:rsidR="00FC6F9B" w:rsidRPr="00FC6F9B" w:rsidRDefault="00FC6F9B" w:rsidP="00FC6F9B">
            <w:pPr>
              <w:jc w:val="left"/>
              <w:rPr>
                <w:rFonts w:ascii="Calibri" w:hAnsi="Calibri" w:cs="Calibri"/>
                <w:sz w:val="20"/>
              </w:rPr>
            </w:pPr>
            <w:r w:rsidRPr="00FC6F9B">
              <w:rPr>
                <w:rFonts w:ascii="Calibri" w:hAnsi="Calibri" w:cs="Calibri"/>
                <w:b/>
                <w:sz w:val="20"/>
              </w:rPr>
              <w:t>Tableau</w:t>
            </w:r>
          </w:p>
        </w:tc>
        <w:tc>
          <w:tcPr>
            <w:tcW w:w="3600" w:type="dxa"/>
          </w:tcPr>
          <w:p w14:paraId="4ECE4AD3" w14:textId="77777777" w:rsidR="00FC6F9B" w:rsidRPr="00FC6F9B" w:rsidRDefault="00FC6F9B" w:rsidP="00FC6F9B">
            <w:pPr>
              <w:jc w:val="left"/>
              <w:rPr>
                <w:rFonts w:ascii="Calibri" w:hAnsi="Calibri" w:cs="Calibri"/>
                <w:sz w:val="20"/>
              </w:rPr>
            </w:pPr>
            <w:r w:rsidRPr="00FC6F9B">
              <w:rPr>
                <w:rFonts w:ascii="Calibri" w:hAnsi="Calibri" w:cs="Calibri"/>
                <w:b/>
                <w:sz w:val="20"/>
              </w:rPr>
              <w:t>Question traitée</w:t>
            </w:r>
          </w:p>
        </w:tc>
        <w:tc>
          <w:tcPr>
            <w:tcW w:w="3888" w:type="dxa"/>
          </w:tcPr>
          <w:p w14:paraId="5B19540C" w14:textId="77777777" w:rsidR="00FC6F9B" w:rsidRPr="00FC6F9B" w:rsidRDefault="00FC6F9B" w:rsidP="00FC6F9B">
            <w:pPr>
              <w:jc w:val="left"/>
              <w:rPr>
                <w:rFonts w:ascii="Calibri" w:hAnsi="Calibri" w:cs="Calibri"/>
                <w:sz w:val="20"/>
              </w:rPr>
            </w:pPr>
            <w:r w:rsidRPr="00FC6F9B">
              <w:rPr>
                <w:rFonts w:ascii="Calibri" w:hAnsi="Calibri" w:cs="Calibri"/>
                <w:b/>
                <w:sz w:val="20"/>
              </w:rPr>
              <w:t>Données déterminantes</w:t>
            </w:r>
          </w:p>
        </w:tc>
      </w:tr>
      <w:tr w:rsidR="00FC6F9B" w:rsidRPr="00FC6F9B" w14:paraId="6DD94A97" w14:textId="77777777" w:rsidTr="00FC6F9B">
        <w:tc>
          <w:tcPr>
            <w:tcW w:w="2880" w:type="dxa"/>
          </w:tcPr>
          <w:p w14:paraId="02E60D36" w14:textId="77777777" w:rsidR="00FC6F9B" w:rsidRPr="00FC6F9B" w:rsidRDefault="00FC6F9B" w:rsidP="00FC6F9B">
            <w:pPr>
              <w:jc w:val="left"/>
              <w:rPr>
                <w:rFonts w:ascii="Calibri" w:hAnsi="Calibri" w:cs="Calibri"/>
                <w:sz w:val="20"/>
              </w:rPr>
            </w:pPr>
            <w:r w:rsidRPr="00FC6F9B">
              <w:rPr>
                <w:rFonts w:ascii="Calibri" w:hAnsi="Calibri" w:cs="Calibri"/>
                <w:sz w:val="20"/>
              </w:rPr>
              <w:t>Plan de financement initial</w:t>
            </w:r>
          </w:p>
        </w:tc>
        <w:tc>
          <w:tcPr>
            <w:tcW w:w="3600" w:type="dxa"/>
          </w:tcPr>
          <w:p w14:paraId="4E957EB3" w14:textId="34F90131" w:rsidR="00FC6F9B" w:rsidRPr="00FC6F9B" w:rsidRDefault="00FC6F9B" w:rsidP="00FC6F9B">
            <w:pPr>
              <w:jc w:val="left"/>
              <w:rPr>
                <w:rFonts w:ascii="Calibri" w:hAnsi="Calibri" w:cs="Calibri"/>
                <w:sz w:val="20"/>
              </w:rPr>
            </w:pPr>
            <w:r w:rsidRPr="00FC6F9B">
              <w:rPr>
                <w:rFonts w:ascii="Calibri" w:hAnsi="Calibri" w:cs="Calibri"/>
                <w:sz w:val="20"/>
              </w:rPr>
              <w:t>Quels moyens pour démarrer</w:t>
            </w:r>
            <w:r w:rsidRPr="00FC6F9B">
              <w:rPr>
                <w:rFonts w:ascii="Calibri" w:hAnsi="Calibri" w:cs="Calibri"/>
                <w:sz w:val="20"/>
              </w:rPr>
              <w:t> ?</w:t>
            </w:r>
          </w:p>
        </w:tc>
        <w:tc>
          <w:tcPr>
            <w:tcW w:w="3888" w:type="dxa"/>
          </w:tcPr>
          <w:p w14:paraId="582A67B4" w14:textId="77777777" w:rsidR="00FC6F9B" w:rsidRPr="00FC6F9B" w:rsidRDefault="00FC6F9B" w:rsidP="00FC6F9B">
            <w:pPr>
              <w:jc w:val="left"/>
              <w:rPr>
                <w:rFonts w:ascii="Calibri" w:hAnsi="Calibri" w:cs="Calibri"/>
                <w:sz w:val="20"/>
              </w:rPr>
            </w:pPr>
            <w:r w:rsidRPr="00FC6F9B">
              <w:rPr>
                <w:rFonts w:ascii="Calibri" w:hAnsi="Calibri" w:cs="Calibri"/>
                <w:sz w:val="20"/>
              </w:rPr>
              <w:t>Investissements, cycle et ressources</w:t>
            </w:r>
          </w:p>
        </w:tc>
      </w:tr>
      <w:tr w:rsidR="00FC6F9B" w:rsidRPr="00FC6F9B" w14:paraId="578B13A4" w14:textId="77777777" w:rsidTr="00FC6F9B">
        <w:tc>
          <w:tcPr>
            <w:tcW w:w="2880" w:type="dxa"/>
          </w:tcPr>
          <w:p w14:paraId="440F79C4" w14:textId="77777777" w:rsidR="00FC6F9B" w:rsidRPr="00FC6F9B" w:rsidRDefault="00FC6F9B" w:rsidP="00FC6F9B">
            <w:pPr>
              <w:jc w:val="left"/>
              <w:rPr>
                <w:rFonts w:ascii="Calibri" w:hAnsi="Calibri" w:cs="Calibri"/>
                <w:sz w:val="20"/>
              </w:rPr>
            </w:pPr>
            <w:r w:rsidRPr="00FC6F9B">
              <w:rPr>
                <w:rFonts w:ascii="Calibri" w:hAnsi="Calibri" w:cs="Calibri"/>
                <w:sz w:val="20"/>
              </w:rPr>
              <w:t>Compte de résultat</w:t>
            </w:r>
          </w:p>
        </w:tc>
        <w:tc>
          <w:tcPr>
            <w:tcW w:w="3600" w:type="dxa"/>
          </w:tcPr>
          <w:p w14:paraId="20BF383C" w14:textId="1970C440" w:rsidR="00FC6F9B" w:rsidRPr="00FC6F9B" w:rsidRDefault="00FC6F9B" w:rsidP="00FC6F9B">
            <w:pPr>
              <w:jc w:val="left"/>
              <w:rPr>
                <w:rFonts w:ascii="Calibri" w:hAnsi="Calibri" w:cs="Calibri"/>
                <w:sz w:val="20"/>
              </w:rPr>
            </w:pPr>
            <w:r w:rsidRPr="00FC6F9B">
              <w:rPr>
                <w:rFonts w:ascii="Calibri" w:hAnsi="Calibri" w:cs="Calibri"/>
                <w:sz w:val="20"/>
              </w:rPr>
              <w:t>L’activité produit-elle un bénéfice</w:t>
            </w:r>
            <w:r w:rsidRPr="00FC6F9B">
              <w:rPr>
                <w:rFonts w:ascii="Calibri" w:hAnsi="Calibri" w:cs="Calibri"/>
                <w:sz w:val="20"/>
              </w:rPr>
              <w:t> ?</w:t>
            </w:r>
          </w:p>
        </w:tc>
        <w:tc>
          <w:tcPr>
            <w:tcW w:w="3888" w:type="dxa"/>
          </w:tcPr>
          <w:p w14:paraId="62DD1C14" w14:textId="77777777" w:rsidR="00FC6F9B" w:rsidRPr="00FC6F9B" w:rsidRDefault="00FC6F9B" w:rsidP="00FC6F9B">
            <w:pPr>
              <w:jc w:val="left"/>
              <w:rPr>
                <w:rFonts w:ascii="Calibri" w:hAnsi="Calibri" w:cs="Calibri"/>
                <w:sz w:val="20"/>
              </w:rPr>
            </w:pPr>
            <w:r w:rsidRPr="00FC6F9B">
              <w:rPr>
                <w:rFonts w:ascii="Calibri" w:hAnsi="Calibri" w:cs="Calibri"/>
                <w:sz w:val="20"/>
              </w:rPr>
              <w:t>Produits, charges et impôt</w:t>
            </w:r>
          </w:p>
        </w:tc>
      </w:tr>
      <w:tr w:rsidR="00FC6F9B" w:rsidRPr="00FC6F9B" w14:paraId="46A48C53" w14:textId="77777777" w:rsidTr="00FC6F9B">
        <w:tc>
          <w:tcPr>
            <w:tcW w:w="2880" w:type="dxa"/>
          </w:tcPr>
          <w:p w14:paraId="0D7D5565" w14:textId="77777777" w:rsidR="00FC6F9B" w:rsidRPr="00FC6F9B" w:rsidRDefault="00FC6F9B" w:rsidP="00FC6F9B">
            <w:pPr>
              <w:jc w:val="left"/>
              <w:rPr>
                <w:rFonts w:ascii="Calibri" w:hAnsi="Calibri" w:cs="Calibri"/>
                <w:sz w:val="20"/>
              </w:rPr>
            </w:pPr>
            <w:r w:rsidRPr="00FC6F9B">
              <w:rPr>
                <w:rFonts w:ascii="Calibri" w:hAnsi="Calibri" w:cs="Calibri"/>
                <w:sz w:val="20"/>
              </w:rPr>
              <w:t>Budget mensuel de trésorerie</w:t>
            </w:r>
          </w:p>
        </w:tc>
        <w:tc>
          <w:tcPr>
            <w:tcW w:w="3600" w:type="dxa"/>
          </w:tcPr>
          <w:p w14:paraId="1C41BCDD" w14:textId="37B7D487" w:rsidR="00FC6F9B" w:rsidRPr="00FC6F9B" w:rsidRDefault="00FC6F9B" w:rsidP="00FC6F9B">
            <w:pPr>
              <w:jc w:val="left"/>
              <w:rPr>
                <w:rFonts w:ascii="Calibri" w:hAnsi="Calibri" w:cs="Calibri"/>
                <w:sz w:val="20"/>
              </w:rPr>
            </w:pPr>
            <w:r w:rsidRPr="00FC6F9B">
              <w:rPr>
                <w:rFonts w:ascii="Calibri" w:hAnsi="Calibri" w:cs="Calibri"/>
                <w:sz w:val="20"/>
              </w:rPr>
              <w:t>Quand les paiements sont-ils possibles</w:t>
            </w:r>
            <w:r w:rsidRPr="00FC6F9B">
              <w:rPr>
                <w:rFonts w:ascii="Calibri" w:hAnsi="Calibri" w:cs="Calibri"/>
                <w:sz w:val="20"/>
              </w:rPr>
              <w:t> ?</w:t>
            </w:r>
          </w:p>
        </w:tc>
        <w:tc>
          <w:tcPr>
            <w:tcW w:w="3888" w:type="dxa"/>
          </w:tcPr>
          <w:p w14:paraId="20F73477" w14:textId="77777777" w:rsidR="00FC6F9B" w:rsidRPr="00FC6F9B" w:rsidRDefault="00FC6F9B" w:rsidP="00FC6F9B">
            <w:pPr>
              <w:jc w:val="left"/>
              <w:rPr>
                <w:rFonts w:ascii="Calibri" w:hAnsi="Calibri" w:cs="Calibri"/>
                <w:sz w:val="20"/>
              </w:rPr>
            </w:pPr>
            <w:r w:rsidRPr="00FC6F9B">
              <w:rPr>
                <w:rFonts w:ascii="Calibri" w:hAnsi="Calibri" w:cs="Calibri"/>
                <w:sz w:val="20"/>
              </w:rPr>
              <w:t>Dates et montants des flux</w:t>
            </w:r>
          </w:p>
        </w:tc>
      </w:tr>
      <w:tr w:rsidR="00FC6F9B" w:rsidRPr="00FC6F9B" w14:paraId="4A90E72F" w14:textId="77777777" w:rsidTr="00FC6F9B">
        <w:tc>
          <w:tcPr>
            <w:tcW w:w="2880" w:type="dxa"/>
          </w:tcPr>
          <w:p w14:paraId="31A836DA" w14:textId="77777777" w:rsidR="00FC6F9B" w:rsidRPr="00FC6F9B" w:rsidRDefault="00FC6F9B" w:rsidP="00FC6F9B">
            <w:pPr>
              <w:jc w:val="left"/>
              <w:rPr>
                <w:rFonts w:ascii="Calibri" w:hAnsi="Calibri" w:cs="Calibri"/>
                <w:sz w:val="20"/>
              </w:rPr>
            </w:pPr>
            <w:r w:rsidRPr="00FC6F9B">
              <w:rPr>
                <w:rFonts w:ascii="Calibri" w:hAnsi="Calibri" w:cs="Calibri"/>
                <w:sz w:val="20"/>
              </w:rPr>
              <w:t>Plan de financement pluriannuel</w:t>
            </w:r>
          </w:p>
        </w:tc>
        <w:tc>
          <w:tcPr>
            <w:tcW w:w="3600" w:type="dxa"/>
          </w:tcPr>
          <w:p w14:paraId="1D4D15D9" w14:textId="007A997F" w:rsidR="00FC6F9B" w:rsidRPr="00FC6F9B" w:rsidRDefault="00FC6F9B" w:rsidP="00FC6F9B">
            <w:pPr>
              <w:jc w:val="left"/>
              <w:rPr>
                <w:rFonts w:ascii="Calibri" w:hAnsi="Calibri" w:cs="Calibri"/>
                <w:sz w:val="20"/>
              </w:rPr>
            </w:pPr>
            <w:r w:rsidRPr="00FC6F9B">
              <w:rPr>
                <w:rFonts w:ascii="Calibri" w:hAnsi="Calibri" w:cs="Calibri"/>
                <w:sz w:val="20"/>
              </w:rPr>
              <w:t>La croissance peut-elle être financée</w:t>
            </w:r>
            <w:r w:rsidRPr="00FC6F9B">
              <w:rPr>
                <w:rFonts w:ascii="Calibri" w:hAnsi="Calibri" w:cs="Calibri"/>
                <w:sz w:val="20"/>
              </w:rPr>
              <w:t> ?</w:t>
            </w:r>
          </w:p>
        </w:tc>
        <w:tc>
          <w:tcPr>
            <w:tcW w:w="3888" w:type="dxa"/>
          </w:tcPr>
          <w:p w14:paraId="314BF8B4" w14:textId="77777777" w:rsidR="00FC6F9B" w:rsidRPr="00FC6F9B" w:rsidRDefault="00FC6F9B" w:rsidP="00FC6F9B">
            <w:pPr>
              <w:jc w:val="left"/>
              <w:rPr>
                <w:rFonts w:ascii="Calibri" w:hAnsi="Calibri" w:cs="Calibri"/>
                <w:sz w:val="20"/>
              </w:rPr>
            </w:pPr>
            <w:r w:rsidRPr="00FC6F9B">
              <w:rPr>
                <w:rFonts w:ascii="Calibri" w:hAnsi="Calibri" w:cs="Calibri"/>
                <w:sz w:val="20"/>
              </w:rPr>
              <w:t>Capacité d’autofinancement et besoins nouveaux</w:t>
            </w:r>
          </w:p>
        </w:tc>
      </w:tr>
      <w:tr w:rsidR="00FC6F9B" w:rsidRPr="00FC6F9B" w14:paraId="763BA8F0" w14:textId="77777777" w:rsidTr="00FC6F9B">
        <w:tc>
          <w:tcPr>
            <w:tcW w:w="2880" w:type="dxa"/>
          </w:tcPr>
          <w:p w14:paraId="3401CF17" w14:textId="77777777" w:rsidR="00FC6F9B" w:rsidRPr="00FC6F9B" w:rsidRDefault="00FC6F9B" w:rsidP="00FC6F9B">
            <w:pPr>
              <w:jc w:val="left"/>
              <w:rPr>
                <w:rFonts w:ascii="Calibri" w:hAnsi="Calibri" w:cs="Calibri"/>
                <w:sz w:val="20"/>
              </w:rPr>
            </w:pPr>
            <w:r w:rsidRPr="00FC6F9B">
              <w:rPr>
                <w:rFonts w:ascii="Calibri" w:hAnsi="Calibri" w:cs="Calibri"/>
                <w:sz w:val="20"/>
              </w:rPr>
              <w:t>Bilan prévisionnel</w:t>
            </w:r>
          </w:p>
        </w:tc>
        <w:tc>
          <w:tcPr>
            <w:tcW w:w="3600" w:type="dxa"/>
          </w:tcPr>
          <w:p w14:paraId="4472771A" w14:textId="33F25C3D" w:rsidR="00FC6F9B" w:rsidRPr="00FC6F9B" w:rsidRDefault="00FC6F9B" w:rsidP="00FC6F9B">
            <w:pPr>
              <w:jc w:val="left"/>
              <w:rPr>
                <w:rFonts w:ascii="Calibri" w:hAnsi="Calibri" w:cs="Calibri"/>
                <w:sz w:val="20"/>
              </w:rPr>
            </w:pPr>
            <w:r w:rsidRPr="00FC6F9B">
              <w:rPr>
                <w:rFonts w:ascii="Calibri" w:hAnsi="Calibri" w:cs="Calibri"/>
                <w:sz w:val="20"/>
              </w:rPr>
              <w:t>Quelle situation patrimoniale future</w:t>
            </w:r>
            <w:r w:rsidRPr="00FC6F9B">
              <w:rPr>
                <w:rFonts w:ascii="Calibri" w:hAnsi="Calibri" w:cs="Calibri"/>
                <w:sz w:val="20"/>
              </w:rPr>
              <w:t> ?</w:t>
            </w:r>
          </w:p>
        </w:tc>
        <w:tc>
          <w:tcPr>
            <w:tcW w:w="3888" w:type="dxa"/>
          </w:tcPr>
          <w:p w14:paraId="765000CD" w14:textId="77777777" w:rsidR="00FC6F9B" w:rsidRPr="00FC6F9B" w:rsidRDefault="00FC6F9B" w:rsidP="00FC6F9B">
            <w:pPr>
              <w:jc w:val="left"/>
              <w:rPr>
                <w:rFonts w:ascii="Calibri" w:hAnsi="Calibri" w:cs="Calibri"/>
                <w:sz w:val="20"/>
              </w:rPr>
            </w:pPr>
            <w:r w:rsidRPr="00FC6F9B">
              <w:rPr>
                <w:rFonts w:ascii="Calibri" w:hAnsi="Calibri" w:cs="Calibri"/>
                <w:sz w:val="20"/>
              </w:rPr>
              <w:t>Actifs, dettes et capitaux propres</w:t>
            </w:r>
          </w:p>
        </w:tc>
      </w:tr>
    </w:tbl>
    <w:p w14:paraId="69CCF1C0" w14:textId="77777777" w:rsidR="00FC6F9B" w:rsidRDefault="00FC6F9B" w:rsidP="00FC6F9B">
      <w:pPr>
        <w:spacing w:after="0" w:line="240" w:lineRule="auto"/>
      </w:pPr>
    </w:p>
    <w:p w14:paraId="7663489C" w14:textId="77777777" w:rsidR="00FC6F9B" w:rsidRDefault="00FC6F9B" w:rsidP="00FC6F9B">
      <w:pPr>
        <w:spacing w:after="0" w:line="240" w:lineRule="auto"/>
      </w:pPr>
      <w:r>
        <w:t>Un horizon de trois ans est usuel pour une première projection. L’année de démarrage exige un détail mensuel de trésorerie, prolongé si le cycle ou le développement le nécessite. Un projet long peut demander davantage d’années. L’horizon répond au risque et aux engagements [2] [4].</w:t>
      </w:r>
    </w:p>
    <w:p w14:paraId="59E57E28" w14:textId="77777777" w:rsidR="00FC6F9B" w:rsidRDefault="00FC6F9B" w:rsidP="00FC6F9B">
      <w:pPr>
        <w:pStyle w:val="Titre2"/>
        <w:spacing w:before="0" w:after="0" w:line="240" w:lineRule="auto"/>
      </w:pPr>
      <w:r>
        <w:t>18.2- Distinguer flux et stocks</w:t>
      </w:r>
    </w:p>
    <w:p w14:paraId="5425BD8A" w14:textId="5995B920" w:rsidR="00FC6F9B" w:rsidRDefault="00FC6F9B" w:rsidP="00FC6F9B">
      <w:pPr>
        <w:spacing w:after="0" w:line="240" w:lineRule="auto"/>
      </w:pPr>
      <w:r>
        <w:t>Le résultat et les encaissements décrivent des flux pendant une période. Le bilan, les stocks et les dettes décrivent des positions à une date. La variation d’une créance est un effet de trésorerie</w:t>
      </w:r>
      <w:r>
        <w:t> :</w:t>
      </w:r>
      <w:r>
        <w:t xml:space="preserve"> une vente non encaissée augmente le résultat, mais laisse une ressource immobilisée chez le client.</w:t>
      </w:r>
    </w:p>
    <w:p w14:paraId="46E53E62" w14:textId="77777777" w:rsidR="00FC6F9B" w:rsidRDefault="00FC6F9B" w:rsidP="00FC6F9B">
      <w:pPr>
        <w:pStyle w:val="Titre2"/>
        <w:spacing w:before="0" w:after="0" w:line="240" w:lineRule="auto"/>
      </w:pPr>
      <w:r>
        <w:t>18.3- Éviter les confusions principales</w:t>
      </w:r>
    </w:p>
    <w:tbl>
      <w:tblPr>
        <w:tblStyle w:val="Grilledutableau"/>
        <w:tblW w:w="0" w:type="auto"/>
        <w:tblLayout w:type="fixed"/>
        <w:tblLook w:val="04A0" w:firstRow="1" w:lastRow="0" w:firstColumn="1" w:lastColumn="0" w:noHBand="0" w:noVBand="1"/>
      </w:tblPr>
      <w:tblGrid>
        <w:gridCol w:w="2736"/>
        <w:gridCol w:w="3816"/>
        <w:gridCol w:w="3816"/>
      </w:tblGrid>
      <w:tr w:rsidR="00FC6F9B" w:rsidRPr="00FC6F9B" w14:paraId="4E3C1008" w14:textId="77777777" w:rsidTr="00FC6F9B">
        <w:trPr>
          <w:tblHeader/>
        </w:trPr>
        <w:tc>
          <w:tcPr>
            <w:tcW w:w="2736" w:type="dxa"/>
          </w:tcPr>
          <w:p w14:paraId="63971AFA" w14:textId="77777777" w:rsidR="00FC6F9B" w:rsidRPr="00FC6F9B" w:rsidRDefault="00FC6F9B" w:rsidP="00FC6F9B">
            <w:pPr>
              <w:jc w:val="left"/>
              <w:rPr>
                <w:rFonts w:ascii="Calibri" w:hAnsi="Calibri" w:cs="Calibri"/>
                <w:sz w:val="20"/>
              </w:rPr>
            </w:pPr>
            <w:r w:rsidRPr="00FC6F9B">
              <w:rPr>
                <w:rFonts w:ascii="Calibri" w:hAnsi="Calibri" w:cs="Calibri"/>
                <w:b/>
                <w:sz w:val="20"/>
              </w:rPr>
              <w:t>Opération</w:t>
            </w:r>
          </w:p>
        </w:tc>
        <w:tc>
          <w:tcPr>
            <w:tcW w:w="3816" w:type="dxa"/>
          </w:tcPr>
          <w:p w14:paraId="36F2DFCF" w14:textId="77777777" w:rsidR="00FC6F9B" w:rsidRPr="00FC6F9B" w:rsidRDefault="00FC6F9B" w:rsidP="00FC6F9B">
            <w:pPr>
              <w:jc w:val="left"/>
              <w:rPr>
                <w:rFonts w:ascii="Calibri" w:hAnsi="Calibri" w:cs="Calibri"/>
                <w:sz w:val="20"/>
              </w:rPr>
            </w:pPr>
            <w:r w:rsidRPr="00FC6F9B">
              <w:rPr>
                <w:rFonts w:ascii="Calibri" w:hAnsi="Calibri" w:cs="Calibri"/>
                <w:b/>
                <w:sz w:val="20"/>
              </w:rPr>
              <w:t>Compte de résultat</w:t>
            </w:r>
          </w:p>
        </w:tc>
        <w:tc>
          <w:tcPr>
            <w:tcW w:w="3816" w:type="dxa"/>
          </w:tcPr>
          <w:p w14:paraId="1E80CCC3" w14:textId="77777777" w:rsidR="00FC6F9B" w:rsidRPr="00FC6F9B" w:rsidRDefault="00FC6F9B" w:rsidP="00FC6F9B">
            <w:pPr>
              <w:jc w:val="left"/>
              <w:rPr>
                <w:rFonts w:ascii="Calibri" w:hAnsi="Calibri" w:cs="Calibri"/>
                <w:sz w:val="20"/>
              </w:rPr>
            </w:pPr>
            <w:r w:rsidRPr="00FC6F9B">
              <w:rPr>
                <w:rFonts w:ascii="Calibri" w:hAnsi="Calibri" w:cs="Calibri"/>
                <w:b/>
                <w:sz w:val="20"/>
              </w:rPr>
              <w:t>Trésorerie</w:t>
            </w:r>
          </w:p>
        </w:tc>
      </w:tr>
      <w:tr w:rsidR="00FC6F9B" w:rsidRPr="00FC6F9B" w14:paraId="1C0656D6" w14:textId="77777777" w:rsidTr="00FC6F9B">
        <w:tc>
          <w:tcPr>
            <w:tcW w:w="2736" w:type="dxa"/>
          </w:tcPr>
          <w:p w14:paraId="713FEFC6" w14:textId="77777777" w:rsidR="00FC6F9B" w:rsidRPr="00FC6F9B" w:rsidRDefault="00FC6F9B" w:rsidP="00FC6F9B">
            <w:pPr>
              <w:jc w:val="left"/>
              <w:rPr>
                <w:rFonts w:ascii="Calibri" w:hAnsi="Calibri" w:cs="Calibri"/>
                <w:sz w:val="20"/>
              </w:rPr>
            </w:pPr>
            <w:r w:rsidRPr="00FC6F9B">
              <w:rPr>
                <w:rFonts w:ascii="Calibri" w:hAnsi="Calibri" w:cs="Calibri"/>
                <w:sz w:val="20"/>
              </w:rPr>
              <w:t>Vente à crédit</w:t>
            </w:r>
          </w:p>
        </w:tc>
        <w:tc>
          <w:tcPr>
            <w:tcW w:w="3816" w:type="dxa"/>
          </w:tcPr>
          <w:p w14:paraId="3CDE7C36" w14:textId="77777777" w:rsidR="00FC6F9B" w:rsidRPr="00FC6F9B" w:rsidRDefault="00FC6F9B" w:rsidP="00FC6F9B">
            <w:pPr>
              <w:jc w:val="left"/>
              <w:rPr>
                <w:rFonts w:ascii="Calibri" w:hAnsi="Calibri" w:cs="Calibri"/>
                <w:sz w:val="20"/>
              </w:rPr>
            </w:pPr>
            <w:r w:rsidRPr="00FC6F9B">
              <w:rPr>
                <w:rFonts w:ascii="Calibri" w:hAnsi="Calibri" w:cs="Calibri"/>
                <w:sz w:val="20"/>
              </w:rPr>
              <w:t>Produit à rattacher à la période</w:t>
            </w:r>
          </w:p>
        </w:tc>
        <w:tc>
          <w:tcPr>
            <w:tcW w:w="3816" w:type="dxa"/>
          </w:tcPr>
          <w:p w14:paraId="3E4FF211" w14:textId="77777777" w:rsidR="00FC6F9B" w:rsidRPr="00FC6F9B" w:rsidRDefault="00FC6F9B" w:rsidP="00FC6F9B">
            <w:pPr>
              <w:jc w:val="left"/>
              <w:rPr>
                <w:rFonts w:ascii="Calibri" w:hAnsi="Calibri" w:cs="Calibri"/>
                <w:sz w:val="20"/>
              </w:rPr>
            </w:pPr>
            <w:r w:rsidRPr="00FC6F9B">
              <w:rPr>
                <w:rFonts w:ascii="Calibri" w:hAnsi="Calibri" w:cs="Calibri"/>
                <w:sz w:val="20"/>
              </w:rPr>
              <w:t>Encaissement au paiement</w:t>
            </w:r>
          </w:p>
        </w:tc>
      </w:tr>
      <w:tr w:rsidR="00FC6F9B" w:rsidRPr="00FC6F9B" w14:paraId="4959CC9E" w14:textId="77777777" w:rsidTr="00FC6F9B">
        <w:tc>
          <w:tcPr>
            <w:tcW w:w="2736" w:type="dxa"/>
          </w:tcPr>
          <w:p w14:paraId="3A3E0F5B" w14:textId="77777777" w:rsidR="00FC6F9B" w:rsidRPr="00FC6F9B" w:rsidRDefault="00FC6F9B" w:rsidP="00FC6F9B">
            <w:pPr>
              <w:jc w:val="left"/>
              <w:rPr>
                <w:rFonts w:ascii="Calibri" w:hAnsi="Calibri" w:cs="Calibri"/>
                <w:sz w:val="20"/>
              </w:rPr>
            </w:pPr>
            <w:r w:rsidRPr="00FC6F9B">
              <w:rPr>
                <w:rFonts w:ascii="Calibri" w:hAnsi="Calibri" w:cs="Calibri"/>
                <w:sz w:val="20"/>
              </w:rPr>
              <w:t>Achat d’un équipement</w:t>
            </w:r>
          </w:p>
        </w:tc>
        <w:tc>
          <w:tcPr>
            <w:tcW w:w="3816" w:type="dxa"/>
          </w:tcPr>
          <w:p w14:paraId="79DFF810" w14:textId="77777777" w:rsidR="00FC6F9B" w:rsidRPr="00FC6F9B" w:rsidRDefault="00FC6F9B" w:rsidP="00FC6F9B">
            <w:pPr>
              <w:jc w:val="left"/>
              <w:rPr>
                <w:rFonts w:ascii="Calibri" w:hAnsi="Calibri" w:cs="Calibri"/>
                <w:sz w:val="20"/>
              </w:rPr>
            </w:pPr>
            <w:r w:rsidRPr="00FC6F9B">
              <w:rPr>
                <w:rFonts w:ascii="Calibri" w:hAnsi="Calibri" w:cs="Calibri"/>
                <w:sz w:val="20"/>
              </w:rPr>
              <w:t>Amortissement selon les règles applicables</w:t>
            </w:r>
          </w:p>
        </w:tc>
        <w:tc>
          <w:tcPr>
            <w:tcW w:w="3816" w:type="dxa"/>
          </w:tcPr>
          <w:p w14:paraId="203C6E22" w14:textId="77777777" w:rsidR="00FC6F9B" w:rsidRPr="00FC6F9B" w:rsidRDefault="00FC6F9B" w:rsidP="00FC6F9B">
            <w:pPr>
              <w:jc w:val="left"/>
              <w:rPr>
                <w:rFonts w:ascii="Calibri" w:hAnsi="Calibri" w:cs="Calibri"/>
                <w:sz w:val="20"/>
              </w:rPr>
            </w:pPr>
            <w:r w:rsidRPr="00FC6F9B">
              <w:rPr>
                <w:rFonts w:ascii="Calibri" w:hAnsi="Calibri" w:cs="Calibri"/>
                <w:sz w:val="20"/>
              </w:rPr>
              <w:t>Paiement du prix selon l’échéancier</w:t>
            </w:r>
          </w:p>
        </w:tc>
      </w:tr>
      <w:tr w:rsidR="00FC6F9B" w:rsidRPr="00FC6F9B" w14:paraId="5E90FDE9" w14:textId="77777777" w:rsidTr="00FC6F9B">
        <w:tc>
          <w:tcPr>
            <w:tcW w:w="2736" w:type="dxa"/>
          </w:tcPr>
          <w:p w14:paraId="150BA111" w14:textId="77777777" w:rsidR="00FC6F9B" w:rsidRPr="00FC6F9B" w:rsidRDefault="00FC6F9B" w:rsidP="00FC6F9B">
            <w:pPr>
              <w:jc w:val="left"/>
              <w:rPr>
                <w:rFonts w:ascii="Calibri" w:hAnsi="Calibri" w:cs="Calibri"/>
                <w:sz w:val="20"/>
              </w:rPr>
            </w:pPr>
            <w:r w:rsidRPr="00FC6F9B">
              <w:rPr>
                <w:rFonts w:ascii="Calibri" w:hAnsi="Calibri" w:cs="Calibri"/>
                <w:sz w:val="20"/>
              </w:rPr>
              <w:t>Remboursement d’emprunt</w:t>
            </w:r>
          </w:p>
        </w:tc>
        <w:tc>
          <w:tcPr>
            <w:tcW w:w="3816" w:type="dxa"/>
          </w:tcPr>
          <w:p w14:paraId="7A2ED094" w14:textId="77777777" w:rsidR="00FC6F9B" w:rsidRPr="00FC6F9B" w:rsidRDefault="00FC6F9B" w:rsidP="00FC6F9B">
            <w:pPr>
              <w:jc w:val="left"/>
              <w:rPr>
                <w:rFonts w:ascii="Calibri" w:hAnsi="Calibri" w:cs="Calibri"/>
                <w:sz w:val="20"/>
              </w:rPr>
            </w:pPr>
            <w:r w:rsidRPr="00FC6F9B">
              <w:rPr>
                <w:rFonts w:ascii="Calibri" w:hAnsi="Calibri" w:cs="Calibri"/>
                <w:sz w:val="20"/>
              </w:rPr>
              <w:t>Intérêts en charges, capital exclu</w:t>
            </w:r>
          </w:p>
        </w:tc>
        <w:tc>
          <w:tcPr>
            <w:tcW w:w="3816" w:type="dxa"/>
          </w:tcPr>
          <w:p w14:paraId="7104C1F0" w14:textId="77777777" w:rsidR="00FC6F9B" w:rsidRPr="00FC6F9B" w:rsidRDefault="00FC6F9B" w:rsidP="00FC6F9B">
            <w:pPr>
              <w:jc w:val="left"/>
              <w:rPr>
                <w:rFonts w:ascii="Calibri" w:hAnsi="Calibri" w:cs="Calibri"/>
                <w:sz w:val="20"/>
              </w:rPr>
            </w:pPr>
            <w:r w:rsidRPr="00FC6F9B">
              <w:rPr>
                <w:rFonts w:ascii="Calibri" w:hAnsi="Calibri" w:cs="Calibri"/>
                <w:sz w:val="20"/>
              </w:rPr>
              <w:t>Capital et intérêts décaissés</w:t>
            </w:r>
          </w:p>
        </w:tc>
      </w:tr>
      <w:tr w:rsidR="00FC6F9B" w:rsidRPr="00FC6F9B" w14:paraId="114FDD96" w14:textId="77777777" w:rsidTr="00FC6F9B">
        <w:tc>
          <w:tcPr>
            <w:tcW w:w="2736" w:type="dxa"/>
          </w:tcPr>
          <w:p w14:paraId="7B69B8DF" w14:textId="77777777" w:rsidR="00FC6F9B" w:rsidRPr="00FC6F9B" w:rsidRDefault="00FC6F9B" w:rsidP="00FC6F9B">
            <w:pPr>
              <w:jc w:val="left"/>
              <w:rPr>
                <w:rFonts w:ascii="Calibri" w:hAnsi="Calibri" w:cs="Calibri"/>
                <w:sz w:val="20"/>
              </w:rPr>
            </w:pPr>
            <w:r w:rsidRPr="00FC6F9B">
              <w:rPr>
                <w:rFonts w:ascii="Calibri" w:hAnsi="Calibri" w:cs="Calibri"/>
                <w:sz w:val="20"/>
              </w:rPr>
              <w:lastRenderedPageBreak/>
              <w:t>Apport au capital</w:t>
            </w:r>
          </w:p>
        </w:tc>
        <w:tc>
          <w:tcPr>
            <w:tcW w:w="3816" w:type="dxa"/>
          </w:tcPr>
          <w:p w14:paraId="21E62C10" w14:textId="77777777" w:rsidR="00FC6F9B" w:rsidRPr="00FC6F9B" w:rsidRDefault="00FC6F9B" w:rsidP="00FC6F9B">
            <w:pPr>
              <w:jc w:val="left"/>
              <w:rPr>
                <w:rFonts w:ascii="Calibri" w:hAnsi="Calibri" w:cs="Calibri"/>
                <w:sz w:val="20"/>
              </w:rPr>
            </w:pPr>
            <w:r w:rsidRPr="00FC6F9B">
              <w:rPr>
                <w:rFonts w:ascii="Calibri" w:hAnsi="Calibri" w:cs="Calibri"/>
                <w:sz w:val="20"/>
              </w:rPr>
              <w:t>Sans produit d’exploitation</w:t>
            </w:r>
          </w:p>
        </w:tc>
        <w:tc>
          <w:tcPr>
            <w:tcW w:w="3816" w:type="dxa"/>
          </w:tcPr>
          <w:p w14:paraId="16352EC4" w14:textId="77777777" w:rsidR="00FC6F9B" w:rsidRPr="00FC6F9B" w:rsidRDefault="00FC6F9B" w:rsidP="00FC6F9B">
            <w:pPr>
              <w:jc w:val="left"/>
              <w:rPr>
                <w:rFonts w:ascii="Calibri" w:hAnsi="Calibri" w:cs="Calibri"/>
                <w:sz w:val="20"/>
              </w:rPr>
            </w:pPr>
            <w:r w:rsidRPr="00FC6F9B">
              <w:rPr>
                <w:rFonts w:ascii="Calibri" w:hAnsi="Calibri" w:cs="Calibri"/>
                <w:sz w:val="20"/>
              </w:rPr>
              <w:t>Entrée d’argent si apport en numéraire</w:t>
            </w:r>
          </w:p>
        </w:tc>
      </w:tr>
      <w:tr w:rsidR="00FC6F9B" w:rsidRPr="00FC6F9B" w14:paraId="523FDEB4" w14:textId="77777777" w:rsidTr="00FC6F9B">
        <w:tc>
          <w:tcPr>
            <w:tcW w:w="2736" w:type="dxa"/>
          </w:tcPr>
          <w:p w14:paraId="3FF488CD" w14:textId="77777777" w:rsidR="00FC6F9B" w:rsidRPr="00FC6F9B" w:rsidRDefault="00FC6F9B" w:rsidP="00FC6F9B">
            <w:pPr>
              <w:jc w:val="left"/>
              <w:rPr>
                <w:rFonts w:ascii="Calibri" w:hAnsi="Calibri" w:cs="Calibri"/>
                <w:sz w:val="20"/>
              </w:rPr>
            </w:pPr>
            <w:r w:rsidRPr="00FC6F9B">
              <w:rPr>
                <w:rFonts w:ascii="Calibri" w:hAnsi="Calibri" w:cs="Calibri"/>
                <w:sz w:val="20"/>
              </w:rPr>
              <w:t>Taxe récupérable sur un achat</w:t>
            </w:r>
          </w:p>
        </w:tc>
        <w:tc>
          <w:tcPr>
            <w:tcW w:w="3816" w:type="dxa"/>
          </w:tcPr>
          <w:p w14:paraId="2330FAFD" w14:textId="77777777" w:rsidR="00FC6F9B" w:rsidRPr="00FC6F9B" w:rsidRDefault="00FC6F9B" w:rsidP="00FC6F9B">
            <w:pPr>
              <w:jc w:val="left"/>
              <w:rPr>
                <w:rFonts w:ascii="Calibri" w:hAnsi="Calibri" w:cs="Calibri"/>
                <w:sz w:val="20"/>
              </w:rPr>
            </w:pPr>
            <w:r w:rsidRPr="00FC6F9B">
              <w:rPr>
                <w:rFonts w:ascii="Calibri" w:hAnsi="Calibri" w:cs="Calibri"/>
                <w:sz w:val="20"/>
              </w:rPr>
              <w:t>En principe hors charge</w:t>
            </w:r>
          </w:p>
        </w:tc>
        <w:tc>
          <w:tcPr>
            <w:tcW w:w="3816" w:type="dxa"/>
          </w:tcPr>
          <w:p w14:paraId="29197F92" w14:textId="77777777" w:rsidR="00FC6F9B" w:rsidRPr="00FC6F9B" w:rsidRDefault="00FC6F9B" w:rsidP="00FC6F9B">
            <w:pPr>
              <w:jc w:val="left"/>
              <w:rPr>
                <w:rFonts w:ascii="Calibri" w:hAnsi="Calibri" w:cs="Calibri"/>
                <w:sz w:val="20"/>
              </w:rPr>
            </w:pPr>
            <w:r w:rsidRPr="00FC6F9B">
              <w:rPr>
                <w:rFonts w:ascii="Calibri" w:hAnsi="Calibri" w:cs="Calibri"/>
                <w:sz w:val="20"/>
              </w:rPr>
              <w:t>Paiement puis déduction ou remboursement</w:t>
            </w:r>
          </w:p>
        </w:tc>
      </w:tr>
    </w:tbl>
    <w:p w14:paraId="774F70FC" w14:textId="77777777" w:rsidR="00FC6F9B" w:rsidRDefault="00FC6F9B" w:rsidP="00FC6F9B">
      <w:pPr>
        <w:spacing w:after="0" w:line="240" w:lineRule="auto"/>
      </w:pPr>
    </w:p>
    <w:p w14:paraId="3DAE6C55" w14:textId="77777777" w:rsidR="00FC6F9B" w:rsidRDefault="00FC6F9B" w:rsidP="00FC6F9B">
      <w:pPr>
        <w:spacing w:after="0" w:line="240" w:lineRule="auto"/>
      </w:pPr>
      <w:r>
        <w:t>Les flux de taxe sur la valeur ajoutée, les acomptes fiscaux et les cotisations ne sont pas neutralisés dans un budget réel de trésorerie. Une activité en franchise ou exonérée peut supporter une taxe non récupérable qui modifie son coût. Les modèles simplifiés annoncent leurs conventions.</w:t>
      </w:r>
    </w:p>
    <w:p w14:paraId="677ECB39" w14:textId="77777777" w:rsidR="00FC6F9B" w:rsidRDefault="00FC6F9B" w:rsidP="00067DE2">
      <w:pPr>
        <w:pStyle w:val="Titre1"/>
      </w:pPr>
      <w:bookmarkStart w:id="18" w:name="_Toc241759589"/>
      <w:r>
        <w:t>19- Construire le plan de financement initial</w:t>
      </w:r>
      <w:bookmarkEnd w:id="18"/>
    </w:p>
    <w:p w14:paraId="06473B74" w14:textId="77777777" w:rsidR="00FC6F9B" w:rsidRDefault="00FC6F9B" w:rsidP="00FC6F9B">
      <w:pPr>
        <w:pStyle w:val="Titre2"/>
        <w:spacing w:before="0" w:after="0" w:line="240" w:lineRule="auto"/>
      </w:pPr>
      <w:r>
        <w:t>19.1- Chiffrer les besoins avant le lancement</w:t>
      </w:r>
    </w:p>
    <w:p w14:paraId="75C07A46" w14:textId="77777777" w:rsidR="00FC6F9B" w:rsidRDefault="00FC6F9B" w:rsidP="00FC6F9B">
      <w:pPr>
        <w:spacing w:after="0" w:line="240" w:lineRule="auto"/>
      </w:pPr>
      <w:r>
        <w:t>Identifier les investissements, les dépôts et garanties, les frais de lancement, le financement du cycle et la réserve de trésorerie. Le prix d’une reprise, le remboursement d’un compte courant ou la remise à niveau d’un équipement peuvent s’y ajouter. Les dépenses qui constituent des charges ne sont pas transformées arbitrairement en immobilisations pour améliorer le résultat.</w:t>
      </w:r>
    </w:p>
    <w:tbl>
      <w:tblPr>
        <w:tblStyle w:val="Grilledutableau"/>
        <w:tblW w:w="0" w:type="auto"/>
        <w:tblLayout w:type="fixed"/>
        <w:tblLook w:val="04A0" w:firstRow="1" w:lastRow="0" w:firstColumn="1" w:lastColumn="0" w:noHBand="0" w:noVBand="1"/>
      </w:tblPr>
      <w:tblGrid>
        <w:gridCol w:w="5184"/>
        <w:gridCol w:w="5184"/>
      </w:tblGrid>
      <w:tr w:rsidR="00FC6F9B" w:rsidRPr="00FC6F9B" w14:paraId="79A206C7" w14:textId="77777777" w:rsidTr="00FC6F9B">
        <w:trPr>
          <w:tblHeader/>
        </w:trPr>
        <w:tc>
          <w:tcPr>
            <w:tcW w:w="5184" w:type="dxa"/>
          </w:tcPr>
          <w:p w14:paraId="741FC4EA" w14:textId="77777777" w:rsidR="00FC6F9B" w:rsidRPr="00FC6F9B" w:rsidRDefault="00FC6F9B" w:rsidP="00FC6F9B">
            <w:pPr>
              <w:jc w:val="left"/>
              <w:rPr>
                <w:rFonts w:ascii="Calibri" w:hAnsi="Calibri" w:cs="Calibri"/>
                <w:sz w:val="20"/>
              </w:rPr>
            </w:pPr>
            <w:r w:rsidRPr="00FC6F9B">
              <w:rPr>
                <w:rFonts w:ascii="Calibri" w:hAnsi="Calibri" w:cs="Calibri"/>
                <w:b/>
                <w:sz w:val="20"/>
              </w:rPr>
              <w:t>Besoins à recenser</w:t>
            </w:r>
          </w:p>
        </w:tc>
        <w:tc>
          <w:tcPr>
            <w:tcW w:w="5184" w:type="dxa"/>
          </w:tcPr>
          <w:p w14:paraId="01D23E05" w14:textId="77777777" w:rsidR="00FC6F9B" w:rsidRPr="00FC6F9B" w:rsidRDefault="00FC6F9B" w:rsidP="00FC6F9B">
            <w:pPr>
              <w:jc w:val="left"/>
              <w:rPr>
                <w:rFonts w:ascii="Calibri" w:hAnsi="Calibri" w:cs="Calibri"/>
                <w:sz w:val="20"/>
              </w:rPr>
            </w:pPr>
            <w:r w:rsidRPr="00FC6F9B">
              <w:rPr>
                <w:rFonts w:ascii="Calibri" w:hAnsi="Calibri" w:cs="Calibri"/>
                <w:b/>
                <w:sz w:val="20"/>
              </w:rPr>
              <w:t>Ressources à distinguer</w:t>
            </w:r>
          </w:p>
        </w:tc>
      </w:tr>
      <w:tr w:rsidR="00FC6F9B" w:rsidRPr="00FC6F9B" w14:paraId="13086EBC" w14:textId="77777777" w:rsidTr="00FC6F9B">
        <w:tc>
          <w:tcPr>
            <w:tcW w:w="5184" w:type="dxa"/>
          </w:tcPr>
          <w:p w14:paraId="57EAECA4" w14:textId="77777777" w:rsidR="00FC6F9B" w:rsidRPr="00FC6F9B" w:rsidRDefault="00FC6F9B" w:rsidP="00FC6F9B">
            <w:pPr>
              <w:jc w:val="left"/>
              <w:rPr>
                <w:rFonts w:ascii="Calibri" w:hAnsi="Calibri" w:cs="Calibri"/>
                <w:sz w:val="20"/>
              </w:rPr>
            </w:pPr>
            <w:r w:rsidRPr="00FC6F9B">
              <w:rPr>
                <w:rFonts w:ascii="Calibri" w:hAnsi="Calibri" w:cs="Calibri"/>
                <w:sz w:val="20"/>
              </w:rPr>
              <w:t>Matériel, logiciels et travaux</w:t>
            </w:r>
          </w:p>
        </w:tc>
        <w:tc>
          <w:tcPr>
            <w:tcW w:w="5184" w:type="dxa"/>
          </w:tcPr>
          <w:p w14:paraId="6A853328" w14:textId="77777777" w:rsidR="00FC6F9B" w:rsidRPr="00FC6F9B" w:rsidRDefault="00FC6F9B" w:rsidP="00FC6F9B">
            <w:pPr>
              <w:jc w:val="left"/>
              <w:rPr>
                <w:rFonts w:ascii="Calibri" w:hAnsi="Calibri" w:cs="Calibri"/>
                <w:sz w:val="20"/>
              </w:rPr>
            </w:pPr>
            <w:r w:rsidRPr="00FC6F9B">
              <w:rPr>
                <w:rFonts w:ascii="Calibri" w:hAnsi="Calibri" w:cs="Calibri"/>
                <w:sz w:val="20"/>
              </w:rPr>
              <w:t>Capital réellement souscrit et libéré</w:t>
            </w:r>
          </w:p>
        </w:tc>
      </w:tr>
      <w:tr w:rsidR="00FC6F9B" w:rsidRPr="00FC6F9B" w14:paraId="73428A05" w14:textId="77777777" w:rsidTr="00FC6F9B">
        <w:tc>
          <w:tcPr>
            <w:tcW w:w="5184" w:type="dxa"/>
          </w:tcPr>
          <w:p w14:paraId="458CD6AC" w14:textId="77777777" w:rsidR="00FC6F9B" w:rsidRPr="00FC6F9B" w:rsidRDefault="00FC6F9B" w:rsidP="00FC6F9B">
            <w:pPr>
              <w:jc w:val="left"/>
              <w:rPr>
                <w:rFonts w:ascii="Calibri" w:hAnsi="Calibri" w:cs="Calibri"/>
                <w:sz w:val="20"/>
              </w:rPr>
            </w:pPr>
            <w:r w:rsidRPr="00FC6F9B">
              <w:rPr>
                <w:rFonts w:ascii="Calibri" w:hAnsi="Calibri" w:cs="Calibri"/>
                <w:sz w:val="20"/>
              </w:rPr>
              <w:t>Dépôts et dépenses de lancement</w:t>
            </w:r>
          </w:p>
        </w:tc>
        <w:tc>
          <w:tcPr>
            <w:tcW w:w="5184" w:type="dxa"/>
          </w:tcPr>
          <w:p w14:paraId="47145D0D" w14:textId="77777777" w:rsidR="00FC6F9B" w:rsidRPr="00FC6F9B" w:rsidRDefault="00FC6F9B" w:rsidP="00FC6F9B">
            <w:pPr>
              <w:jc w:val="left"/>
              <w:rPr>
                <w:rFonts w:ascii="Calibri" w:hAnsi="Calibri" w:cs="Calibri"/>
                <w:sz w:val="20"/>
              </w:rPr>
            </w:pPr>
            <w:r w:rsidRPr="00FC6F9B">
              <w:rPr>
                <w:rFonts w:ascii="Calibri" w:hAnsi="Calibri" w:cs="Calibri"/>
                <w:sz w:val="20"/>
              </w:rPr>
              <w:t>Comptes courants d’associés et conditions de remboursement</w:t>
            </w:r>
          </w:p>
        </w:tc>
      </w:tr>
      <w:tr w:rsidR="00FC6F9B" w:rsidRPr="00FC6F9B" w14:paraId="251A6830" w14:textId="77777777" w:rsidTr="00FC6F9B">
        <w:tc>
          <w:tcPr>
            <w:tcW w:w="5184" w:type="dxa"/>
          </w:tcPr>
          <w:p w14:paraId="5AB5DAE6" w14:textId="77777777" w:rsidR="00FC6F9B" w:rsidRPr="00FC6F9B" w:rsidRDefault="00FC6F9B" w:rsidP="00FC6F9B">
            <w:pPr>
              <w:jc w:val="left"/>
              <w:rPr>
                <w:rFonts w:ascii="Calibri" w:hAnsi="Calibri" w:cs="Calibri"/>
                <w:sz w:val="20"/>
              </w:rPr>
            </w:pPr>
            <w:r w:rsidRPr="00FC6F9B">
              <w:rPr>
                <w:rFonts w:ascii="Calibri" w:hAnsi="Calibri" w:cs="Calibri"/>
                <w:sz w:val="20"/>
              </w:rPr>
              <w:t>Besoin du cycle au démarrage</w:t>
            </w:r>
          </w:p>
        </w:tc>
        <w:tc>
          <w:tcPr>
            <w:tcW w:w="5184" w:type="dxa"/>
          </w:tcPr>
          <w:p w14:paraId="0D9B97C7" w14:textId="77777777" w:rsidR="00FC6F9B" w:rsidRPr="00FC6F9B" w:rsidRDefault="00FC6F9B" w:rsidP="00FC6F9B">
            <w:pPr>
              <w:jc w:val="left"/>
              <w:rPr>
                <w:rFonts w:ascii="Calibri" w:hAnsi="Calibri" w:cs="Calibri"/>
                <w:sz w:val="20"/>
              </w:rPr>
            </w:pPr>
            <w:r w:rsidRPr="00FC6F9B">
              <w:rPr>
                <w:rFonts w:ascii="Calibri" w:hAnsi="Calibri" w:cs="Calibri"/>
                <w:sz w:val="20"/>
              </w:rPr>
              <w:t>Emprunts, dates de déblocage et garanties</w:t>
            </w:r>
          </w:p>
        </w:tc>
      </w:tr>
      <w:tr w:rsidR="00FC6F9B" w:rsidRPr="00FC6F9B" w14:paraId="702D0B85" w14:textId="77777777" w:rsidTr="00FC6F9B">
        <w:tc>
          <w:tcPr>
            <w:tcW w:w="5184" w:type="dxa"/>
          </w:tcPr>
          <w:p w14:paraId="011BCA70" w14:textId="77777777" w:rsidR="00FC6F9B" w:rsidRPr="00FC6F9B" w:rsidRDefault="00FC6F9B" w:rsidP="00FC6F9B">
            <w:pPr>
              <w:jc w:val="left"/>
              <w:rPr>
                <w:rFonts w:ascii="Calibri" w:hAnsi="Calibri" w:cs="Calibri"/>
                <w:sz w:val="20"/>
              </w:rPr>
            </w:pPr>
            <w:r w:rsidRPr="00FC6F9B">
              <w:rPr>
                <w:rFonts w:ascii="Calibri" w:hAnsi="Calibri" w:cs="Calibri"/>
                <w:sz w:val="20"/>
              </w:rPr>
              <w:t>Prix d’acquisition en cas de reprise</w:t>
            </w:r>
          </w:p>
        </w:tc>
        <w:tc>
          <w:tcPr>
            <w:tcW w:w="5184" w:type="dxa"/>
          </w:tcPr>
          <w:p w14:paraId="2231EBBA" w14:textId="77777777" w:rsidR="00FC6F9B" w:rsidRPr="00FC6F9B" w:rsidRDefault="00FC6F9B" w:rsidP="00FC6F9B">
            <w:pPr>
              <w:jc w:val="left"/>
              <w:rPr>
                <w:rFonts w:ascii="Calibri" w:hAnsi="Calibri" w:cs="Calibri"/>
                <w:sz w:val="20"/>
              </w:rPr>
            </w:pPr>
            <w:r w:rsidRPr="00FC6F9B">
              <w:rPr>
                <w:rFonts w:ascii="Calibri" w:hAnsi="Calibri" w:cs="Calibri"/>
                <w:sz w:val="20"/>
              </w:rPr>
              <w:t>Investisseurs et modalités d’entrée au capital</w:t>
            </w:r>
          </w:p>
        </w:tc>
      </w:tr>
      <w:tr w:rsidR="00FC6F9B" w:rsidRPr="00FC6F9B" w14:paraId="349FC8EE" w14:textId="77777777" w:rsidTr="00FC6F9B">
        <w:tc>
          <w:tcPr>
            <w:tcW w:w="5184" w:type="dxa"/>
          </w:tcPr>
          <w:p w14:paraId="0B1FE791" w14:textId="77777777" w:rsidR="00FC6F9B" w:rsidRPr="00FC6F9B" w:rsidRDefault="00FC6F9B" w:rsidP="00FC6F9B">
            <w:pPr>
              <w:jc w:val="left"/>
              <w:rPr>
                <w:rFonts w:ascii="Calibri" w:hAnsi="Calibri" w:cs="Calibri"/>
                <w:sz w:val="20"/>
              </w:rPr>
            </w:pPr>
            <w:r w:rsidRPr="00FC6F9B">
              <w:rPr>
                <w:rFonts w:ascii="Calibri" w:hAnsi="Calibri" w:cs="Calibri"/>
                <w:sz w:val="20"/>
              </w:rPr>
              <w:t>Trésorerie de précaution</w:t>
            </w:r>
          </w:p>
        </w:tc>
        <w:tc>
          <w:tcPr>
            <w:tcW w:w="5184" w:type="dxa"/>
          </w:tcPr>
          <w:p w14:paraId="6203534E" w14:textId="77777777" w:rsidR="00FC6F9B" w:rsidRPr="00FC6F9B" w:rsidRDefault="00FC6F9B" w:rsidP="00FC6F9B">
            <w:pPr>
              <w:jc w:val="left"/>
              <w:rPr>
                <w:rFonts w:ascii="Calibri" w:hAnsi="Calibri" w:cs="Calibri"/>
                <w:sz w:val="20"/>
              </w:rPr>
            </w:pPr>
            <w:r w:rsidRPr="00FC6F9B">
              <w:rPr>
                <w:rFonts w:ascii="Calibri" w:hAnsi="Calibri" w:cs="Calibri"/>
                <w:sz w:val="20"/>
              </w:rPr>
              <w:t>Subventions acquises et calendrier vérifié</w:t>
            </w:r>
          </w:p>
        </w:tc>
      </w:tr>
    </w:tbl>
    <w:p w14:paraId="70EC1405" w14:textId="77777777" w:rsidR="00FC6F9B" w:rsidRDefault="00FC6F9B" w:rsidP="00FC6F9B">
      <w:pPr>
        <w:spacing w:after="0" w:line="240" w:lineRule="auto"/>
      </w:pPr>
    </w:p>
    <w:p w14:paraId="2BC9018C" w14:textId="77777777" w:rsidR="00FC6F9B" w:rsidRDefault="00FC6F9B" w:rsidP="00FC6F9B">
      <w:pPr>
        <w:spacing w:after="0" w:line="240" w:lineRule="auto"/>
      </w:pPr>
      <w:r>
        <w:t>La réserve de trésorerie répond au profil mensuel des flux et aux scénarios. Elle ne se confond pas avec une marge du compte de résultat. Une égalité entre besoins et ressources initiales ne garantit pas que tous les mois seront financés.</w:t>
      </w:r>
    </w:p>
    <w:p w14:paraId="594D29E8" w14:textId="77777777" w:rsidR="00FC6F9B" w:rsidRDefault="00FC6F9B" w:rsidP="00FC6F9B">
      <w:pPr>
        <w:pStyle w:val="Titre2"/>
        <w:spacing w:before="0" w:after="0" w:line="240" w:lineRule="auto"/>
      </w:pPr>
      <w:r>
        <w:t>19.2- Tenir compte de la disponibilité des fonds</w:t>
      </w:r>
    </w:p>
    <w:p w14:paraId="004D7F27" w14:textId="77777777" w:rsidR="00FC6F9B" w:rsidRDefault="00FC6F9B" w:rsidP="00FC6F9B">
      <w:pPr>
        <w:spacing w:after="0" w:line="240" w:lineRule="auto"/>
      </w:pPr>
      <w:r>
        <w:t>Un prêt accepté mais non débloqué ne paie pas une facture immédiate. Un apport en nature finance un actif mais ne fournit pas de liquidité. Un compte courant bloqué et un compte courant remboursable à court terme n’ont pas le même effet sur la sécurité financière.</w:t>
      </w:r>
    </w:p>
    <w:p w14:paraId="3813B4CA" w14:textId="77777777" w:rsidR="00FC6F9B" w:rsidRDefault="00FC6F9B" w:rsidP="00FC6F9B">
      <w:pPr>
        <w:spacing w:after="0" w:line="240" w:lineRule="auto"/>
      </w:pPr>
      <w:r>
        <w:rPr>
          <w:b/>
          <w:sz w:val="21"/>
        </w:rPr>
        <w:t>Financement à compléter = besoins retenus − ressources confirmées</w:t>
      </w:r>
    </w:p>
    <w:p w14:paraId="670B7702" w14:textId="77777777" w:rsidR="00FC6F9B" w:rsidRDefault="00FC6F9B" w:rsidP="00FC6F9B">
      <w:pPr>
        <w:spacing w:after="0" w:line="240" w:lineRule="auto"/>
      </w:pPr>
      <w:r>
        <w:t>Le tableau doit préciser les engagements non encore confirmés. Les ressources conditionnelles figurent dans un scénario distinct. Un prêt d’honneur souscrit personnellement crée une obligation pour son bénéficiaire, même si les fonds sont apportés à l’entreprise.</w:t>
      </w:r>
    </w:p>
    <w:p w14:paraId="3DE176D8" w14:textId="77777777" w:rsidR="00FC6F9B" w:rsidRDefault="00FC6F9B" w:rsidP="00FC6F9B">
      <w:pPr>
        <w:pStyle w:val="Titre2"/>
        <w:spacing w:before="0" w:after="0" w:line="240" w:lineRule="auto"/>
      </w:pPr>
      <w:r>
        <w:t>19.3- Prévenir les doubles comptes</w:t>
      </w:r>
    </w:p>
    <w:p w14:paraId="0D99249F" w14:textId="77777777" w:rsidR="00FC6F9B" w:rsidRDefault="00FC6F9B" w:rsidP="00FC6F9B">
      <w:pPr>
        <w:spacing w:after="0" w:line="240" w:lineRule="auto"/>
      </w:pPr>
      <w:r>
        <w:t>Si le besoin du cycle a été évalué globalement, ne pas y ajouter à nouveau les stocks ou créances déjà inclus. Si des achats sont financés par crédit-bail ou location, traduire la structure retenue sans inscrire simultanément un achat payé et les mêmes loyers. Les taxes récupérables créent un décalage à traiter dans la trésorerie.</w:t>
      </w:r>
    </w:p>
    <w:p w14:paraId="471EADAB" w14:textId="77777777" w:rsidR="00FC6F9B" w:rsidRDefault="00FC6F9B" w:rsidP="00FC6F9B">
      <w:pPr>
        <w:spacing w:after="0" w:line="240" w:lineRule="auto"/>
      </w:pPr>
      <w:r>
        <w:t>Dans une reprise de titres, étudier le financement du besoin existant maintenu et les besoins supplémentaires. Le cycle déjà financé dans la cible ne devient pas automatiquement un besoin nouveau. Les flux entre la holding et la cible doivent être identifiés séparément.</w:t>
      </w:r>
    </w:p>
    <w:p w14:paraId="7EF96504" w14:textId="77777777" w:rsidR="00FC6F9B" w:rsidRDefault="00FC6F9B" w:rsidP="00FC6F9B">
      <w:pPr>
        <w:pStyle w:val="Titre2"/>
        <w:spacing w:before="0" w:after="0" w:line="240" w:lineRule="auto"/>
      </w:pPr>
      <w:r>
        <w:t>19.4- Conserver une logique économique</w:t>
      </w:r>
    </w:p>
    <w:p w14:paraId="40A539DF" w14:textId="77777777" w:rsidR="00FC6F9B" w:rsidRDefault="00FC6F9B" w:rsidP="00FC6F9B">
      <w:pPr>
        <w:spacing w:after="0" w:line="240" w:lineRule="auto"/>
      </w:pPr>
      <w:r>
        <w:t>Les ressources longues financent les besoins durables. Une facilité de trésorerie peut couvrir un décalage ponctuel, mais son renouvellement ne doit pas être présumé indéfiniment pour payer des investissements structurels ou des pertes répétées.</w:t>
      </w:r>
    </w:p>
    <w:p w14:paraId="1DA9FDC0" w14:textId="77777777" w:rsidR="00FC6F9B" w:rsidRDefault="00FC6F9B" w:rsidP="00067DE2">
      <w:pPr>
        <w:pStyle w:val="Titre1"/>
      </w:pPr>
      <w:bookmarkStart w:id="19" w:name="_Toc241759590"/>
      <w:r>
        <w:t>20- Prévoir le résultat et l’autofinancement</w:t>
      </w:r>
      <w:bookmarkEnd w:id="19"/>
    </w:p>
    <w:p w14:paraId="1D786B25" w14:textId="77777777" w:rsidR="00FC6F9B" w:rsidRDefault="00FC6F9B" w:rsidP="00FC6F9B">
      <w:pPr>
        <w:pStyle w:val="Titre2"/>
        <w:spacing w:before="0" w:after="0" w:line="240" w:lineRule="auto"/>
      </w:pPr>
      <w:r>
        <w:t>20.1- Calculer les produits et charges</w:t>
      </w:r>
    </w:p>
    <w:p w14:paraId="2FB32D5B" w14:textId="77777777" w:rsidR="00FC6F9B" w:rsidRDefault="00FC6F9B" w:rsidP="00FC6F9B">
      <w:pPr>
        <w:spacing w:after="0" w:line="240" w:lineRule="auto"/>
      </w:pPr>
      <w:r>
        <w:t>Construire le résultat à partir des volumes, des prix et des moyens. Le budget distingue les achats consommés, la sous-traitance, les charges externes, le personnel, les impôts liés à l’activité, les amortissements, les intérêts et l’impôt sur le bénéfice. Les variations de stocks ajustent les achats ou la production selon la nature de l’activité.</w:t>
      </w:r>
    </w:p>
    <w:p w14:paraId="07DFB768" w14:textId="77777777" w:rsidR="00FC6F9B" w:rsidRDefault="00FC6F9B" w:rsidP="00FC6F9B">
      <w:pPr>
        <w:spacing w:after="0" w:line="240" w:lineRule="auto"/>
      </w:pPr>
      <w:r>
        <w:rPr>
          <w:b/>
          <w:sz w:val="21"/>
        </w:rPr>
        <w:t>Résultat d’exploitation = produits d’exploitation − charges d’exploitation</w:t>
      </w:r>
    </w:p>
    <w:p w14:paraId="2C8BBEDD" w14:textId="77777777" w:rsidR="00FC6F9B" w:rsidRDefault="00FC6F9B" w:rsidP="00FC6F9B">
      <w:pPr>
        <w:spacing w:after="0" w:line="240" w:lineRule="auto"/>
      </w:pPr>
      <w:r>
        <w:rPr>
          <w:b/>
          <w:sz w:val="21"/>
        </w:rPr>
        <w:t>Résultat avant impôt = résultat d’exploitation + résultat financier + autres résultats retenus</w:t>
      </w:r>
    </w:p>
    <w:p w14:paraId="0825F2F7" w14:textId="77777777" w:rsidR="00FC6F9B" w:rsidRDefault="00FC6F9B" w:rsidP="00FC6F9B">
      <w:pPr>
        <w:spacing w:after="0" w:line="240" w:lineRule="auto"/>
      </w:pPr>
      <w:r>
        <w:rPr>
          <w:b/>
          <w:sz w:val="21"/>
        </w:rPr>
        <w:lastRenderedPageBreak/>
        <w:t>Résultat net = résultat avant impôt − impôt sur le bénéfice</w:t>
      </w:r>
    </w:p>
    <w:p w14:paraId="32E69691" w14:textId="77777777" w:rsidR="00FC6F9B" w:rsidRDefault="00FC6F9B" w:rsidP="00FC6F9B">
      <w:pPr>
        <w:spacing w:after="0" w:line="240" w:lineRule="auto"/>
      </w:pPr>
      <w:r>
        <w:t>Les charges variables évoluent avec un déterminant d’activité. Les charges fixes sont relativement stables sur une plage et un horizon donnés, puis peuvent augmenter par paliers. Une charge directe se rattache facilement à une activité. Une charge indirecte exige une règle d’affectation. Ces deux classifications sont indépendantes.</w:t>
      </w:r>
    </w:p>
    <w:p w14:paraId="532B124A" w14:textId="77777777" w:rsidR="00FC6F9B" w:rsidRDefault="00FC6F9B" w:rsidP="00FC6F9B">
      <w:pPr>
        <w:pStyle w:val="Titre2"/>
        <w:spacing w:before="0" w:after="0" w:line="240" w:lineRule="auto"/>
      </w:pPr>
      <w:r>
        <w:t>20.2- Traiter correctement les amortissements</w:t>
      </w:r>
    </w:p>
    <w:p w14:paraId="36698404" w14:textId="77777777" w:rsidR="00FC6F9B" w:rsidRDefault="00FC6F9B" w:rsidP="00FC6F9B">
      <w:pPr>
        <w:spacing w:after="0" w:line="240" w:lineRule="auto"/>
      </w:pPr>
      <w:r>
        <w:t>Un investissement payé immédiatement ne devient pas intégralement une charge de l’exercice lorsqu’il est immobilisé. L’amortissement répartit son coût amortissable selon les règles applicables. La date de mise en service, la durée et une éventuelle valeur résiduelle doivent être précisées. Le terrain n’est pas amorti comme une machine.</w:t>
      </w:r>
    </w:p>
    <w:p w14:paraId="08FA4CD9" w14:textId="77777777" w:rsidR="00FC6F9B" w:rsidRDefault="00FC6F9B" w:rsidP="00FC6F9B">
      <w:pPr>
        <w:pStyle w:val="Titre2"/>
        <w:spacing w:before="0" w:after="0" w:line="240" w:lineRule="auto"/>
      </w:pPr>
      <w:r>
        <w:t>20.3- Passer du résultat à la ressource potentielle</w:t>
      </w:r>
    </w:p>
    <w:p w14:paraId="0562C793" w14:textId="77777777" w:rsidR="00FC6F9B" w:rsidRDefault="00FC6F9B" w:rsidP="00FC6F9B">
      <w:pPr>
        <w:spacing w:after="0" w:line="240" w:lineRule="auto"/>
      </w:pPr>
      <w:r>
        <w:rPr>
          <w:b/>
          <w:sz w:val="21"/>
        </w:rPr>
        <w:t>Capacité d’autofinancement simplifiée = résultat net + dotations aux amortissements</w:t>
      </w:r>
    </w:p>
    <w:p w14:paraId="398F025B" w14:textId="77777777" w:rsidR="00FC6F9B" w:rsidRDefault="00FC6F9B" w:rsidP="00FC6F9B">
      <w:pPr>
        <w:spacing w:after="0" w:line="240" w:lineRule="auto"/>
      </w:pPr>
      <w:r>
        <w:t>Cette relation simplifiée suppose notamment l’absence de provisions, de reprises et d’opérations de cession d’actifs à retraiter. Dans le calcul complet, ajouter les charges sans décaissement et retrancher les produits sans encaissement, avec les corrections appropriées sur les cessions.</w:t>
      </w:r>
    </w:p>
    <w:p w14:paraId="3E5A407D" w14:textId="77777777" w:rsidR="00FC6F9B" w:rsidRDefault="00FC6F9B" w:rsidP="00FC6F9B">
      <w:pPr>
        <w:spacing w:after="0" w:line="240" w:lineRule="auto"/>
      </w:pPr>
      <w:r>
        <w:rPr>
          <w:b/>
          <w:sz w:val="21"/>
        </w:rPr>
        <w:t>Autofinancement = capacité d’autofinancement − distributions de bénéfices</w:t>
      </w:r>
    </w:p>
    <w:p w14:paraId="2768D6AD" w14:textId="77777777" w:rsidR="00FC6F9B" w:rsidRDefault="00FC6F9B" w:rsidP="00FC6F9B">
      <w:pPr>
        <w:spacing w:after="0" w:line="240" w:lineRule="auto"/>
      </w:pPr>
      <w:r>
        <w:t>La capacité d’autofinancement ne constitue pas le solde bancaire. Une partie peut être immobilisée dans les créances ou les stocks. Les remboursements du capital des emprunts et les investissements consomment aussi des ressources.</w:t>
      </w:r>
    </w:p>
    <w:p w14:paraId="7C006776" w14:textId="77777777" w:rsidR="00FC6F9B" w:rsidRDefault="00FC6F9B" w:rsidP="00FC6F9B">
      <w:pPr>
        <w:pStyle w:val="Titre2"/>
        <w:spacing w:before="0" w:after="0" w:line="240" w:lineRule="auto"/>
      </w:pPr>
      <w:r>
        <w:t>20.4- Normaliser les hypothèses d’une entreprise existante</w:t>
      </w:r>
    </w:p>
    <w:p w14:paraId="368E180C" w14:textId="77777777" w:rsidR="00FC6F9B" w:rsidRDefault="00FC6F9B" w:rsidP="00FC6F9B">
      <w:pPr>
        <w:spacing w:after="0" w:line="240" w:lineRule="auto"/>
      </w:pPr>
      <w:r>
        <w:t>Retirer les recettes non récurrentes et intégrer les coûts manquants nécessaires à l’activité. Vérifier la rémunération du dirigeant, la maintenance, les loyers et les dépenses de prospection. La projection part d’une performance explicable, en tenant compte des changements attendus, plutôt que d’une simple reconduction d’un résultat publié.</w:t>
      </w:r>
    </w:p>
    <w:p w14:paraId="043D59B5" w14:textId="77777777" w:rsidR="00FC6F9B" w:rsidRDefault="00FC6F9B" w:rsidP="00FC6F9B">
      <w:pPr>
        <w:spacing w:after="0" w:line="240" w:lineRule="auto"/>
      </w:pPr>
      <w:r>
        <w:t>Les prévisions fiscales prennent en compte le régime, les différences entre comptabilité et fiscalité et le traitement éventuel des déficits. Une perte ne génère pas automatiquement un encaissement fiscal immédiat.</w:t>
      </w:r>
    </w:p>
    <w:p w14:paraId="40A723F6" w14:textId="77777777" w:rsidR="00FC6F9B" w:rsidRDefault="00FC6F9B" w:rsidP="00067DE2">
      <w:pPr>
        <w:pStyle w:val="Titre1"/>
      </w:pPr>
      <w:bookmarkStart w:id="20" w:name="_Toc241759591"/>
      <w:r>
        <w:t>21- Financer le cycle d’exploitation</w:t>
      </w:r>
      <w:bookmarkEnd w:id="20"/>
    </w:p>
    <w:p w14:paraId="671B587A" w14:textId="77777777" w:rsidR="00FC6F9B" w:rsidRDefault="00FC6F9B" w:rsidP="00FC6F9B">
      <w:pPr>
        <w:pStyle w:val="Titre2"/>
        <w:spacing w:before="0" w:after="0" w:line="240" w:lineRule="auto"/>
      </w:pPr>
      <w:r>
        <w:t>21.1- Comprendre le besoin en fonds de roulement</w:t>
      </w:r>
    </w:p>
    <w:p w14:paraId="1F1E1E6F" w14:textId="77777777" w:rsidR="00FC6F9B" w:rsidRDefault="00FC6F9B" w:rsidP="00FC6F9B">
      <w:pPr>
        <w:spacing w:after="0" w:line="240" w:lineRule="auto"/>
      </w:pPr>
      <w:r>
        <w:rPr>
          <w:b/>
          <w:sz w:val="21"/>
        </w:rPr>
        <w:t>Besoin d’exploitation = stocks + créances d’exploitation − dettes d’exploitation</w:t>
      </w:r>
    </w:p>
    <w:p w14:paraId="61824131" w14:textId="77777777" w:rsidR="00FC6F9B" w:rsidRDefault="00FC6F9B" w:rsidP="00FC6F9B">
      <w:pPr>
        <w:spacing w:after="0" w:line="240" w:lineRule="auto"/>
      </w:pPr>
      <w:r>
        <w:t>L’entreprise peut payer des achats avant d’encaisser les ventes. Les stocks et les créances mobilisent des ressources, tandis que les délais fournisseurs en apportent temporairement. Les autres postes d’exploitation significatifs doivent être intégrés. Une activité encaissant d’avance peut présenter un besoin faible ou négatif.</w:t>
      </w:r>
    </w:p>
    <w:p w14:paraId="5D0BEFD5" w14:textId="77777777" w:rsidR="00FC6F9B" w:rsidRDefault="00FC6F9B" w:rsidP="00FC6F9B">
      <w:pPr>
        <w:pStyle w:val="Titre2"/>
        <w:spacing w:before="0" w:after="0" w:line="240" w:lineRule="auto"/>
      </w:pPr>
      <w:r>
        <w:t>21.2- Calculer les postes sur leurs bases propres</w:t>
      </w:r>
    </w:p>
    <w:p w14:paraId="2DFCA1F6" w14:textId="77777777" w:rsidR="00FC6F9B" w:rsidRDefault="00FC6F9B" w:rsidP="00FC6F9B">
      <w:pPr>
        <w:spacing w:after="0" w:line="240" w:lineRule="auto"/>
      </w:pPr>
      <w:r>
        <w:rPr>
          <w:b/>
          <w:sz w:val="21"/>
        </w:rPr>
        <w:t>Clients moyens ≈ ventes annuelles à crédit × délai moyen client / base annuelle</w:t>
      </w:r>
    </w:p>
    <w:p w14:paraId="4FDE1D34" w14:textId="77777777" w:rsidR="00FC6F9B" w:rsidRDefault="00FC6F9B" w:rsidP="00FC6F9B">
      <w:pPr>
        <w:spacing w:after="0" w:line="240" w:lineRule="auto"/>
      </w:pPr>
      <w:r>
        <w:rPr>
          <w:b/>
          <w:sz w:val="21"/>
        </w:rPr>
        <w:t>Fournisseurs moyens ≈ achats annuels à crédit × délai moyen fournisseur / base annuelle</w:t>
      </w:r>
    </w:p>
    <w:p w14:paraId="17132EA2" w14:textId="77777777" w:rsidR="00FC6F9B" w:rsidRDefault="00FC6F9B" w:rsidP="00FC6F9B">
      <w:pPr>
        <w:spacing w:after="0" w:line="240" w:lineRule="auto"/>
      </w:pPr>
      <w:r>
        <w:rPr>
          <w:b/>
          <w:sz w:val="21"/>
        </w:rPr>
        <w:t>Stock moyen ≈ coût annuel correspondant au stock × durée de stockage / base annuelle</w:t>
      </w:r>
    </w:p>
    <w:p w14:paraId="55F0AF0D" w14:textId="77777777" w:rsidR="00FC6F9B" w:rsidRDefault="00FC6F9B" w:rsidP="00FC6F9B">
      <w:pPr>
        <w:spacing w:after="0" w:line="240" w:lineRule="auto"/>
      </w:pPr>
      <w:r>
        <w:t>La base annuelle peut être 360 ou 365 jours si le choix est cohérent. Les créances et dettes commerciales intègrent les taxes facturées applicables, alors que les stocks sont évalués au coût. Les délais ne se soustraient donc pas tous sur une unique base de chiffre d’affaires sans conversion.</w:t>
      </w:r>
    </w:p>
    <w:p w14:paraId="0D787A64" w14:textId="77777777" w:rsidR="00FC6F9B" w:rsidRDefault="00FC6F9B" w:rsidP="00FC6F9B">
      <w:pPr>
        <w:pStyle w:val="Titre2"/>
        <w:spacing w:before="0" w:after="0" w:line="240" w:lineRule="auto"/>
      </w:pPr>
      <w:r>
        <w:t>21.3- Exemple avec taxe récupérable</w:t>
      </w:r>
    </w:p>
    <w:p w14:paraId="61FBFAAF" w14:textId="62B9C534" w:rsidR="00FC6F9B" w:rsidRDefault="00FC6F9B" w:rsidP="00FC6F9B">
      <w:pPr>
        <w:spacing w:after="0" w:line="240" w:lineRule="auto"/>
      </w:pPr>
      <w:r>
        <w:t>Supposons 600 000</w:t>
      </w:r>
      <w:r>
        <w:t> €</w:t>
      </w:r>
      <w:r>
        <w:t xml:space="preserve"> de ventes hors taxes et 240 000</w:t>
      </w:r>
      <w:r>
        <w:t> €</w:t>
      </w:r>
      <w:r>
        <w:t xml:space="preserve"> d’achats hors taxes, tous à crédit et au taux de 20</w:t>
      </w:r>
      <w:r>
        <w:t> %</w:t>
      </w:r>
      <w:r>
        <w:t>, avec 60 jours clients et 30 jours fournisseurs sur une base de 360 jours. Les stocks valent 40 000</w:t>
      </w:r>
      <w:r>
        <w:t> €</w:t>
      </w:r>
      <w:r>
        <w:t xml:space="preserve"> au coût. Les créances sont de 720 000 × 60 / 360 = 120 000</w:t>
      </w:r>
      <w:r>
        <w:t> €</w:t>
      </w:r>
      <w:r>
        <w:t>. Les dettes sont de 288 000 × 30 / 360 = 24 000</w:t>
      </w:r>
      <w:r>
        <w:t> €</w:t>
      </w:r>
      <w:r>
        <w:t>.</w:t>
      </w:r>
    </w:p>
    <w:p w14:paraId="1ACCF9CC" w14:textId="411B4EAD" w:rsidR="00FC6F9B" w:rsidRDefault="00FC6F9B" w:rsidP="00FC6F9B">
      <w:pPr>
        <w:spacing w:after="0" w:line="240" w:lineRule="auto"/>
      </w:pPr>
      <w:r>
        <w:rPr>
          <w:b/>
          <w:sz w:val="21"/>
        </w:rPr>
        <w:t>Besoin limité à ces postes = 40 000 + 120 000 − 24 000 = 136 000</w:t>
      </w:r>
      <w:r>
        <w:rPr>
          <w:b/>
          <w:sz w:val="21"/>
        </w:rPr>
        <w:t> €</w:t>
      </w:r>
    </w:p>
    <w:p w14:paraId="4497C201" w14:textId="77777777" w:rsidR="00FC6F9B" w:rsidRDefault="00FC6F9B" w:rsidP="00FC6F9B">
      <w:pPr>
        <w:spacing w:after="0" w:line="240" w:lineRule="auto"/>
      </w:pPr>
      <w:r>
        <w:t>Il reste à intégrer les autres créances et dettes, notamment les soldes de taxe à payer ou à récupérer selon les dates. L’exemple illustre les bases de calcul, sans fixer le régime ou le calendrier déclaratif du projet.</w:t>
      </w:r>
    </w:p>
    <w:p w14:paraId="0CFA715D" w14:textId="77777777" w:rsidR="00FC6F9B" w:rsidRDefault="00FC6F9B" w:rsidP="00FC6F9B">
      <w:pPr>
        <w:pStyle w:val="Titre2"/>
        <w:spacing w:before="0" w:after="0" w:line="240" w:lineRule="auto"/>
      </w:pPr>
      <w:r>
        <w:t>21.4- Financer la croissance et la saisonnalité</w:t>
      </w:r>
    </w:p>
    <w:p w14:paraId="7EDBBDD2" w14:textId="77777777" w:rsidR="00FC6F9B" w:rsidRDefault="00FC6F9B" w:rsidP="00FC6F9B">
      <w:pPr>
        <w:spacing w:after="0" w:line="240" w:lineRule="auto"/>
      </w:pPr>
      <w:r>
        <w:rPr>
          <w:b/>
          <w:sz w:val="21"/>
        </w:rPr>
        <w:t>Variation du besoin = besoin de fin de période − besoin de début de période</w:t>
      </w:r>
    </w:p>
    <w:p w14:paraId="4F0E149A" w14:textId="69571017" w:rsidR="00FC6F9B" w:rsidRDefault="00FC6F9B" w:rsidP="00FC6F9B">
      <w:pPr>
        <w:spacing w:after="0" w:line="240" w:lineRule="auto"/>
      </w:pPr>
      <w:r>
        <w:t>Un besoin passant de 60 000 à 78 000</w:t>
      </w:r>
      <w:r>
        <w:t> €</w:t>
      </w:r>
      <w:r>
        <w:t xml:space="preserve"> consomme 18 000</w:t>
      </w:r>
      <w:r>
        <w:t> €</w:t>
      </w:r>
      <w:r>
        <w:t xml:space="preserve"> supplémentaires. Le plan pluriannuel retient cette variation et non 78 000</w:t>
      </w:r>
      <w:r>
        <w:t> €</w:t>
      </w:r>
      <w:r>
        <w:t xml:space="preserve"> comme besoin nouveau. Au démarrage, le besoin est financé une première fois, directement ou progressivement par les fonds disponibles.</w:t>
      </w:r>
    </w:p>
    <w:p w14:paraId="6A3946C3" w14:textId="77777777" w:rsidR="00FC6F9B" w:rsidRDefault="00FC6F9B" w:rsidP="00FC6F9B">
      <w:pPr>
        <w:spacing w:after="0" w:line="240" w:lineRule="auto"/>
      </w:pPr>
      <w:r>
        <w:lastRenderedPageBreak/>
        <w:t>Une estimation proportionnelle au chiffre d’affaires suppose une structure et des délais constants. Elle doit être remplacée ou complétée par un modèle mensuel lorsque le stock saisonnier, les acomptes ou les retards sont importants. Le maximum atteint pendant l’année peut dépasser le montant au bilan de clôture.</w:t>
      </w:r>
    </w:p>
    <w:p w14:paraId="325C997B" w14:textId="77777777" w:rsidR="00FC6F9B" w:rsidRDefault="00FC6F9B" w:rsidP="00067DE2">
      <w:pPr>
        <w:pStyle w:val="Titre1"/>
      </w:pPr>
      <w:bookmarkStart w:id="21" w:name="_Toc241759592"/>
      <w:r>
        <w:t>22- Construire le budget mensuel de trésorerie</w:t>
      </w:r>
      <w:bookmarkEnd w:id="21"/>
    </w:p>
    <w:p w14:paraId="2578DA14" w14:textId="77777777" w:rsidR="00FC6F9B" w:rsidRDefault="00FC6F9B" w:rsidP="00FC6F9B">
      <w:pPr>
        <w:pStyle w:val="Titre2"/>
        <w:spacing w:before="0" w:after="0" w:line="240" w:lineRule="auto"/>
      </w:pPr>
      <w:r>
        <w:t>22.1- Positionner les flux à leurs dates</w:t>
      </w:r>
    </w:p>
    <w:p w14:paraId="2852F54D" w14:textId="77777777" w:rsidR="00FC6F9B" w:rsidRDefault="00FC6F9B" w:rsidP="00FC6F9B">
      <w:pPr>
        <w:spacing w:after="0" w:line="240" w:lineRule="auto"/>
      </w:pPr>
      <w:r>
        <w:t>Reporter les ventes au mois d’encaissement et les achats au mois de paiement. Ajouter les salaires, cotisations, loyers, impôts, investissements, apports, déblocages de prêts et remboursements. Les acomptes et la saisonnalité doivent être modélisés. Un délai contractuel et un retard réellement observé ne sont pas identiques.</w:t>
      </w:r>
    </w:p>
    <w:p w14:paraId="1199621E" w14:textId="77777777" w:rsidR="00FC6F9B" w:rsidRDefault="00FC6F9B" w:rsidP="00FC6F9B">
      <w:pPr>
        <w:spacing w:after="0" w:line="240" w:lineRule="auto"/>
      </w:pPr>
      <w:r>
        <w:rPr>
          <w:b/>
          <w:sz w:val="21"/>
        </w:rPr>
        <w:t>Solde de fin = solde de début + encaissements − décaissements</w:t>
      </w:r>
    </w:p>
    <w:p w14:paraId="4455D5E4" w14:textId="77777777" w:rsidR="00FC6F9B" w:rsidRDefault="00FC6F9B" w:rsidP="00FC6F9B">
      <w:pPr>
        <w:spacing w:after="0" w:line="240" w:lineRule="auto"/>
      </w:pPr>
      <w:r>
        <w:rPr>
          <w:b/>
          <w:sz w:val="21"/>
        </w:rPr>
        <w:t>Solde de début du mois suivant = solde de fin du mois précédent</w:t>
      </w:r>
    </w:p>
    <w:p w14:paraId="2BFB6020" w14:textId="77777777" w:rsidR="00FC6F9B" w:rsidRDefault="00FC6F9B" w:rsidP="00FC6F9B">
      <w:pPr>
        <w:spacing w:after="0" w:line="240" w:lineRule="auto"/>
      </w:pPr>
      <w:r>
        <w:t>Les montants effectivement payés incluent les taxes applicables. Les achats d’immobilisations et les remboursements du capital figurent dans les décaissements, même s’ils ne sont pas des charges de résultat. Les amortissements ne figurent pas comme paiement.</w:t>
      </w:r>
    </w:p>
    <w:p w14:paraId="65A36C5C" w14:textId="77777777" w:rsidR="00FC6F9B" w:rsidRDefault="00FC6F9B" w:rsidP="00FC6F9B">
      <w:pPr>
        <w:pStyle w:val="Titre2"/>
        <w:spacing w:before="0" w:after="0" w:line="240" w:lineRule="auto"/>
      </w:pPr>
      <w:r>
        <w:t>22.2- Prévoir les taxes et les charges sociales</w:t>
      </w:r>
    </w:p>
    <w:p w14:paraId="4981033A" w14:textId="77777777" w:rsidR="00FC6F9B" w:rsidRDefault="00FC6F9B" w:rsidP="00FC6F9B">
      <w:pPr>
        <w:spacing w:after="0" w:line="240" w:lineRule="auto"/>
      </w:pPr>
      <w:r>
        <w:t>La taxe sur la valeur ajoutée doit être budgétée selon l’exigibilité, le droit à déduction, le régime déclaratif et les dates de paiement. Pour certaines prestations, la date d’encaissement intervient dans l’exigibilité. Un crédit de taxe ne devient une entrée de trésorerie qu’au moment où son remboursement est réellement attendu.</w:t>
      </w:r>
    </w:p>
    <w:p w14:paraId="7565A0EF" w14:textId="77777777" w:rsidR="00FC6F9B" w:rsidRDefault="00FC6F9B" w:rsidP="00FC6F9B">
      <w:pPr>
        <w:spacing w:after="0" w:line="240" w:lineRule="auto"/>
      </w:pPr>
      <w:r>
        <w:t>Les acomptes et soldes d’impôt ainsi que les échéances sociales peuvent créer des pics de décaissement. Le calendrier réel est utilisé. Les charges non encore payées restent en dettes au bilan. Les charges constatées d’avance et produits perçus d’avance demandent aussi un suivi cohérent.</w:t>
      </w:r>
    </w:p>
    <w:p w14:paraId="56DBDAFF" w14:textId="77777777" w:rsidR="00FC6F9B" w:rsidRDefault="00FC6F9B" w:rsidP="00FC6F9B">
      <w:pPr>
        <w:pStyle w:val="Titre2"/>
        <w:spacing w:before="0" w:after="0" w:line="240" w:lineRule="auto"/>
      </w:pPr>
      <w:r>
        <w:t>22.3- Évaluer le creux et la marge de sécurité</w:t>
      </w:r>
    </w:p>
    <w:p w14:paraId="4B6D5150" w14:textId="77777777" w:rsidR="00FC6F9B" w:rsidRDefault="00FC6F9B" w:rsidP="00FC6F9B">
      <w:pPr>
        <w:spacing w:after="0" w:line="240" w:lineRule="auto"/>
      </w:pPr>
      <w:r>
        <w:rPr>
          <w:b/>
          <w:sz w:val="21"/>
        </w:rPr>
        <w:t>Besoin complémentaire minimal = montant du déficit le plus élevé avant nouvelle ressource</w:t>
      </w:r>
    </w:p>
    <w:p w14:paraId="3BD53A63" w14:textId="78F6E891" w:rsidR="00FC6F9B" w:rsidRDefault="00FC6F9B" w:rsidP="00FC6F9B">
      <w:pPr>
        <w:spacing w:after="0" w:line="240" w:lineRule="auto"/>
      </w:pPr>
      <w:r>
        <w:t>Si le solde le plus bas est de −12 000</w:t>
      </w:r>
      <w:r>
        <w:t> €</w:t>
      </w:r>
      <w:r>
        <w:t>, un financement de 12 000</w:t>
      </w:r>
      <w:r>
        <w:t> €</w:t>
      </w:r>
      <w:r>
        <w:t xml:space="preserve"> évite seulement le passage négatif. Une cible minimale de 20 000</w:t>
      </w:r>
      <w:r>
        <w:t> €</w:t>
      </w:r>
      <w:r>
        <w:t xml:space="preserve"> conduit, dans cette approximation, à rechercher 32 000</w:t>
      </w:r>
      <w:r>
        <w:t> €</w:t>
      </w:r>
      <w:r>
        <w:t>. Les dates de disponibilité et le coût de cette ressource doivent encore être intégrés.</w:t>
      </w:r>
    </w:p>
    <w:p w14:paraId="7E2DB703" w14:textId="77777777" w:rsidR="00FC6F9B" w:rsidRDefault="00FC6F9B" w:rsidP="00FC6F9B">
      <w:pPr>
        <w:pStyle w:val="Titre2"/>
        <w:spacing w:before="0" w:after="0" w:line="240" w:lineRule="auto"/>
      </w:pPr>
      <w:r>
        <w:t>22.4- Choisir les mesures adaptées</w:t>
      </w:r>
    </w:p>
    <w:tbl>
      <w:tblPr>
        <w:tblStyle w:val="Grilledutableau"/>
        <w:tblW w:w="0" w:type="auto"/>
        <w:tblLayout w:type="fixed"/>
        <w:tblLook w:val="04A0" w:firstRow="1" w:lastRow="0" w:firstColumn="1" w:lastColumn="0" w:noHBand="0" w:noVBand="1"/>
      </w:tblPr>
      <w:tblGrid>
        <w:gridCol w:w="2232"/>
        <w:gridCol w:w="3888"/>
        <w:gridCol w:w="4248"/>
      </w:tblGrid>
      <w:tr w:rsidR="00FC6F9B" w:rsidRPr="00FC6F9B" w14:paraId="1F7D1887" w14:textId="77777777" w:rsidTr="00FC6F9B">
        <w:trPr>
          <w:tblHeader/>
        </w:trPr>
        <w:tc>
          <w:tcPr>
            <w:tcW w:w="2232" w:type="dxa"/>
          </w:tcPr>
          <w:p w14:paraId="3AD2E022" w14:textId="77777777" w:rsidR="00FC6F9B" w:rsidRPr="00FC6F9B" w:rsidRDefault="00FC6F9B" w:rsidP="00FC6F9B">
            <w:pPr>
              <w:jc w:val="left"/>
              <w:rPr>
                <w:rFonts w:ascii="Calibri" w:hAnsi="Calibri" w:cs="Calibri"/>
                <w:sz w:val="20"/>
              </w:rPr>
            </w:pPr>
            <w:r w:rsidRPr="00FC6F9B">
              <w:rPr>
                <w:rFonts w:ascii="Calibri" w:hAnsi="Calibri" w:cs="Calibri"/>
                <w:b/>
                <w:sz w:val="20"/>
              </w:rPr>
              <w:t>Levier</w:t>
            </w:r>
          </w:p>
        </w:tc>
        <w:tc>
          <w:tcPr>
            <w:tcW w:w="3888" w:type="dxa"/>
          </w:tcPr>
          <w:p w14:paraId="46ED3D83" w14:textId="77777777" w:rsidR="00FC6F9B" w:rsidRPr="00FC6F9B" w:rsidRDefault="00FC6F9B" w:rsidP="00FC6F9B">
            <w:pPr>
              <w:jc w:val="left"/>
              <w:rPr>
                <w:rFonts w:ascii="Calibri" w:hAnsi="Calibri" w:cs="Calibri"/>
                <w:sz w:val="20"/>
              </w:rPr>
            </w:pPr>
            <w:r w:rsidRPr="00FC6F9B">
              <w:rPr>
                <w:rFonts w:ascii="Calibri" w:hAnsi="Calibri" w:cs="Calibri"/>
                <w:b/>
                <w:sz w:val="20"/>
              </w:rPr>
              <w:t>Effet possible</w:t>
            </w:r>
          </w:p>
        </w:tc>
        <w:tc>
          <w:tcPr>
            <w:tcW w:w="4248" w:type="dxa"/>
          </w:tcPr>
          <w:p w14:paraId="165D972B" w14:textId="77777777" w:rsidR="00FC6F9B" w:rsidRPr="00FC6F9B" w:rsidRDefault="00FC6F9B" w:rsidP="00FC6F9B">
            <w:pPr>
              <w:jc w:val="left"/>
              <w:rPr>
                <w:rFonts w:ascii="Calibri" w:hAnsi="Calibri" w:cs="Calibri"/>
                <w:sz w:val="20"/>
              </w:rPr>
            </w:pPr>
            <w:r w:rsidRPr="00FC6F9B">
              <w:rPr>
                <w:rFonts w:ascii="Calibri" w:hAnsi="Calibri" w:cs="Calibri"/>
                <w:b/>
                <w:sz w:val="20"/>
              </w:rPr>
              <w:t>Limite à examiner</w:t>
            </w:r>
          </w:p>
        </w:tc>
      </w:tr>
      <w:tr w:rsidR="00FC6F9B" w:rsidRPr="00FC6F9B" w14:paraId="78DDB466" w14:textId="77777777" w:rsidTr="00FC6F9B">
        <w:tc>
          <w:tcPr>
            <w:tcW w:w="2232" w:type="dxa"/>
          </w:tcPr>
          <w:p w14:paraId="1D22A699" w14:textId="77777777" w:rsidR="00FC6F9B" w:rsidRPr="00FC6F9B" w:rsidRDefault="00FC6F9B" w:rsidP="00FC6F9B">
            <w:pPr>
              <w:jc w:val="left"/>
              <w:rPr>
                <w:rFonts w:ascii="Calibri" w:hAnsi="Calibri" w:cs="Calibri"/>
                <w:sz w:val="20"/>
              </w:rPr>
            </w:pPr>
            <w:r w:rsidRPr="00FC6F9B">
              <w:rPr>
                <w:rFonts w:ascii="Calibri" w:hAnsi="Calibri" w:cs="Calibri"/>
                <w:sz w:val="20"/>
              </w:rPr>
              <w:t>Acompte client</w:t>
            </w:r>
          </w:p>
        </w:tc>
        <w:tc>
          <w:tcPr>
            <w:tcW w:w="3888" w:type="dxa"/>
          </w:tcPr>
          <w:p w14:paraId="555DEDDC" w14:textId="77777777" w:rsidR="00FC6F9B" w:rsidRPr="00FC6F9B" w:rsidRDefault="00FC6F9B" w:rsidP="00FC6F9B">
            <w:pPr>
              <w:jc w:val="left"/>
              <w:rPr>
                <w:rFonts w:ascii="Calibri" w:hAnsi="Calibri" w:cs="Calibri"/>
                <w:sz w:val="20"/>
              </w:rPr>
            </w:pPr>
            <w:r w:rsidRPr="00FC6F9B">
              <w:rPr>
                <w:rFonts w:ascii="Calibri" w:hAnsi="Calibri" w:cs="Calibri"/>
                <w:sz w:val="20"/>
              </w:rPr>
              <w:t>Encaissement avancé</w:t>
            </w:r>
          </w:p>
        </w:tc>
        <w:tc>
          <w:tcPr>
            <w:tcW w:w="4248" w:type="dxa"/>
          </w:tcPr>
          <w:p w14:paraId="0F7AE632" w14:textId="77777777" w:rsidR="00FC6F9B" w:rsidRPr="00FC6F9B" w:rsidRDefault="00FC6F9B" w:rsidP="00FC6F9B">
            <w:pPr>
              <w:jc w:val="left"/>
              <w:rPr>
                <w:rFonts w:ascii="Calibri" w:hAnsi="Calibri" w:cs="Calibri"/>
                <w:sz w:val="20"/>
              </w:rPr>
            </w:pPr>
            <w:r w:rsidRPr="00FC6F9B">
              <w:rPr>
                <w:rFonts w:ascii="Calibri" w:hAnsi="Calibri" w:cs="Calibri"/>
                <w:sz w:val="20"/>
              </w:rPr>
              <w:t>Acceptation et obligations de service</w:t>
            </w:r>
          </w:p>
        </w:tc>
      </w:tr>
      <w:tr w:rsidR="00FC6F9B" w:rsidRPr="00FC6F9B" w14:paraId="49BD6E1C" w14:textId="77777777" w:rsidTr="00FC6F9B">
        <w:tc>
          <w:tcPr>
            <w:tcW w:w="2232" w:type="dxa"/>
          </w:tcPr>
          <w:p w14:paraId="6C5E9BA5" w14:textId="77777777" w:rsidR="00FC6F9B" w:rsidRPr="00FC6F9B" w:rsidRDefault="00FC6F9B" w:rsidP="00FC6F9B">
            <w:pPr>
              <w:jc w:val="left"/>
              <w:rPr>
                <w:rFonts w:ascii="Calibri" w:hAnsi="Calibri" w:cs="Calibri"/>
                <w:sz w:val="20"/>
              </w:rPr>
            </w:pPr>
            <w:r w:rsidRPr="00FC6F9B">
              <w:rPr>
                <w:rFonts w:ascii="Calibri" w:hAnsi="Calibri" w:cs="Calibri"/>
                <w:sz w:val="20"/>
              </w:rPr>
              <w:t>Relance et litiges</w:t>
            </w:r>
          </w:p>
        </w:tc>
        <w:tc>
          <w:tcPr>
            <w:tcW w:w="3888" w:type="dxa"/>
          </w:tcPr>
          <w:p w14:paraId="04860D0B" w14:textId="77777777" w:rsidR="00FC6F9B" w:rsidRPr="00FC6F9B" w:rsidRDefault="00FC6F9B" w:rsidP="00FC6F9B">
            <w:pPr>
              <w:jc w:val="left"/>
              <w:rPr>
                <w:rFonts w:ascii="Calibri" w:hAnsi="Calibri" w:cs="Calibri"/>
                <w:sz w:val="20"/>
              </w:rPr>
            </w:pPr>
            <w:r w:rsidRPr="00FC6F9B">
              <w:rPr>
                <w:rFonts w:ascii="Calibri" w:hAnsi="Calibri" w:cs="Calibri"/>
                <w:sz w:val="20"/>
              </w:rPr>
              <w:t>Retards réduits</w:t>
            </w:r>
          </w:p>
        </w:tc>
        <w:tc>
          <w:tcPr>
            <w:tcW w:w="4248" w:type="dxa"/>
          </w:tcPr>
          <w:p w14:paraId="25AF1B77" w14:textId="77777777" w:rsidR="00FC6F9B" w:rsidRPr="00FC6F9B" w:rsidRDefault="00FC6F9B" w:rsidP="00FC6F9B">
            <w:pPr>
              <w:jc w:val="left"/>
              <w:rPr>
                <w:rFonts w:ascii="Calibri" w:hAnsi="Calibri" w:cs="Calibri"/>
                <w:sz w:val="20"/>
              </w:rPr>
            </w:pPr>
            <w:r w:rsidRPr="00FC6F9B">
              <w:rPr>
                <w:rFonts w:ascii="Calibri" w:hAnsi="Calibri" w:cs="Calibri"/>
                <w:sz w:val="20"/>
              </w:rPr>
              <w:t>Qualité de facturation et relation client</w:t>
            </w:r>
          </w:p>
        </w:tc>
      </w:tr>
      <w:tr w:rsidR="00FC6F9B" w:rsidRPr="00FC6F9B" w14:paraId="092E5ECE" w14:textId="77777777" w:rsidTr="00FC6F9B">
        <w:tc>
          <w:tcPr>
            <w:tcW w:w="2232" w:type="dxa"/>
          </w:tcPr>
          <w:p w14:paraId="033605C3" w14:textId="77777777" w:rsidR="00FC6F9B" w:rsidRPr="00FC6F9B" w:rsidRDefault="00FC6F9B" w:rsidP="00FC6F9B">
            <w:pPr>
              <w:jc w:val="left"/>
              <w:rPr>
                <w:rFonts w:ascii="Calibri" w:hAnsi="Calibri" w:cs="Calibri"/>
                <w:sz w:val="20"/>
              </w:rPr>
            </w:pPr>
            <w:r w:rsidRPr="00FC6F9B">
              <w:rPr>
                <w:rFonts w:ascii="Calibri" w:hAnsi="Calibri" w:cs="Calibri"/>
                <w:sz w:val="20"/>
              </w:rPr>
              <w:t>Stock réduit</w:t>
            </w:r>
          </w:p>
        </w:tc>
        <w:tc>
          <w:tcPr>
            <w:tcW w:w="3888" w:type="dxa"/>
          </w:tcPr>
          <w:p w14:paraId="4A87B84C" w14:textId="77777777" w:rsidR="00FC6F9B" w:rsidRPr="00FC6F9B" w:rsidRDefault="00FC6F9B" w:rsidP="00FC6F9B">
            <w:pPr>
              <w:jc w:val="left"/>
              <w:rPr>
                <w:rFonts w:ascii="Calibri" w:hAnsi="Calibri" w:cs="Calibri"/>
                <w:sz w:val="20"/>
              </w:rPr>
            </w:pPr>
            <w:r w:rsidRPr="00FC6F9B">
              <w:rPr>
                <w:rFonts w:ascii="Calibri" w:hAnsi="Calibri" w:cs="Calibri"/>
                <w:sz w:val="20"/>
              </w:rPr>
              <w:t>Ressource libérée</w:t>
            </w:r>
          </w:p>
        </w:tc>
        <w:tc>
          <w:tcPr>
            <w:tcW w:w="4248" w:type="dxa"/>
          </w:tcPr>
          <w:p w14:paraId="53B606C4" w14:textId="77777777" w:rsidR="00FC6F9B" w:rsidRPr="00FC6F9B" w:rsidRDefault="00FC6F9B" w:rsidP="00FC6F9B">
            <w:pPr>
              <w:jc w:val="left"/>
              <w:rPr>
                <w:rFonts w:ascii="Calibri" w:hAnsi="Calibri" w:cs="Calibri"/>
                <w:sz w:val="20"/>
              </w:rPr>
            </w:pPr>
            <w:r w:rsidRPr="00FC6F9B">
              <w:rPr>
                <w:rFonts w:ascii="Calibri" w:hAnsi="Calibri" w:cs="Calibri"/>
                <w:sz w:val="20"/>
              </w:rPr>
              <w:t>Rupture et niveau de service</w:t>
            </w:r>
          </w:p>
        </w:tc>
      </w:tr>
      <w:tr w:rsidR="00FC6F9B" w:rsidRPr="00FC6F9B" w14:paraId="606F5117" w14:textId="77777777" w:rsidTr="00FC6F9B">
        <w:tc>
          <w:tcPr>
            <w:tcW w:w="2232" w:type="dxa"/>
          </w:tcPr>
          <w:p w14:paraId="52F7B0E5" w14:textId="77777777" w:rsidR="00FC6F9B" w:rsidRPr="00FC6F9B" w:rsidRDefault="00FC6F9B" w:rsidP="00FC6F9B">
            <w:pPr>
              <w:jc w:val="left"/>
              <w:rPr>
                <w:rFonts w:ascii="Calibri" w:hAnsi="Calibri" w:cs="Calibri"/>
                <w:sz w:val="20"/>
              </w:rPr>
            </w:pPr>
            <w:r w:rsidRPr="00FC6F9B">
              <w:rPr>
                <w:rFonts w:ascii="Calibri" w:hAnsi="Calibri" w:cs="Calibri"/>
                <w:sz w:val="20"/>
              </w:rPr>
              <w:t>Investissement échelonné</w:t>
            </w:r>
          </w:p>
        </w:tc>
        <w:tc>
          <w:tcPr>
            <w:tcW w:w="3888" w:type="dxa"/>
          </w:tcPr>
          <w:p w14:paraId="034A138B" w14:textId="77777777" w:rsidR="00FC6F9B" w:rsidRPr="00FC6F9B" w:rsidRDefault="00FC6F9B" w:rsidP="00FC6F9B">
            <w:pPr>
              <w:jc w:val="left"/>
              <w:rPr>
                <w:rFonts w:ascii="Calibri" w:hAnsi="Calibri" w:cs="Calibri"/>
                <w:sz w:val="20"/>
              </w:rPr>
            </w:pPr>
            <w:r w:rsidRPr="00FC6F9B">
              <w:rPr>
                <w:rFonts w:ascii="Calibri" w:hAnsi="Calibri" w:cs="Calibri"/>
                <w:sz w:val="20"/>
              </w:rPr>
              <w:t>Paiement retardé</w:t>
            </w:r>
          </w:p>
        </w:tc>
        <w:tc>
          <w:tcPr>
            <w:tcW w:w="4248" w:type="dxa"/>
          </w:tcPr>
          <w:p w14:paraId="4BDC6083" w14:textId="77777777" w:rsidR="00FC6F9B" w:rsidRPr="00FC6F9B" w:rsidRDefault="00FC6F9B" w:rsidP="00FC6F9B">
            <w:pPr>
              <w:jc w:val="left"/>
              <w:rPr>
                <w:rFonts w:ascii="Calibri" w:hAnsi="Calibri" w:cs="Calibri"/>
                <w:sz w:val="20"/>
              </w:rPr>
            </w:pPr>
            <w:r w:rsidRPr="00FC6F9B">
              <w:rPr>
                <w:rFonts w:ascii="Calibri" w:hAnsi="Calibri" w:cs="Calibri"/>
                <w:sz w:val="20"/>
              </w:rPr>
              <w:t>Capacité et date de lancement</w:t>
            </w:r>
          </w:p>
        </w:tc>
      </w:tr>
      <w:tr w:rsidR="00FC6F9B" w:rsidRPr="00FC6F9B" w14:paraId="7F974AD4" w14:textId="77777777" w:rsidTr="00FC6F9B">
        <w:tc>
          <w:tcPr>
            <w:tcW w:w="2232" w:type="dxa"/>
          </w:tcPr>
          <w:p w14:paraId="2986C57C" w14:textId="77777777" w:rsidR="00FC6F9B" w:rsidRPr="00FC6F9B" w:rsidRDefault="00FC6F9B" w:rsidP="00FC6F9B">
            <w:pPr>
              <w:jc w:val="left"/>
              <w:rPr>
                <w:rFonts w:ascii="Calibri" w:hAnsi="Calibri" w:cs="Calibri"/>
                <w:sz w:val="20"/>
              </w:rPr>
            </w:pPr>
            <w:r w:rsidRPr="00FC6F9B">
              <w:rPr>
                <w:rFonts w:ascii="Calibri" w:hAnsi="Calibri" w:cs="Calibri"/>
                <w:sz w:val="20"/>
              </w:rPr>
              <w:t>Financement additionnel</w:t>
            </w:r>
          </w:p>
        </w:tc>
        <w:tc>
          <w:tcPr>
            <w:tcW w:w="3888" w:type="dxa"/>
          </w:tcPr>
          <w:p w14:paraId="3252EFA1" w14:textId="77777777" w:rsidR="00FC6F9B" w:rsidRPr="00FC6F9B" w:rsidRDefault="00FC6F9B" w:rsidP="00FC6F9B">
            <w:pPr>
              <w:jc w:val="left"/>
              <w:rPr>
                <w:rFonts w:ascii="Calibri" w:hAnsi="Calibri" w:cs="Calibri"/>
                <w:sz w:val="20"/>
              </w:rPr>
            </w:pPr>
            <w:r w:rsidRPr="00FC6F9B">
              <w:rPr>
                <w:rFonts w:ascii="Calibri" w:hAnsi="Calibri" w:cs="Calibri"/>
                <w:sz w:val="20"/>
              </w:rPr>
              <w:t>Liquidité disponible</w:t>
            </w:r>
          </w:p>
        </w:tc>
        <w:tc>
          <w:tcPr>
            <w:tcW w:w="4248" w:type="dxa"/>
          </w:tcPr>
          <w:p w14:paraId="32BFB534" w14:textId="77777777" w:rsidR="00FC6F9B" w:rsidRPr="00FC6F9B" w:rsidRDefault="00FC6F9B" w:rsidP="00FC6F9B">
            <w:pPr>
              <w:jc w:val="left"/>
              <w:rPr>
                <w:rFonts w:ascii="Calibri" w:hAnsi="Calibri" w:cs="Calibri"/>
                <w:sz w:val="20"/>
              </w:rPr>
            </w:pPr>
            <w:r w:rsidRPr="00FC6F9B">
              <w:rPr>
                <w:rFonts w:ascii="Calibri" w:hAnsi="Calibri" w:cs="Calibri"/>
                <w:sz w:val="20"/>
              </w:rPr>
              <w:t>Coût, garanties et remboursement</w:t>
            </w:r>
          </w:p>
        </w:tc>
      </w:tr>
    </w:tbl>
    <w:p w14:paraId="6A1E9708" w14:textId="77777777" w:rsidR="00FC6F9B" w:rsidRDefault="00FC6F9B" w:rsidP="00FC6F9B">
      <w:pPr>
        <w:spacing w:after="0" w:line="240" w:lineRule="auto"/>
      </w:pPr>
    </w:p>
    <w:p w14:paraId="3294FD07" w14:textId="77777777" w:rsidR="00FC6F9B" w:rsidRDefault="00FC6F9B" w:rsidP="00FC6F9B">
      <w:pPr>
        <w:spacing w:after="0" w:line="240" w:lineRule="auto"/>
      </w:pPr>
      <w:r>
        <w:t>Retarder un paiement au-delà des conditions autorisées ne constitue pas une solution de financement durable. Le budget est actualisé avec les engagements réels et les encaissements observés, surtout pendant le lancement.</w:t>
      </w:r>
    </w:p>
    <w:p w14:paraId="18BBB755" w14:textId="77777777" w:rsidR="00FC6F9B" w:rsidRDefault="00FC6F9B" w:rsidP="00067DE2">
      <w:pPr>
        <w:pStyle w:val="Titre1"/>
      </w:pPr>
      <w:bookmarkStart w:id="22" w:name="_Toc241759593"/>
      <w:r>
        <w:t>23- Mesurer la rentabilité et les marges de sécurité</w:t>
      </w:r>
      <w:bookmarkEnd w:id="22"/>
    </w:p>
    <w:p w14:paraId="7474FDC9" w14:textId="77777777" w:rsidR="00FC6F9B" w:rsidRDefault="00FC6F9B" w:rsidP="00FC6F9B">
      <w:pPr>
        <w:pStyle w:val="Titre2"/>
        <w:spacing w:before="0" w:after="0" w:line="240" w:lineRule="auto"/>
      </w:pPr>
      <w:r>
        <w:t>23.1- Calculer le seuil de rentabilité</w:t>
      </w:r>
    </w:p>
    <w:p w14:paraId="4738F3EB" w14:textId="77777777" w:rsidR="00FC6F9B" w:rsidRDefault="00FC6F9B" w:rsidP="00FC6F9B">
      <w:pPr>
        <w:spacing w:after="0" w:line="240" w:lineRule="auto"/>
      </w:pPr>
      <w:r>
        <w:rPr>
          <w:b/>
          <w:sz w:val="21"/>
        </w:rPr>
        <w:t>Marge sur coût variable = chiffre d’affaires − charges variables</w:t>
      </w:r>
    </w:p>
    <w:p w14:paraId="6EF2476C" w14:textId="77777777" w:rsidR="00FC6F9B" w:rsidRDefault="00FC6F9B" w:rsidP="00FC6F9B">
      <w:pPr>
        <w:spacing w:after="0" w:line="240" w:lineRule="auto"/>
      </w:pPr>
      <w:r>
        <w:rPr>
          <w:b/>
          <w:sz w:val="21"/>
        </w:rPr>
        <w:t>Taux de marge sur coût variable = marge sur coût variable / chiffre d’affaires</w:t>
      </w:r>
    </w:p>
    <w:p w14:paraId="5FAAFE42" w14:textId="77777777" w:rsidR="00FC6F9B" w:rsidRDefault="00FC6F9B" w:rsidP="00FC6F9B">
      <w:pPr>
        <w:spacing w:after="0" w:line="240" w:lineRule="auto"/>
      </w:pPr>
      <w:r>
        <w:rPr>
          <w:b/>
          <w:sz w:val="21"/>
        </w:rPr>
        <w:t>Seuil de rentabilité = charges fixes / taux de marge sur coût variable</w:t>
      </w:r>
    </w:p>
    <w:p w14:paraId="3DE905EA" w14:textId="777EE982" w:rsidR="00FC6F9B" w:rsidRDefault="00FC6F9B" w:rsidP="00FC6F9B">
      <w:pPr>
        <w:spacing w:after="0" w:line="240" w:lineRule="auto"/>
      </w:pPr>
      <w:r>
        <w:t>Le périmètre des charges fixes doit être annoncé</w:t>
      </w:r>
      <w:r>
        <w:t> :</w:t>
      </w:r>
      <w:r>
        <w:t xml:space="preserve"> exploitation seule ou ensemble incluant intérêts. Le seuil dépend du mélange des produits et de la plage de capacité. Un palier d’effectif ou un changement de prix impose de recalculer le modèle.</w:t>
      </w:r>
    </w:p>
    <w:p w14:paraId="2F94B6FA" w14:textId="77777777" w:rsidR="00FC6F9B" w:rsidRDefault="00FC6F9B" w:rsidP="00FC6F9B">
      <w:pPr>
        <w:spacing w:after="0" w:line="240" w:lineRule="auto"/>
      </w:pPr>
      <w:r>
        <w:rPr>
          <w:b/>
          <w:sz w:val="21"/>
        </w:rPr>
        <w:t>Marge de sécurité = chiffre d’affaires prévu − seuil de rentabilité</w:t>
      </w:r>
    </w:p>
    <w:p w14:paraId="773C6DE8" w14:textId="77777777" w:rsidR="00FC6F9B" w:rsidRDefault="00FC6F9B" w:rsidP="00FC6F9B">
      <w:pPr>
        <w:spacing w:after="0" w:line="240" w:lineRule="auto"/>
      </w:pPr>
      <w:r>
        <w:rPr>
          <w:b/>
          <w:sz w:val="21"/>
        </w:rPr>
        <w:t>Indice de sécurité = marge de sécurité / chiffre d’affaires prévu</w:t>
      </w:r>
    </w:p>
    <w:p w14:paraId="64515C5C" w14:textId="2C1E7161" w:rsidR="00FC6F9B" w:rsidRDefault="00FC6F9B" w:rsidP="00FC6F9B">
      <w:pPr>
        <w:spacing w:after="0" w:line="240" w:lineRule="auto"/>
      </w:pPr>
      <w:r>
        <w:t>Si la marge sur coût variable est de 60</w:t>
      </w:r>
      <w:r>
        <w:t> %</w:t>
      </w:r>
      <w:r>
        <w:t xml:space="preserve"> et les charges fixes d’exploitation de 320 000</w:t>
      </w:r>
      <w:r>
        <w:t> €</w:t>
      </w:r>
      <w:r>
        <w:t>, le seuil est de 533 333</w:t>
      </w:r>
      <w:r>
        <w:t> €</w:t>
      </w:r>
      <w:r>
        <w:t>. Avec 600 000</w:t>
      </w:r>
      <w:r>
        <w:t> €</w:t>
      </w:r>
      <w:r>
        <w:t xml:space="preserve"> de ventes, l’indice de sécurité est d’environ 11,11</w:t>
      </w:r>
      <w:r>
        <w:t> %</w:t>
      </w:r>
      <w:r>
        <w:t>. Une baisse des ventes supérieure à cette marge remet l’exploitation en perte dans le modèle retenu.</w:t>
      </w:r>
    </w:p>
    <w:p w14:paraId="205111A9" w14:textId="77777777" w:rsidR="00FC6F9B" w:rsidRDefault="00FC6F9B" w:rsidP="00FC6F9B">
      <w:pPr>
        <w:pStyle w:val="Titre2"/>
        <w:spacing w:before="0" w:after="0" w:line="240" w:lineRule="auto"/>
      </w:pPr>
      <w:r>
        <w:lastRenderedPageBreak/>
        <w:t>23.2- Situer le point mort</w:t>
      </w:r>
    </w:p>
    <w:p w14:paraId="611F4ADF" w14:textId="2503C00E" w:rsidR="00FC6F9B" w:rsidRDefault="00FC6F9B" w:rsidP="00FC6F9B">
      <w:pPr>
        <w:spacing w:after="0" w:line="240" w:lineRule="auto"/>
      </w:pPr>
      <w:r>
        <w:t>Le point mort est la date d’atteinte du seuil. Sous activité uniforme, on peut convertir le seuil en durée</w:t>
      </w:r>
      <w:r>
        <w:t> :</w:t>
      </w:r>
      <w:r>
        <w:t xml:space="preserve"> seuil / chiffre d’affaires annuel × 360 jours. Avec une saisonnalité, utiliser la marge cumulée mois par mois. Le point mort comptable ne constitue pas la date où l’entreprise n’a plus aucun besoin de trésorerie.</w:t>
      </w:r>
    </w:p>
    <w:p w14:paraId="08883BFC" w14:textId="77777777" w:rsidR="00FC6F9B" w:rsidRDefault="00FC6F9B" w:rsidP="00FC6F9B">
      <w:pPr>
        <w:pStyle w:val="Titre2"/>
        <w:spacing w:before="0" w:after="0" w:line="240" w:lineRule="auto"/>
      </w:pPr>
      <w:r>
        <w:t>23.3- Étudier la contribution d’un client</w:t>
      </w:r>
    </w:p>
    <w:p w14:paraId="6D71E665" w14:textId="77777777" w:rsidR="00FC6F9B" w:rsidRDefault="00FC6F9B" w:rsidP="00FC6F9B">
      <w:pPr>
        <w:spacing w:after="0" w:line="240" w:lineRule="auto"/>
      </w:pPr>
      <w:r>
        <w:rPr>
          <w:b/>
          <w:sz w:val="21"/>
        </w:rPr>
        <w:t>Contribution unitaire = prix net − coût variable correspondant</w:t>
      </w:r>
    </w:p>
    <w:p w14:paraId="45A0A534" w14:textId="77777777" w:rsidR="00FC6F9B" w:rsidRDefault="00FC6F9B" w:rsidP="00FC6F9B">
      <w:pPr>
        <w:spacing w:after="0" w:line="240" w:lineRule="auto"/>
      </w:pPr>
      <w:r>
        <w:t>Ajouter à l’analyse les coûts d’installation, d’assistance, de retours et de distribution. Un client peut générer du chiffre d’affaires tout en détruisant de la marge ou en immobilisant longtemps de la trésorerie.</w:t>
      </w:r>
    </w:p>
    <w:p w14:paraId="3EEEA71D" w14:textId="77777777" w:rsidR="00FC6F9B" w:rsidRDefault="00FC6F9B" w:rsidP="00FC6F9B">
      <w:pPr>
        <w:spacing w:after="0" w:line="240" w:lineRule="auto"/>
      </w:pPr>
      <w:r>
        <w:rPr>
          <w:b/>
          <w:sz w:val="21"/>
        </w:rPr>
        <w:t>Coût d’acquisition client = dépenses d’acquisition retenues / nouveaux clients acquis</w:t>
      </w:r>
    </w:p>
    <w:p w14:paraId="648DDA9A" w14:textId="77777777" w:rsidR="00FC6F9B" w:rsidRDefault="00FC6F9B" w:rsidP="00FC6F9B">
      <w:pPr>
        <w:spacing w:after="0" w:line="240" w:lineRule="auto"/>
      </w:pPr>
      <w:r>
        <w:t>Le calcul indique la période et les dépenses retenues, notamment le temps commercial. Comparer ce coût à une contribution attendue après coût de service, plutôt qu’au seul chiffre d’affaires futur. La valeur d’un client sur sa durée de relation repose sur la rétention, les marges et, pour un horizon long, l’actualisation.</w:t>
      </w:r>
    </w:p>
    <w:p w14:paraId="31082255" w14:textId="77777777" w:rsidR="00FC6F9B" w:rsidRDefault="00FC6F9B" w:rsidP="00FC6F9B">
      <w:pPr>
        <w:pStyle w:val="Titre2"/>
        <w:spacing w:before="0" w:after="0" w:line="240" w:lineRule="auto"/>
      </w:pPr>
      <w:r>
        <w:t>23.4- Pour une activité encore déficitaire</w:t>
      </w:r>
    </w:p>
    <w:p w14:paraId="2019EF4C" w14:textId="77777777" w:rsidR="00FC6F9B" w:rsidRDefault="00FC6F9B" w:rsidP="00FC6F9B">
      <w:pPr>
        <w:spacing w:after="0" w:line="240" w:lineRule="auto"/>
      </w:pPr>
      <w:r>
        <w:t>Calculer les pertes et la consommation mensuelle de trésorerie. Une estimation de durée de financement divise la trésorerie disponible par la consommation nette moyenne, seulement si celle-ci est relativement stable. Un calendrier mensuel reste préférable lorsque les ventes ou les investissements évoluent fortement.</w:t>
      </w:r>
    </w:p>
    <w:p w14:paraId="1DFDF6FA" w14:textId="77777777" w:rsidR="00FC6F9B" w:rsidRDefault="00FC6F9B" w:rsidP="00FC6F9B">
      <w:pPr>
        <w:spacing w:after="0" w:line="240" w:lineRule="auto"/>
      </w:pPr>
      <w:r>
        <w:t>La croissance est utile si elle améliore le résultat et si elle est finançable. Lorsque la contribution unitaire est négative, vendre davantage peut augmenter la perte avant toute considération de financement.</w:t>
      </w:r>
    </w:p>
    <w:p w14:paraId="32F8896C" w14:textId="77777777" w:rsidR="00FC6F9B" w:rsidRDefault="00FC6F9B" w:rsidP="00067DE2">
      <w:pPr>
        <w:pStyle w:val="Titre1"/>
      </w:pPr>
      <w:bookmarkStart w:id="23" w:name="_Toc241759594"/>
      <w:r>
        <w:t>24- Prévoir le financement et le bilan sur plusieurs années</w:t>
      </w:r>
      <w:bookmarkEnd w:id="23"/>
    </w:p>
    <w:p w14:paraId="03BCBB58" w14:textId="77777777" w:rsidR="00FC6F9B" w:rsidRDefault="00FC6F9B" w:rsidP="00FC6F9B">
      <w:pPr>
        <w:pStyle w:val="Titre2"/>
        <w:spacing w:before="0" w:after="0" w:line="240" w:lineRule="auto"/>
      </w:pPr>
      <w:r>
        <w:t>24.1- Passer de la ressource potentielle aux flux</w:t>
      </w:r>
    </w:p>
    <w:p w14:paraId="7A6BE0E7" w14:textId="77777777" w:rsidR="00FC6F9B" w:rsidRDefault="00FC6F9B" w:rsidP="00FC6F9B">
      <w:pPr>
        <w:spacing w:after="0" w:line="240" w:lineRule="auto"/>
      </w:pPr>
      <w:r>
        <w:rPr>
          <w:b/>
          <w:sz w:val="21"/>
        </w:rPr>
        <w:t>Flux après financement du cycle ≈ capacité d’autofinancement − hausse du besoin en fonds de roulement</w:t>
      </w:r>
    </w:p>
    <w:p w14:paraId="179FF821" w14:textId="77777777" w:rsidR="00FC6F9B" w:rsidRDefault="00FC6F9B" w:rsidP="00FC6F9B">
      <w:pPr>
        <w:spacing w:after="0" w:line="240" w:lineRule="auto"/>
      </w:pPr>
      <w:r>
        <w:rPr>
          <w:b/>
          <w:sz w:val="21"/>
        </w:rPr>
        <w:t>Variation de trésorerie ≈ capacité d’autofinancement − hausse du besoin − investissements − remboursement du capital + ressources nouvelles − distributions</w:t>
      </w:r>
    </w:p>
    <w:p w14:paraId="6EFEC75A" w14:textId="3A8FB30A" w:rsidR="00FC6F9B" w:rsidRDefault="00FC6F9B" w:rsidP="00FC6F9B">
      <w:pPr>
        <w:spacing w:after="0" w:line="240" w:lineRule="auto"/>
      </w:pPr>
      <w:r>
        <w:t>Cette relation simplifiée suppose l’absence d’autres décalages, cessions ou mouvements significatifs. Si une baisse du besoin est retenue, la variation devient négative et libère de la trésorerie. Les intérêts sont déjà déduits dans la capacité d’autofinancement</w:t>
      </w:r>
      <w:r>
        <w:t> :</w:t>
      </w:r>
      <w:r>
        <w:t xml:space="preserve"> ils ne sont pas soustraits une seconde fois.</w:t>
      </w:r>
    </w:p>
    <w:p w14:paraId="3F32BED5" w14:textId="77777777" w:rsidR="00FC6F9B" w:rsidRDefault="00FC6F9B" w:rsidP="00FC6F9B">
      <w:pPr>
        <w:pStyle w:val="Titre2"/>
        <w:spacing w:before="0" w:after="0" w:line="240" w:lineRule="auto"/>
      </w:pPr>
      <w:r>
        <w:t>24.2- Construire le plan pluriannuel</w:t>
      </w:r>
    </w:p>
    <w:p w14:paraId="18CFC407" w14:textId="77777777" w:rsidR="00FC6F9B" w:rsidRDefault="00FC6F9B" w:rsidP="00FC6F9B">
      <w:pPr>
        <w:spacing w:after="0" w:line="240" w:lineRule="auto"/>
      </w:pPr>
      <w:r>
        <w:t>Pour chaque année, inscrire les investissements, les variations du cycle, les remboursements et les distributions éventuelles. En face figurent les apports, emprunts nouveaux et la capacité d’autofinancement. La trésorerie de début n’est pas une ressource nouvelle, mais un solde reporté. Définir un tableau où ce report est visible.</w:t>
      </w:r>
    </w:p>
    <w:p w14:paraId="75A0016E" w14:textId="77777777" w:rsidR="00FC6F9B" w:rsidRDefault="00FC6F9B" w:rsidP="00FC6F9B">
      <w:pPr>
        <w:pStyle w:val="Titre2"/>
        <w:spacing w:before="0" w:after="0" w:line="240" w:lineRule="auto"/>
      </w:pPr>
      <w:r>
        <w:t>24.3- Reconstituer le bilan de clôture</w:t>
      </w:r>
    </w:p>
    <w:tbl>
      <w:tblPr>
        <w:tblStyle w:val="Grilledutableau"/>
        <w:tblW w:w="0" w:type="auto"/>
        <w:tblLayout w:type="fixed"/>
        <w:tblLook w:val="04A0" w:firstRow="1" w:lastRow="0" w:firstColumn="1" w:lastColumn="0" w:noHBand="0" w:noVBand="1"/>
      </w:tblPr>
      <w:tblGrid>
        <w:gridCol w:w="2880"/>
        <w:gridCol w:w="7488"/>
      </w:tblGrid>
      <w:tr w:rsidR="00FC6F9B" w:rsidRPr="00FC6F9B" w14:paraId="436EDBDD" w14:textId="77777777" w:rsidTr="00FC6F9B">
        <w:trPr>
          <w:tblHeader/>
        </w:trPr>
        <w:tc>
          <w:tcPr>
            <w:tcW w:w="2880" w:type="dxa"/>
          </w:tcPr>
          <w:p w14:paraId="1663BE57" w14:textId="77777777" w:rsidR="00FC6F9B" w:rsidRPr="00FC6F9B" w:rsidRDefault="00FC6F9B" w:rsidP="00FC6F9B">
            <w:pPr>
              <w:jc w:val="left"/>
              <w:rPr>
                <w:rFonts w:ascii="Calibri" w:hAnsi="Calibri" w:cs="Calibri"/>
                <w:sz w:val="20"/>
              </w:rPr>
            </w:pPr>
            <w:r w:rsidRPr="00FC6F9B">
              <w:rPr>
                <w:rFonts w:ascii="Calibri" w:hAnsi="Calibri" w:cs="Calibri"/>
                <w:b/>
                <w:sz w:val="20"/>
              </w:rPr>
              <w:t>Poste</w:t>
            </w:r>
          </w:p>
        </w:tc>
        <w:tc>
          <w:tcPr>
            <w:tcW w:w="7488" w:type="dxa"/>
          </w:tcPr>
          <w:p w14:paraId="0B89E04F" w14:textId="77777777" w:rsidR="00FC6F9B" w:rsidRPr="00FC6F9B" w:rsidRDefault="00FC6F9B" w:rsidP="00FC6F9B">
            <w:pPr>
              <w:jc w:val="left"/>
              <w:rPr>
                <w:rFonts w:ascii="Calibri" w:hAnsi="Calibri" w:cs="Calibri"/>
                <w:sz w:val="20"/>
              </w:rPr>
            </w:pPr>
            <w:r w:rsidRPr="00FC6F9B">
              <w:rPr>
                <w:rFonts w:ascii="Calibri" w:hAnsi="Calibri" w:cs="Calibri"/>
                <w:b/>
                <w:sz w:val="20"/>
              </w:rPr>
              <w:t>Règle de continuité</w:t>
            </w:r>
          </w:p>
        </w:tc>
      </w:tr>
      <w:tr w:rsidR="00FC6F9B" w:rsidRPr="00FC6F9B" w14:paraId="77721FBF" w14:textId="77777777" w:rsidTr="00FC6F9B">
        <w:tc>
          <w:tcPr>
            <w:tcW w:w="2880" w:type="dxa"/>
          </w:tcPr>
          <w:p w14:paraId="0EF58AB9" w14:textId="77777777" w:rsidR="00FC6F9B" w:rsidRPr="00FC6F9B" w:rsidRDefault="00FC6F9B" w:rsidP="00FC6F9B">
            <w:pPr>
              <w:jc w:val="left"/>
              <w:rPr>
                <w:rFonts w:ascii="Calibri" w:hAnsi="Calibri" w:cs="Calibri"/>
                <w:sz w:val="20"/>
              </w:rPr>
            </w:pPr>
            <w:r w:rsidRPr="00FC6F9B">
              <w:rPr>
                <w:rFonts w:ascii="Calibri" w:hAnsi="Calibri" w:cs="Calibri"/>
                <w:sz w:val="20"/>
              </w:rPr>
              <w:t>Immobilisations brutes</w:t>
            </w:r>
          </w:p>
        </w:tc>
        <w:tc>
          <w:tcPr>
            <w:tcW w:w="7488" w:type="dxa"/>
          </w:tcPr>
          <w:p w14:paraId="7CD7A216" w14:textId="77777777" w:rsidR="00FC6F9B" w:rsidRPr="00FC6F9B" w:rsidRDefault="00FC6F9B" w:rsidP="00FC6F9B">
            <w:pPr>
              <w:jc w:val="left"/>
              <w:rPr>
                <w:rFonts w:ascii="Calibri" w:hAnsi="Calibri" w:cs="Calibri"/>
                <w:sz w:val="20"/>
              </w:rPr>
            </w:pPr>
            <w:r w:rsidRPr="00FC6F9B">
              <w:rPr>
                <w:rFonts w:ascii="Calibri" w:hAnsi="Calibri" w:cs="Calibri"/>
                <w:sz w:val="20"/>
              </w:rPr>
              <w:t>Début + acquisitions − sorties</w:t>
            </w:r>
          </w:p>
        </w:tc>
      </w:tr>
      <w:tr w:rsidR="00FC6F9B" w:rsidRPr="00FC6F9B" w14:paraId="7F1B62F9" w14:textId="77777777" w:rsidTr="00FC6F9B">
        <w:tc>
          <w:tcPr>
            <w:tcW w:w="2880" w:type="dxa"/>
          </w:tcPr>
          <w:p w14:paraId="7038E908" w14:textId="77777777" w:rsidR="00FC6F9B" w:rsidRPr="00FC6F9B" w:rsidRDefault="00FC6F9B" w:rsidP="00FC6F9B">
            <w:pPr>
              <w:jc w:val="left"/>
              <w:rPr>
                <w:rFonts w:ascii="Calibri" w:hAnsi="Calibri" w:cs="Calibri"/>
                <w:sz w:val="20"/>
              </w:rPr>
            </w:pPr>
            <w:r w:rsidRPr="00FC6F9B">
              <w:rPr>
                <w:rFonts w:ascii="Calibri" w:hAnsi="Calibri" w:cs="Calibri"/>
                <w:sz w:val="20"/>
              </w:rPr>
              <w:t>Amortissements cumulés</w:t>
            </w:r>
          </w:p>
        </w:tc>
        <w:tc>
          <w:tcPr>
            <w:tcW w:w="7488" w:type="dxa"/>
          </w:tcPr>
          <w:p w14:paraId="5250C17B" w14:textId="77777777" w:rsidR="00FC6F9B" w:rsidRPr="00FC6F9B" w:rsidRDefault="00FC6F9B" w:rsidP="00FC6F9B">
            <w:pPr>
              <w:jc w:val="left"/>
              <w:rPr>
                <w:rFonts w:ascii="Calibri" w:hAnsi="Calibri" w:cs="Calibri"/>
                <w:sz w:val="20"/>
              </w:rPr>
            </w:pPr>
            <w:r w:rsidRPr="00FC6F9B">
              <w:rPr>
                <w:rFonts w:ascii="Calibri" w:hAnsi="Calibri" w:cs="Calibri"/>
                <w:sz w:val="20"/>
              </w:rPr>
              <w:t>Début + dotations − amortissements des biens sortis</w:t>
            </w:r>
          </w:p>
        </w:tc>
      </w:tr>
      <w:tr w:rsidR="00FC6F9B" w:rsidRPr="00FC6F9B" w14:paraId="3E564053" w14:textId="77777777" w:rsidTr="00FC6F9B">
        <w:tc>
          <w:tcPr>
            <w:tcW w:w="2880" w:type="dxa"/>
          </w:tcPr>
          <w:p w14:paraId="58B0DBBF" w14:textId="77777777" w:rsidR="00FC6F9B" w:rsidRPr="00FC6F9B" w:rsidRDefault="00FC6F9B" w:rsidP="00FC6F9B">
            <w:pPr>
              <w:jc w:val="left"/>
              <w:rPr>
                <w:rFonts w:ascii="Calibri" w:hAnsi="Calibri" w:cs="Calibri"/>
                <w:sz w:val="20"/>
              </w:rPr>
            </w:pPr>
            <w:r w:rsidRPr="00FC6F9B">
              <w:rPr>
                <w:rFonts w:ascii="Calibri" w:hAnsi="Calibri" w:cs="Calibri"/>
                <w:sz w:val="20"/>
              </w:rPr>
              <w:t>Capitaux propres</w:t>
            </w:r>
          </w:p>
        </w:tc>
        <w:tc>
          <w:tcPr>
            <w:tcW w:w="7488" w:type="dxa"/>
          </w:tcPr>
          <w:p w14:paraId="13EB20CE" w14:textId="77777777" w:rsidR="00FC6F9B" w:rsidRPr="00FC6F9B" w:rsidRDefault="00FC6F9B" w:rsidP="00FC6F9B">
            <w:pPr>
              <w:jc w:val="left"/>
              <w:rPr>
                <w:rFonts w:ascii="Calibri" w:hAnsi="Calibri" w:cs="Calibri"/>
                <w:sz w:val="20"/>
              </w:rPr>
            </w:pPr>
            <w:r w:rsidRPr="00FC6F9B">
              <w:rPr>
                <w:rFonts w:ascii="Calibri" w:hAnsi="Calibri" w:cs="Calibri"/>
                <w:sz w:val="20"/>
              </w:rPr>
              <w:t>Début + apports + résultat − distributions</w:t>
            </w:r>
          </w:p>
        </w:tc>
      </w:tr>
      <w:tr w:rsidR="00FC6F9B" w:rsidRPr="00FC6F9B" w14:paraId="05D94D15" w14:textId="77777777" w:rsidTr="00FC6F9B">
        <w:tc>
          <w:tcPr>
            <w:tcW w:w="2880" w:type="dxa"/>
          </w:tcPr>
          <w:p w14:paraId="0DEE808E" w14:textId="77777777" w:rsidR="00FC6F9B" w:rsidRPr="00FC6F9B" w:rsidRDefault="00FC6F9B" w:rsidP="00FC6F9B">
            <w:pPr>
              <w:jc w:val="left"/>
              <w:rPr>
                <w:rFonts w:ascii="Calibri" w:hAnsi="Calibri" w:cs="Calibri"/>
                <w:sz w:val="20"/>
              </w:rPr>
            </w:pPr>
            <w:r w:rsidRPr="00FC6F9B">
              <w:rPr>
                <w:rFonts w:ascii="Calibri" w:hAnsi="Calibri" w:cs="Calibri"/>
                <w:sz w:val="20"/>
              </w:rPr>
              <w:t>Dette financière</w:t>
            </w:r>
          </w:p>
        </w:tc>
        <w:tc>
          <w:tcPr>
            <w:tcW w:w="7488" w:type="dxa"/>
          </w:tcPr>
          <w:p w14:paraId="11C6773E" w14:textId="77777777" w:rsidR="00FC6F9B" w:rsidRPr="00FC6F9B" w:rsidRDefault="00FC6F9B" w:rsidP="00FC6F9B">
            <w:pPr>
              <w:jc w:val="left"/>
              <w:rPr>
                <w:rFonts w:ascii="Calibri" w:hAnsi="Calibri" w:cs="Calibri"/>
                <w:sz w:val="20"/>
              </w:rPr>
            </w:pPr>
            <w:r w:rsidRPr="00FC6F9B">
              <w:rPr>
                <w:rFonts w:ascii="Calibri" w:hAnsi="Calibri" w:cs="Calibri"/>
                <w:sz w:val="20"/>
              </w:rPr>
              <w:t>Début + emprunts nouveaux − capital remboursé</w:t>
            </w:r>
          </w:p>
        </w:tc>
      </w:tr>
      <w:tr w:rsidR="00FC6F9B" w:rsidRPr="00FC6F9B" w14:paraId="16D74F05" w14:textId="77777777" w:rsidTr="00FC6F9B">
        <w:tc>
          <w:tcPr>
            <w:tcW w:w="2880" w:type="dxa"/>
          </w:tcPr>
          <w:p w14:paraId="7C6EE402" w14:textId="77777777" w:rsidR="00FC6F9B" w:rsidRPr="00FC6F9B" w:rsidRDefault="00FC6F9B" w:rsidP="00FC6F9B">
            <w:pPr>
              <w:jc w:val="left"/>
              <w:rPr>
                <w:rFonts w:ascii="Calibri" w:hAnsi="Calibri" w:cs="Calibri"/>
                <w:sz w:val="20"/>
              </w:rPr>
            </w:pPr>
            <w:r w:rsidRPr="00FC6F9B">
              <w:rPr>
                <w:rFonts w:ascii="Calibri" w:hAnsi="Calibri" w:cs="Calibri"/>
                <w:sz w:val="20"/>
              </w:rPr>
              <w:t>Clients et fournisseurs</w:t>
            </w:r>
          </w:p>
        </w:tc>
        <w:tc>
          <w:tcPr>
            <w:tcW w:w="7488" w:type="dxa"/>
          </w:tcPr>
          <w:p w14:paraId="452E2892" w14:textId="77777777" w:rsidR="00FC6F9B" w:rsidRPr="00FC6F9B" w:rsidRDefault="00FC6F9B" w:rsidP="00FC6F9B">
            <w:pPr>
              <w:jc w:val="left"/>
              <w:rPr>
                <w:rFonts w:ascii="Calibri" w:hAnsi="Calibri" w:cs="Calibri"/>
                <w:sz w:val="20"/>
              </w:rPr>
            </w:pPr>
            <w:r w:rsidRPr="00FC6F9B">
              <w:rPr>
                <w:rFonts w:ascii="Calibri" w:hAnsi="Calibri" w:cs="Calibri"/>
                <w:sz w:val="20"/>
              </w:rPr>
              <w:t>Factures restant à encaisser ou à payer à la clôture</w:t>
            </w:r>
          </w:p>
        </w:tc>
      </w:tr>
      <w:tr w:rsidR="00FC6F9B" w:rsidRPr="00FC6F9B" w14:paraId="365F12D8" w14:textId="77777777" w:rsidTr="00FC6F9B">
        <w:tc>
          <w:tcPr>
            <w:tcW w:w="2880" w:type="dxa"/>
          </w:tcPr>
          <w:p w14:paraId="5CFF2E75" w14:textId="77777777" w:rsidR="00FC6F9B" w:rsidRPr="00FC6F9B" w:rsidRDefault="00FC6F9B" w:rsidP="00FC6F9B">
            <w:pPr>
              <w:jc w:val="left"/>
              <w:rPr>
                <w:rFonts w:ascii="Calibri" w:hAnsi="Calibri" w:cs="Calibri"/>
                <w:sz w:val="20"/>
              </w:rPr>
            </w:pPr>
            <w:r w:rsidRPr="00FC6F9B">
              <w:rPr>
                <w:rFonts w:ascii="Calibri" w:hAnsi="Calibri" w:cs="Calibri"/>
                <w:sz w:val="20"/>
              </w:rPr>
              <w:t>Trésorerie</w:t>
            </w:r>
          </w:p>
        </w:tc>
        <w:tc>
          <w:tcPr>
            <w:tcW w:w="7488" w:type="dxa"/>
          </w:tcPr>
          <w:p w14:paraId="44A62ED2" w14:textId="77777777" w:rsidR="00FC6F9B" w:rsidRPr="00FC6F9B" w:rsidRDefault="00FC6F9B" w:rsidP="00FC6F9B">
            <w:pPr>
              <w:jc w:val="left"/>
              <w:rPr>
                <w:rFonts w:ascii="Calibri" w:hAnsi="Calibri" w:cs="Calibri"/>
                <w:sz w:val="20"/>
              </w:rPr>
            </w:pPr>
            <w:r w:rsidRPr="00FC6F9B">
              <w:rPr>
                <w:rFonts w:ascii="Calibri" w:hAnsi="Calibri" w:cs="Calibri"/>
                <w:sz w:val="20"/>
              </w:rPr>
              <w:t>Solde issu du budget et des flux, à contrôler</w:t>
            </w:r>
          </w:p>
        </w:tc>
      </w:tr>
    </w:tbl>
    <w:p w14:paraId="7862B92A" w14:textId="77777777" w:rsidR="00FC6F9B" w:rsidRDefault="00FC6F9B" w:rsidP="00FC6F9B">
      <w:pPr>
        <w:spacing w:after="0" w:line="240" w:lineRule="auto"/>
      </w:pPr>
    </w:p>
    <w:p w14:paraId="7E667225" w14:textId="77777777" w:rsidR="00FC6F9B" w:rsidRDefault="00FC6F9B" w:rsidP="00FC6F9B">
      <w:pPr>
        <w:spacing w:after="0" w:line="240" w:lineRule="auto"/>
      </w:pPr>
      <w:r>
        <w:rPr>
          <w:b/>
          <w:sz w:val="21"/>
        </w:rPr>
        <w:t>Actif total = capitaux propres + dettes</w:t>
      </w:r>
    </w:p>
    <w:p w14:paraId="3B35F93E" w14:textId="77777777" w:rsidR="00FC6F9B" w:rsidRDefault="00FC6F9B" w:rsidP="00FC6F9B">
      <w:pPr>
        <w:spacing w:after="0" w:line="240" w:lineRule="auto"/>
      </w:pPr>
      <w:r>
        <w:t>Ne pas utiliser un montant de trésorerie arbitraire pour équilibrer un bilan incohérent. La banque calculée par les flux doit rejoindre celle du bilan. Si le budget est mensuel, les soldes de taxes et de charges sociales non réglés doivent également se retrouver au passif ou à l’actif.</w:t>
      </w:r>
    </w:p>
    <w:p w14:paraId="20A7867C" w14:textId="77777777" w:rsidR="00FC6F9B" w:rsidRDefault="00FC6F9B" w:rsidP="00FC6F9B">
      <w:pPr>
        <w:pStyle w:val="Titre2"/>
        <w:spacing w:before="0" w:after="0" w:line="240" w:lineRule="auto"/>
      </w:pPr>
      <w:r>
        <w:t>24.4- Tester le service de la dette</w:t>
      </w:r>
    </w:p>
    <w:p w14:paraId="55DEF70C" w14:textId="77777777" w:rsidR="00FC6F9B" w:rsidRDefault="00FC6F9B" w:rsidP="00FC6F9B">
      <w:pPr>
        <w:spacing w:after="0" w:line="240" w:lineRule="auto"/>
      </w:pPr>
      <w:r>
        <w:rPr>
          <w:b/>
          <w:sz w:val="21"/>
        </w:rPr>
        <w:t>Ratio de couverture = flux disponible avant service de la dette / capital et intérêts à payer</w:t>
      </w:r>
    </w:p>
    <w:p w14:paraId="65B86372" w14:textId="77777777" w:rsidR="00FC6F9B" w:rsidRDefault="00FC6F9B" w:rsidP="00FC6F9B">
      <w:pPr>
        <w:spacing w:after="0" w:line="240" w:lineRule="auto"/>
      </w:pPr>
      <w:r>
        <w:t>Dans cette fiche, le flux retenu est la capacité d’autofinancement augmentée des intérêts, puis diminuée de la hausse du besoin et des investissements. Le ratio dépend de cette définition. Un ratio de 1 indique seulement l’égalité des flux calculés. Les banques peuvent retenir des conventions et des exigences différentes.</w:t>
      </w:r>
    </w:p>
    <w:p w14:paraId="6DCBEF51" w14:textId="77777777" w:rsidR="00FC6F9B" w:rsidRDefault="00FC6F9B" w:rsidP="00FC6F9B">
      <w:pPr>
        <w:spacing w:after="0" w:line="240" w:lineRule="auto"/>
      </w:pPr>
      <w:r>
        <w:t>La première année peut être financée par une réserve initiale. Cette possibilité ne remplace pas l’examen de la génération de trésorerie à terme. Un remboursement supportable selon le résultat peut rester impossible au moment exact de son échéance.</w:t>
      </w:r>
    </w:p>
    <w:p w14:paraId="43A8EDA3" w14:textId="77777777" w:rsidR="00FC6F9B" w:rsidRDefault="00FC6F9B" w:rsidP="00067DE2">
      <w:pPr>
        <w:pStyle w:val="Titre1"/>
      </w:pPr>
      <w:bookmarkStart w:id="24" w:name="_Toc241759595"/>
      <w:r>
        <w:lastRenderedPageBreak/>
        <w:t>25- Tester les risques et les scénarios</w:t>
      </w:r>
      <w:bookmarkEnd w:id="24"/>
    </w:p>
    <w:p w14:paraId="42B15FC1" w14:textId="77777777" w:rsidR="00FC6F9B" w:rsidRDefault="00FC6F9B" w:rsidP="00FC6F9B">
      <w:pPr>
        <w:pStyle w:val="Titre2"/>
        <w:spacing w:before="0" w:after="0" w:line="240" w:lineRule="auto"/>
      </w:pPr>
      <w:r>
        <w:t>25.1- Formuler des événements concrets</w:t>
      </w:r>
    </w:p>
    <w:p w14:paraId="29B34B47" w14:textId="2F7D3405" w:rsidR="00FC6F9B" w:rsidRDefault="00FC6F9B" w:rsidP="00FC6F9B">
      <w:pPr>
        <w:spacing w:after="0" w:line="240" w:lineRule="auto"/>
      </w:pPr>
      <w:r>
        <w:t>Le registre des risques décrit l’événement, sa cause possible, son effet et la réponse prévue. Retenir les risques qui modifient la demande, le coût, le délai ou la liquidité</w:t>
      </w:r>
      <w:r>
        <w:t> :</w:t>
      </w:r>
      <w:r>
        <w:t xml:space="preserve"> perte d’un client, fournisseur défaillant, recrutement retardé, panne, développement non terminé ou financement indisponible.</w:t>
      </w:r>
    </w:p>
    <w:tbl>
      <w:tblPr>
        <w:tblStyle w:val="Grilledutableau"/>
        <w:tblW w:w="0" w:type="auto"/>
        <w:tblLayout w:type="fixed"/>
        <w:tblLook w:val="04A0" w:firstRow="1" w:lastRow="0" w:firstColumn="1" w:lastColumn="0" w:noHBand="0" w:noVBand="1"/>
      </w:tblPr>
      <w:tblGrid>
        <w:gridCol w:w="2448"/>
        <w:gridCol w:w="3744"/>
        <w:gridCol w:w="4176"/>
      </w:tblGrid>
      <w:tr w:rsidR="00FC6F9B" w:rsidRPr="00FC6F9B" w14:paraId="14071E6B" w14:textId="77777777" w:rsidTr="00FC6F9B">
        <w:trPr>
          <w:tblHeader/>
        </w:trPr>
        <w:tc>
          <w:tcPr>
            <w:tcW w:w="2448" w:type="dxa"/>
          </w:tcPr>
          <w:p w14:paraId="5E5BA64D" w14:textId="77777777" w:rsidR="00FC6F9B" w:rsidRPr="00FC6F9B" w:rsidRDefault="00FC6F9B" w:rsidP="00FC6F9B">
            <w:pPr>
              <w:jc w:val="left"/>
              <w:rPr>
                <w:rFonts w:ascii="Calibri" w:hAnsi="Calibri" w:cs="Calibri"/>
                <w:sz w:val="20"/>
              </w:rPr>
            </w:pPr>
            <w:r w:rsidRPr="00FC6F9B">
              <w:rPr>
                <w:rFonts w:ascii="Calibri" w:hAnsi="Calibri" w:cs="Calibri"/>
                <w:b/>
                <w:sz w:val="20"/>
              </w:rPr>
              <w:t>Risque</w:t>
            </w:r>
          </w:p>
        </w:tc>
        <w:tc>
          <w:tcPr>
            <w:tcW w:w="3744" w:type="dxa"/>
          </w:tcPr>
          <w:p w14:paraId="7D07CB0F" w14:textId="77777777" w:rsidR="00FC6F9B" w:rsidRPr="00FC6F9B" w:rsidRDefault="00FC6F9B" w:rsidP="00FC6F9B">
            <w:pPr>
              <w:jc w:val="left"/>
              <w:rPr>
                <w:rFonts w:ascii="Calibri" w:hAnsi="Calibri" w:cs="Calibri"/>
                <w:sz w:val="20"/>
              </w:rPr>
            </w:pPr>
            <w:r w:rsidRPr="00FC6F9B">
              <w:rPr>
                <w:rFonts w:ascii="Calibri" w:hAnsi="Calibri" w:cs="Calibri"/>
                <w:b/>
                <w:sz w:val="20"/>
              </w:rPr>
              <w:t>Variable testée</w:t>
            </w:r>
          </w:p>
        </w:tc>
        <w:tc>
          <w:tcPr>
            <w:tcW w:w="4176" w:type="dxa"/>
          </w:tcPr>
          <w:p w14:paraId="2F05FEA7" w14:textId="77777777" w:rsidR="00FC6F9B" w:rsidRPr="00FC6F9B" w:rsidRDefault="00FC6F9B" w:rsidP="00FC6F9B">
            <w:pPr>
              <w:jc w:val="left"/>
              <w:rPr>
                <w:rFonts w:ascii="Calibri" w:hAnsi="Calibri" w:cs="Calibri"/>
                <w:sz w:val="20"/>
              </w:rPr>
            </w:pPr>
            <w:r w:rsidRPr="00FC6F9B">
              <w:rPr>
                <w:rFonts w:ascii="Calibri" w:hAnsi="Calibri" w:cs="Calibri"/>
                <w:b/>
                <w:sz w:val="20"/>
              </w:rPr>
              <w:t>Réponse à préparer</w:t>
            </w:r>
          </w:p>
        </w:tc>
      </w:tr>
      <w:tr w:rsidR="00FC6F9B" w:rsidRPr="00FC6F9B" w14:paraId="501110D9" w14:textId="77777777" w:rsidTr="00FC6F9B">
        <w:tc>
          <w:tcPr>
            <w:tcW w:w="2448" w:type="dxa"/>
          </w:tcPr>
          <w:p w14:paraId="7026A8DD" w14:textId="77777777" w:rsidR="00FC6F9B" w:rsidRPr="00FC6F9B" w:rsidRDefault="00FC6F9B" w:rsidP="00FC6F9B">
            <w:pPr>
              <w:jc w:val="left"/>
              <w:rPr>
                <w:rFonts w:ascii="Calibri" w:hAnsi="Calibri" w:cs="Calibri"/>
                <w:sz w:val="20"/>
              </w:rPr>
            </w:pPr>
            <w:r w:rsidRPr="00FC6F9B">
              <w:rPr>
                <w:rFonts w:ascii="Calibri" w:hAnsi="Calibri" w:cs="Calibri"/>
                <w:sz w:val="20"/>
              </w:rPr>
              <w:t>Ventes insuffisantes</w:t>
            </w:r>
          </w:p>
        </w:tc>
        <w:tc>
          <w:tcPr>
            <w:tcW w:w="3744" w:type="dxa"/>
          </w:tcPr>
          <w:p w14:paraId="162916C1" w14:textId="6F17374F" w:rsidR="00FC6F9B" w:rsidRPr="00FC6F9B" w:rsidRDefault="00FC6F9B" w:rsidP="00FC6F9B">
            <w:pPr>
              <w:jc w:val="left"/>
              <w:rPr>
                <w:rFonts w:ascii="Calibri" w:hAnsi="Calibri" w:cs="Calibri"/>
                <w:sz w:val="20"/>
              </w:rPr>
            </w:pPr>
            <w:r w:rsidRPr="00FC6F9B">
              <w:rPr>
                <w:rFonts w:ascii="Calibri" w:hAnsi="Calibri" w:cs="Calibri"/>
                <w:sz w:val="20"/>
              </w:rPr>
              <w:t>Volume inférieur de 10 à 20</w:t>
            </w:r>
            <w:r w:rsidRPr="00FC6F9B">
              <w:rPr>
                <w:rFonts w:ascii="Calibri" w:hAnsi="Calibri" w:cs="Calibri"/>
                <w:sz w:val="20"/>
              </w:rPr>
              <w:t> %</w:t>
            </w:r>
          </w:p>
        </w:tc>
        <w:tc>
          <w:tcPr>
            <w:tcW w:w="4176" w:type="dxa"/>
          </w:tcPr>
          <w:p w14:paraId="415AB651" w14:textId="77777777" w:rsidR="00FC6F9B" w:rsidRPr="00FC6F9B" w:rsidRDefault="00FC6F9B" w:rsidP="00FC6F9B">
            <w:pPr>
              <w:jc w:val="left"/>
              <w:rPr>
                <w:rFonts w:ascii="Calibri" w:hAnsi="Calibri" w:cs="Calibri"/>
                <w:sz w:val="20"/>
              </w:rPr>
            </w:pPr>
            <w:r w:rsidRPr="00FC6F9B">
              <w:rPr>
                <w:rFonts w:ascii="Calibri" w:hAnsi="Calibri" w:cs="Calibri"/>
                <w:sz w:val="20"/>
              </w:rPr>
              <w:t>Lancement progressif et dépenses adaptables</w:t>
            </w:r>
          </w:p>
        </w:tc>
      </w:tr>
      <w:tr w:rsidR="00FC6F9B" w:rsidRPr="00FC6F9B" w14:paraId="316EFCED" w14:textId="77777777" w:rsidTr="00FC6F9B">
        <w:tc>
          <w:tcPr>
            <w:tcW w:w="2448" w:type="dxa"/>
          </w:tcPr>
          <w:p w14:paraId="39C0435A" w14:textId="77777777" w:rsidR="00FC6F9B" w:rsidRPr="00FC6F9B" w:rsidRDefault="00FC6F9B" w:rsidP="00FC6F9B">
            <w:pPr>
              <w:jc w:val="left"/>
              <w:rPr>
                <w:rFonts w:ascii="Calibri" w:hAnsi="Calibri" w:cs="Calibri"/>
                <w:sz w:val="20"/>
              </w:rPr>
            </w:pPr>
            <w:r w:rsidRPr="00FC6F9B">
              <w:rPr>
                <w:rFonts w:ascii="Calibri" w:hAnsi="Calibri" w:cs="Calibri"/>
                <w:sz w:val="20"/>
              </w:rPr>
              <w:t>Pression sur le prix</w:t>
            </w:r>
          </w:p>
        </w:tc>
        <w:tc>
          <w:tcPr>
            <w:tcW w:w="3744" w:type="dxa"/>
          </w:tcPr>
          <w:p w14:paraId="1FE4AA77" w14:textId="77777777" w:rsidR="00FC6F9B" w:rsidRPr="00FC6F9B" w:rsidRDefault="00FC6F9B" w:rsidP="00FC6F9B">
            <w:pPr>
              <w:jc w:val="left"/>
              <w:rPr>
                <w:rFonts w:ascii="Calibri" w:hAnsi="Calibri" w:cs="Calibri"/>
                <w:sz w:val="20"/>
              </w:rPr>
            </w:pPr>
            <w:r w:rsidRPr="00FC6F9B">
              <w:rPr>
                <w:rFonts w:ascii="Calibri" w:hAnsi="Calibri" w:cs="Calibri"/>
                <w:sz w:val="20"/>
              </w:rPr>
              <w:t>Prix net réduit</w:t>
            </w:r>
          </w:p>
        </w:tc>
        <w:tc>
          <w:tcPr>
            <w:tcW w:w="4176" w:type="dxa"/>
          </w:tcPr>
          <w:p w14:paraId="226C57BF" w14:textId="77777777" w:rsidR="00FC6F9B" w:rsidRPr="00FC6F9B" w:rsidRDefault="00FC6F9B" w:rsidP="00FC6F9B">
            <w:pPr>
              <w:jc w:val="left"/>
              <w:rPr>
                <w:rFonts w:ascii="Calibri" w:hAnsi="Calibri" w:cs="Calibri"/>
                <w:sz w:val="20"/>
              </w:rPr>
            </w:pPr>
            <w:r w:rsidRPr="00FC6F9B">
              <w:rPr>
                <w:rFonts w:ascii="Calibri" w:hAnsi="Calibri" w:cs="Calibri"/>
                <w:sz w:val="20"/>
              </w:rPr>
              <w:t>Révision de l’offre et des remises</w:t>
            </w:r>
          </w:p>
        </w:tc>
      </w:tr>
      <w:tr w:rsidR="00FC6F9B" w:rsidRPr="00FC6F9B" w14:paraId="3401844B" w14:textId="77777777" w:rsidTr="00FC6F9B">
        <w:tc>
          <w:tcPr>
            <w:tcW w:w="2448" w:type="dxa"/>
          </w:tcPr>
          <w:p w14:paraId="09E9CEF7" w14:textId="77777777" w:rsidR="00FC6F9B" w:rsidRPr="00FC6F9B" w:rsidRDefault="00FC6F9B" w:rsidP="00FC6F9B">
            <w:pPr>
              <w:jc w:val="left"/>
              <w:rPr>
                <w:rFonts w:ascii="Calibri" w:hAnsi="Calibri" w:cs="Calibri"/>
                <w:sz w:val="20"/>
              </w:rPr>
            </w:pPr>
            <w:r w:rsidRPr="00FC6F9B">
              <w:rPr>
                <w:rFonts w:ascii="Calibri" w:hAnsi="Calibri" w:cs="Calibri"/>
                <w:sz w:val="20"/>
              </w:rPr>
              <w:t>Coût d’approvisionnement</w:t>
            </w:r>
          </w:p>
        </w:tc>
        <w:tc>
          <w:tcPr>
            <w:tcW w:w="3744" w:type="dxa"/>
          </w:tcPr>
          <w:p w14:paraId="69B59C6A" w14:textId="77777777" w:rsidR="00FC6F9B" w:rsidRPr="00FC6F9B" w:rsidRDefault="00FC6F9B" w:rsidP="00FC6F9B">
            <w:pPr>
              <w:jc w:val="left"/>
              <w:rPr>
                <w:rFonts w:ascii="Calibri" w:hAnsi="Calibri" w:cs="Calibri"/>
                <w:sz w:val="20"/>
              </w:rPr>
            </w:pPr>
            <w:r w:rsidRPr="00FC6F9B">
              <w:rPr>
                <w:rFonts w:ascii="Calibri" w:hAnsi="Calibri" w:cs="Calibri"/>
                <w:sz w:val="20"/>
              </w:rPr>
              <w:t>Coût unitaire plus élevé</w:t>
            </w:r>
          </w:p>
        </w:tc>
        <w:tc>
          <w:tcPr>
            <w:tcW w:w="4176" w:type="dxa"/>
          </w:tcPr>
          <w:p w14:paraId="773E81AB" w14:textId="77777777" w:rsidR="00FC6F9B" w:rsidRPr="00FC6F9B" w:rsidRDefault="00FC6F9B" w:rsidP="00FC6F9B">
            <w:pPr>
              <w:jc w:val="left"/>
              <w:rPr>
                <w:rFonts w:ascii="Calibri" w:hAnsi="Calibri" w:cs="Calibri"/>
                <w:sz w:val="20"/>
              </w:rPr>
            </w:pPr>
            <w:r w:rsidRPr="00FC6F9B">
              <w:rPr>
                <w:rFonts w:ascii="Calibri" w:hAnsi="Calibri" w:cs="Calibri"/>
                <w:sz w:val="20"/>
              </w:rPr>
              <w:t>Alternative et conditions négociées</w:t>
            </w:r>
          </w:p>
        </w:tc>
      </w:tr>
      <w:tr w:rsidR="00FC6F9B" w:rsidRPr="00FC6F9B" w14:paraId="334641DA" w14:textId="77777777" w:rsidTr="00FC6F9B">
        <w:tc>
          <w:tcPr>
            <w:tcW w:w="2448" w:type="dxa"/>
          </w:tcPr>
          <w:p w14:paraId="393CFECC" w14:textId="77777777" w:rsidR="00FC6F9B" w:rsidRPr="00FC6F9B" w:rsidRDefault="00FC6F9B" w:rsidP="00FC6F9B">
            <w:pPr>
              <w:jc w:val="left"/>
              <w:rPr>
                <w:rFonts w:ascii="Calibri" w:hAnsi="Calibri" w:cs="Calibri"/>
                <w:sz w:val="20"/>
              </w:rPr>
            </w:pPr>
            <w:r w:rsidRPr="00FC6F9B">
              <w:rPr>
                <w:rFonts w:ascii="Calibri" w:hAnsi="Calibri" w:cs="Calibri"/>
                <w:sz w:val="20"/>
              </w:rPr>
              <w:t>Retard de paiement</w:t>
            </w:r>
          </w:p>
        </w:tc>
        <w:tc>
          <w:tcPr>
            <w:tcW w:w="3744" w:type="dxa"/>
          </w:tcPr>
          <w:p w14:paraId="7407B1DF" w14:textId="77777777" w:rsidR="00FC6F9B" w:rsidRPr="00FC6F9B" w:rsidRDefault="00FC6F9B" w:rsidP="00FC6F9B">
            <w:pPr>
              <w:jc w:val="left"/>
              <w:rPr>
                <w:rFonts w:ascii="Calibri" w:hAnsi="Calibri" w:cs="Calibri"/>
                <w:sz w:val="20"/>
              </w:rPr>
            </w:pPr>
            <w:r w:rsidRPr="00FC6F9B">
              <w:rPr>
                <w:rFonts w:ascii="Calibri" w:hAnsi="Calibri" w:cs="Calibri"/>
                <w:sz w:val="20"/>
              </w:rPr>
              <w:t>Délai client plus long</w:t>
            </w:r>
          </w:p>
        </w:tc>
        <w:tc>
          <w:tcPr>
            <w:tcW w:w="4176" w:type="dxa"/>
          </w:tcPr>
          <w:p w14:paraId="663FA914" w14:textId="77777777" w:rsidR="00FC6F9B" w:rsidRPr="00FC6F9B" w:rsidRDefault="00FC6F9B" w:rsidP="00FC6F9B">
            <w:pPr>
              <w:jc w:val="left"/>
              <w:rPr>
                <w:rFonts w:ascii="Calibri" w:hAnsi="Calibri" w:cs="Calibri"/>
                <w:sz w:val="20"/>
              </w:rPr>
            </w:pPr>
            <w:r w:rsidRPr="00FC6F9B">
              <w:rPr>
                <w:rFonts w:ascii="Calibri" w:hAnsi="Calibri" w:cs="Calibri"/>
                <w:sz w:val="20"/>
              </w:rPr>
              <w:t>Acompte, relance et financement</w:t>
            </w:r>
          </w:p>
        </w:tc>
      </w:tr>
      <w:tr w:rsidR="00FC6F9B" w:rsidRPr="00FC6F9B" w14:paraId="63F3F030" w14:textId="77777777" w:rsidTr="00FC6F9B">
        <w:tc>
          <w:tcPr>
            <w:tcW w:w="2448" w:type="dxa"/>
          </w:tcPr>
          <w:p w14:paraId="29591D04" w14:textId="77777777" w:rsidR="00FC6F9B" w:rsidRPr="00FC6F9B" w:rsidRDefault="00FC6F9B" w:rsidP="00FC6F9B">
            <w:pPr>
              <w:jc w:val="left"/>
              <w:rPr>
                <w:rFonts w:ascii="Calibri" w:hAnsi="Calibri" w:cs="Calibri"/>
                <w:sz w:val="20"/>
              </w:rPr>
            </w:pPr>
            <w:r w:rsidRPr="00FC6F9B">
              <w:rPr>
                <w:rFonts w:ascii="Calibri" w:hAnsi="Calibri" w:cs="Calibri"/>
                <w:sz w:val="20"/>
              </w:rPr>
              <w:t>Retard de lancement</w:t>
            </w:r>
          </w:p>
        </w:tc>
        <w:tc>
          <w:tcPr>
            <w:tcW w:w="3744" w:type="dxa"/>
          </w:tcPr>
          <w:p w14:paraId="5ABAED9B" w14:textId="77777777" w:rsidR="00FC6F9B" w:rsidRPr="00FC6F9B" w:rsidRDefault="00FC6F9B" w:rsidP="00FC6F9B">
            <w:pPr>
              <w:jc w:val="left"/>
              <w:rPr>
                <w:rFonts w:ascii="Calibri" w:hAnsi="Calibri" w:cs="Calibri"/>
                <w:sz w:val="20"/>
              </w:rPr>
            </w:pPr>
            <w:r w:rsidRPr="00FC6F9B">
              <w:rPr>
                <w:rFonts w:ascii="Calibri" w:hAnsi="Calibri" w:cs="Calibri"/>
                <w:sz w:val="20"/>
              </w:rPr>
              <w:t>Premières ventes décalées</w:t>
            </w:r>
          </w:p>
        </w:tc>
        <w:tc>
          <w:tcPr>
            <w:tcW w:w="4176" w:type="dxa"/>
          </w:tcPr>
          <w:p w14:paraId="503A3444" w14:textId="77777777" w:rsidR="00FC6F9B" w:rsidRPr="00FC6F9B" w:rsidRDefault="00FC6F9B" w:rsidP="00FC6F9B">
            <w:pPr>
              <w:jc w:val="left"/>
              <w:rPr>
                <w:rFonts w:ascii="Calibri" w:hAnsi="Calibri" w:cs="Calibri"/>
                <w:sz w:val="20"/>
              </w:rPr>
            </w:pPr>
            <w:r w:rsidRPr="00FC6F9B">
              <w:rPr>
                <w:rFonts w:ascii="Calibri" w:hAnsi="Calibri" w:cs="Calibri"/>
                <w:sz w:val="20"/>
              </w:rPr>
              <w:t>Réserve et jalons de validation</w:t>
            </w:r>
          </w:p>
        </w:tc>
      </w:tr>
      <w:tr w:rsidR="00FC6F9B" w:rsidRPr="00FC6F9B" w14:paraId="10267D4D" w14:textId="77777777" w:rsidTr="00FC6F9B">
        <w:tc>
          <w:tcPr>
            <w:tcW w:w="2448" w:type="dxa"/>
          </w:tcPr>
          <w:p w14:paraId="20525953" w14:textId="77777777" w:rsidR="00FC6F9B" w:rsidRPr="00FC6F9B" w:rsidRDefault="00FC6F9B" w:rsidP="00FC6F9B">
            <w:pPr>
              <w:jc w:val="left"/>
              <w:rPr>
                <w:rFonts w:ascii="Calibri" w:hAnsi="Calibri" w:cs="Calibri"/>
                <w:sz w:val="20"/>
              </w:rPr>
            </w:pPr>
            <w:r w:rsidRPr="00FC6F9B">
              <w:rPr>
                <w:rFonts w:ascii="Calibri" w:hAnsi="Calibri" w:cs="Calibri"/>
                <w:sz w:val="20"/>
              </w:rPr>
              <w:t>Capacité indisponible</w:t>
            </w:r>
          </w:p>
        </w:tc>
        <w:tc>
          <w:tcPr>
            <w:tcW w:w="3744" w:type="dxa"/>
          </w:tcPr>
          <w:p w14:paraId="1239909C" w14:textId="77777777" w:rsidR="00FC6F9B" w:rsidRPr="00FC6F9B" w:rsidRDefault="00FC6F9B" w:rsidP="00FC6F9B">
            <w:pPr>
              <w:jc w:val="left"/>
              <w:rPr>
                <w:rFonts w:ascii="Calibri" w:hAnsi="Calibri" w:cs="Calibri"/>
                <w:sz w:val="20"/>
              </w:rPr>
            </w:pPr>
            <w:r w:rsidRPr="00FC6F9B">
              <w:rPr>
                <w:rFonts w:ascii="Calibri" w:hAnsi="Calibri" w:cs="Calibri"/>
                <w:sz w:val="20"/>
              </w:rPr>
              <w:t>Temps productif réduit</w:t>
            </w:r>
          </w:p>
        </w:tc>
        <w:tc>
          <w:tcPr>
            <w:tcW w:w="4176" w:type="dxa"/>
          </w:tcPr>
          <w:p w14:paraId="456D60C7" w14:textId="77777777" w:rsidR="00FC6F9B" w:rsidRPr="00FC6F9B" w:rsidRDefault="00FC6F9B" w:rsidP="00FC6F9B">
            <w:pPr>
              <w:jc w:val="left"/>
              <w:rPr>
                <w:rFonts w:ascii="Calibri" w:hAnsi="Calibri" w:cs="Calibri"/>
                <w:sz w:val="20"/>
              </w:rPr>
            </w:pPr>
            <w:r w:rsidRPr="00FC6F9B">
              <w:rPr>
                <w:rFonts w:ascii="Calibri" w:hAnsi="Calibri" w:cs="Calibri"/>
                <w:sz w:val="20"/>
              </w:rPr>
              <w:t>Maintenance ou sous-traitance</w:t>
            </w:r>
          </w:p>
        </w:tc>
      </w:tr>
    </w:tbl>
    <w:p w14:paraId="2FA19FA2" w14:textId="77777777" w:rsidR="00FC6F9B" w:rsidRDefault="00FC6F9B" w:rsidP="00FC6F9B">
      <w:pPr>
        <w:spacing w:after="0" w:line="240" w:lineRule="auto"/>
      </w:pPr>
    </w:p>
    <w:p w14:paraId="6675C737" w14:textId="77777777" w:rsidR="00FC6F9B" w:rsidRDefault="00FC6F9B" w:rsidP="00FC6F9B">
      <w:pPr>
        <w:spacing w:after="0" w:line="240" w:lineRule="auto"/>
      </w:pPr>
      <w:r>
        <w:t>Les valeurs de stress ci-dessus sont des exemples de tests et ne constituent pas des normes. Elles sont calibrées sur l’incertitude du projet et les événements plausibles.</w:t>
      </w:r>
    </w:p>
    <w:p w14:paraId="4F68801E" w14:textId="77777777" w:rsidR="00FC6F9B" w:rsidRDefault="00FC6F9B" w:rsidP="00FC6F9B">
      <w:pPr>
        <w:pStyle w:val="Titre2"/>
        <w:spacing w:before="0" w:after="0" w:line="240" w:lineRule="auto"/>
      </w:pPr>
      <w:r>
        <w:t>25.2- Construire trois scénarios cohérents</w:t>
      </w:r>
    </w:p>
    <w:p w14:paraId="7707D164" w14:textId="77777777" w:rsidR="00FC6F9B" w:rsidRDefault="00FC6F9B" w:rsidP="00FC6F9B">
      <w:pPr>
        <w:spacing w:after="0" w:line="240" w:lineRule="auto"/>
      </w:pPr>
      <w:r>
        <w:t>Le scénario central repose sur les preuves disponibles. Le prudent associe des hypothèses défavorables plausibles avec leurs conséquences opérationnelles. Le favorable exige les moyens nécessaires à l’activité supplémentaire. Une hausse des ventes sans hausse de capacité ni financement du cycle est souvent incohérente.</w:t>
      </w:r>
    </w:p>
    <w:p w14:paraId="01F8E903" w14:textId="7487B55A" w:rsidR="00FC6F9B" w:rsidRDefault="00FC6F9B" w:rsidP="00FC6F9B">
      <w:pPr>
        <w:spacing w:after="0" w:line="240" w:lineRule="auto"/>
      </w:pPr>
      <w:r>
        <w:t>Le scénario se distingue d’une sensibilité</w:t>
      </w:r>
      <w:r>
        <w:t> :</w:t>
      </w:r>
      <w:r>
        <w:t xml:space="preserve"> la sensibilité change une variable pour isoler son effet, tandis que le scénario combine plusieurs changements compatibles. Les résultats comparent au minimum le bénéfice, le creux de trésorerie et le financement complémentaire.</w:t>
      </w:r>
    </w:p>
    <w:p w14:paraId="450FB8FC" w14:textId="77777777" w:rsidR="00FC6F9B" w:rsidRDefault="00FC6F9B" w:rsidP="00FC6F9B">
      <w:pPr>
        <w:pStyle w:val="Titre2"/>
        <w:spacing w:before="0" w:after="0" w:line="240" w:lineRule="auto"/>
      </w:pPr>
      <w:r>
        <w:t>25.3- Éviter les faux correctifs</w:t>
      </w:r>
    </w:p>
    <w:p w14:paraId="07386B6D" w14:textId="1BE03841" w:rsidR="00FC6F9B" w:rsidRDefault="00FC6F9B" w:rsidP="00FC6F9B">
      <w:pPr>
        <w:spacing w:after="0" w:line="240" w:lineRule="auto"/>
      </w:pPr>
      <w:r>
        <w:t>Ne pas accroître les ventes pour compenser une charge simplement parce que le bilan devient moins favorable. Ne pas ajouter une subvention hypothétique comme ressource certaine. Une hausse de prix peut réduire le volume vendu</w:t>
      </w:r>
      <w:r>
        <w:t> :</w:t>
      </w:r>
      <w:r>
        <w:t xml:space="preserve"> ce lien doit être apprécié avant de retenir la nouvelle hypothèse.</w:t>
      </w:r>
    </w:p>
    <w:p w14:paraId="1A7DF0D8" w14:textId="77777777" w:rsidR="00FC6F9B" w:rsidRDefault="00FC6F9B" w:rsidP="00FC6F9B">
      <w:pPr>
        <w:pStyle w:val="Titre2"/>
        <w:spacing w:before="0" w:after="0" w:line="240" w:lineRule="auto"/>
      </w:pPr>
      <w:r>
        <w:t>25.4- Organiser la décision</w:t>
      </w:r>
    </w:p>
    <w:p w14:paraId="6C8D4371" w14:textId="7C0521A7" w:rsidR="00FC6F9B" w:rsidRDefault="00FC6F9B" w:rsidP="00FC6F9B">
      <w:pPr>
        <w:spacing w:after="0" w:line="240" w:lineRule="auto"/>
      </w:pPr>
      <w:r>
        <w:t>Définir des conditions de lancement</w:t>
      </w:r>
      <w:r>
        <w:t> :</w:t>
      </w:r>
      <w:r>
        <w:t xml:space="preserve"> contrat obtenu, coût maximal, validation du pilote, disponibilité d’un équipement ou financement confirmé. Prévoir aussi des seuils d’arrêt ou de révision du projet. Le plan montre alors comment l’entreprise limite une perte si l’hypothèse déterminante ne se réalise pas.</w:t>
      </w:r>
    </w:p>
    <w:p w14:paraId="02613001" w14:textId="77777777" w:rsidR="00FC6F9B" w:rsidRDefault="00FC6F9B" w:rsidP="00FC6F9B">
      <w:pPr>
        <w:spacing w:after="0" w:line="240" w:lineRule="auto"/>
      </w:pPr>
      <w:r>
        <w:t>Les budgets d’imprévus sont associés à des risques identifiés. Leur utilisation fait l’objet d’une décision et d’un suivi. Une réserve ne rend pas rentable une activité structurellement déficitaire.</w:t>
      </w:r>
    </w:p>
    <w:p w14:paraId="657B43D8" w14:textId="77777777" w:rsidR="00FC6F9B" w:rsidRDefault="00FC6F9B" w:rsidP="00067DE2">
      <w:pPr>
        <w:pStyle w:val="Titre1"/>
      </w:pPr>
      <w:bookmarkStart w:id="25" w:name="_Toc241759596"/>
      <w:r>
        <w:t>26- Rédiger le résumé et la demande de financement</w:t>
      </w:r>
      <w:bookmarkEnd w:id="25"/>
    </w:p>
    <w:p w14:paraId="44E69920" w14:textId="77777777" w:rsidR="00FC6F9B" w:rsidRDefault="00FC6F9B" w:rsidP="00FC6F9B">
      <w:pPr>
        <w:pStyle w:val="Titre2"/>
        <w:spacing w:before="0" w:after="0" w:line="240" w:lineRule="auto"/>
      </w:pPr>
      <w:r>
        <w:t>26.1- Écrire le résumé opérationnel en dernier</w:t>
      </w:r>
    </w:p>
    <w:p w14:paraId="5D8D416E" w14:textId="77777777" w:rsidR="00FC6F9B" w:rsidRDefault="00FC6F9B" w:rsidP="00FC6F9B">
      <w:pPr>
        <w:spacing w:after="0" w:line="240" w:lineRule="auto"/>
      </w:pPr>
      <w:r>
        <w:t>Le résumé donne immédiatement le projet, la cible, le bénéfice de l’offre, la preuve de demande, les compétences, les chiffres essentiels et les ressources demandées. Il expose aussi la condition ou le risque décisif. Une synthèse d’une à deux pages convient souvent, selon le destinataire [1].</w:t>
      </w:r>
    </w:p>
    <w:p w14:paraId="0F140CE1" w14:textId="4F5B0140" w:rsidR="00FC6F9B" w:rsidRDefault="00FC6F9B" w:rsidP="00FC6F9B">
      <w:pPr>
        <w:spacing w:after="0" w:line="240" w:lineRule="auto"/>
      </w:pPr>
      <w:r>
        <w:t xml:space="preserve">Éviter les affirmations invérifiables telles que </w:t>
      </w:r>
      <w:r>
        <w:t>« </w:t>
      </w:r>
      <w:r>
        <w:t>marché immense</w:t>
      </w:r>
      <w:r>
        <w:t> »</w:t>
      </w:r>
      <w:r>
        <w:t xml:space="preserve"> ou </w:t>
      </w:r>
      <w:r>
        <w:t>« </w:t>
      </w:r>
      <w:r>
        <w:t>absence de concurrence</w:t>
      </w:r>
      <w:r>
        <w:t> »</w:t>
      </w:r>
      <w:r>
        <w:t>. Remplacer une promesse générale par un fait, une hypothèse datée ou un résultat de test. Les chiffres du résumé doivent se retrouver dans les tableaux du dossier.</w:t>
      </w:r>
    </w:p>
    <w:p w14:paraId="0F3EC724" w14:textId="77777777" w:rsidR="00FC6F9B" w:rsidRDefault="00FC6F9B" w:rsidP="00FC6F9B">
      <w:pPr>
        <w:pStyle w:val="Titre2"/>
        <w:spacing w:before="0" w:after="0" w:line="240" w:lineRule="auto"/>
      </w:pPr>
      <w:r>
        <w:t>26.2- Présenter une demande concrète</w:t>
      </w:r>
    </w:p>
    <w:tbl>
      <w:tblPr>
        <w:tblStyle w:val="Grilledutableau"/>
        <w:tblW w:w="0" w:type="auto"/>
        <w:tblLayout w:type="fixed"/>
        <w:tblLook w:val="04A0" w:firstRow="1" w:lastRow="0" w:firstColumn="1" w:lastColumn="0" w:noHBand="0" w:noVBand="1"/>
      </w:tblPr>
      <w:tblGrid>
        <w:gridCol w:w="2448"/>
        <w:gridCol w:w="7920"/>
      </w:tblGrid>
      <w:tr w:rsidR="00FC6F9B" w:rsidRPr="00FC6F9B" w14:paraId="7112C778" w14:textId="77777777" w:rsidTr="00FC6F9B">
        <w:trPr>
          <w:tblHeader/>
        </w:trPr>
        <w:tc>
          <w:tcPr>
            <w:tcW w:w="2448" w:type="dxa"/>
          </w:tcPr>
          <w:p w14:paraId="766A7AC7" w14:textId="77777777" w:rsidR="00FC6F9B" w:rsidRPr="00FC6F9B" w:rsidRDefault="00FC6F9B" w:rsidP="00FC6F9B">
            <w:pPr>
              <w:jc w:val="left"/>
              <w:rPr>
                <w:rFonts w:ascii="Calibri" w:hAnsi="Calibri" w:cs="Calibri"/>
                <w:sz w:val="20"/>
              </w:rPr>
            </w:pPr>
            <w:r w:rsidRPr="00FC6F9B">
              <w:rPr>
                <w:rFonts w:ascii="Calibri" w:hAnsi="Calibri" w:cs="Calibri"/>
                <w:b/>
                <w:sz w:val="20"/>
              </w:rPr>
              <w:t>Élément</w:t>
            </w:r>
          </w:p>
        </w:tc>
        <w:tc>
          <w:tcPr>
            <w:tcW w:w="7920" w:type="dxa"/>
          </w:tcPr>
          <w:p w14:paraId="6DF5282A" w14:textId="77777777" w:rsidR="00FC6F9B" w:rsidRPr="00FC6F9B" w:rsidRDefault="00FC6F9B" w:rsidP="00FC6F9B">
            <w:pPr>
              <w:jc w:val="left"/>
              <w:rPr>
                <w:rFonts w:ascii="Calibri" w:hAnsi="Calibri" w:cs="Calibri"/>
                <w:sz w:val="20"/>
              </w:rPr>
            </w:pPr>
            <w:r w:rsidRPr="00FC6F9B">
              <w:rPr>
                <w:rFonts w:ascii="Calibri" w:hAnsi="Calibri" w:cs="Calibri"/>
                <w:b/>
                <w:sz w:val="20"/>
              </w:rPr>
              <w:t>Précision attendue</w:t>
            </w:r>
          </w:p>
        </w:tc>
      </w:tr>
      <w:tr w:rsidR="00FC6F9B" w:rsidRPr="00FC6F9B" w14:paraId="7198B64C" w14:textId="77777777" w:rsidTr="00FC6F9B">
        <w:tc>
          <w:tcPr>
            <w:tcW w:w="2448" w:type="dxa"/>
          </w:tcPr>
          <w:p w14:paraId="787B3C4E" w14:textId="77777777" w:rsidR="00FC6F9B" w:rsidRPr="00FC6F9B" w:rsidRDefault="00FC6F9B" w:rsidP="00FC6F9B">
            <w:pPr>
              <w:jc w:val="left"/>
              <w:rPr>
                <w:rFonts w:ascii="Calibri" w:hAnsi="Calibri" w:cs="Calibri"/>
                <w:sz w:val="20"/>
              </w:rPr>
            </w:pPr>
            <w:r w:rsidRPr="00FC6F9B">
              <w:rPr>
                <w:rFonts w:ascii="Calibri" w:hAnsi="Calibri" w:cs="Calibri"/>
                <w:sz w:val="20"/>
              </w:rPr>
              <w:t>Montant</w:t>
            </w:r>
          </w:p>
        </w:tc>
        <w:tc>
          <w:tcPr>
            <w:tcW w:w="7920" w:type="dxa"/>
          </w:tcPr>
          <w:p w14:paraId="2AC563F7" w14:textId="77777777" w:rsidR="00FC6F9B" w:rsidRPr="00FC6F9B" w:rsidRDefault="00FC6F9B" w:rsidP="00FC6F9B">
            <w:pPr>
              <w:jc w:val="left"/>
              <w:rPr>
                <w:rFonts w:ascii="Calibri" w:hAnsi="Calibri" w:cs="Calibri"/>
                <w:sz w:val="20"/>
              </w:rPr>
            </w:pPr>
            <w:r w:rsidRPr="00FC6F9B">
              <w:rPr>
                <w:rFonts w:ascii="Calibri" w:hAnsi="Calibri" w:cs="Calibri"/>
                <w:sz w:val="20"/>
              </w:rPr>
              <w:t>Besoin total, apports et financement restant à obtenir.</w:t>
            </w:r>
          </w:p>
        </w:tc>
      </w:tr>
      <w:tr w:rsidR="00FC6F9B" w:rsidRPr="00FC6F9B" w14:paraId="4C28A046" w14:textId="77777777" w:rsidTr="00FC6F9B">
        <w:tc>
          <w:tcPr>
            <w:tcW w:w="2448" w:type="dxa"/>
          </w:tcPr>
          <w:p w14:paraId="0A966AF6" w14:textId="77777777" w:rsidR="00FC6F9B" w:rsidRPr="00FC6F9B" w:rsidRDefault="00FC6F9B" w:rsidP="00FC6F9B">
            <w:pPr>
              <w:jc w:val="left"/>
              <w:rPr>
                <w:rFonts w:ascii="Calibri" w:hAnsi="Calibri" w:cs="Calibri"/>
                <w:sz w:val="20"/>
              </w:rPr>
            </w:pPr>
            <w:r w:rsidRPr="00FC6F9B">
              <w:rPr>
                <w:rFonts w:ascii="Calibri" w:hAnsi="Calibri" w:cs="Calibri"/>
                <w:sz w:val="20"/>
              </w:rPr>
              <w:t>Usage</w:t>
            </w:r>
          </w:p>
        </w:tc>
        <w:tc>
          <w:tcPr>
            <w:tcW w:w="7920" w:type="dxa"/>
          </w:tcPr>
          <w:p w14:paraId="479221D4" w14:textId="77777777" w:rsidR="00FC6F9B" w:rsidRPr="00FC6F9B" w:rsidRDefault="00FC6F9B" w:rsidP="00FC6F9B">
            <w:pPr>
              <w:jc w:val="left"/>
              <w:rPr>
                <w:rFonts w:ascii="Calibri" w:hAnsi="Calibri" w:cs="Calibri"/>
                <w:sz w:val="20"/>
              </w:rPr>
            </w:pPr>
            <w:r w:rsidRPr="00FC6F9B">
              <w:rPr>
                <w:rFonts w:ascii="Calibri" w:hAnsi="Calibri" w:cs="Calibri"/>
                <w:sz w:val="20"/>
              </w:rPr>
              <w:t>Équipement, développement, cycle et réserve de trésorerie.</w:t>
            </w:r>
          </w:p>
        </w:tc>
      </w:tr>
      <w:tr w:rsidR="00FC6F9B" w:rsidRPr="00FC6F9B" w14:paraId="08D2DAD8" w14:textId="77777777" w:rsidTr="00FC6F9B">
        <w:tc>
          <w:tcPr>
            <w:tcW w:w="2448" w:type="dxa"/>
          </w:tcPr>
          <w:p w14:paraId="4D998A9A" w14:textId="77777777" w:rsidR="00FC6F9B" w:rsidRPr="00FC6F9B" w:rsidRDefault="00FC6F9B" w:rsidP="00FC6F9B">
            <w:pPr>
              <w:jc w:val="left"/>
              <w:rPr>
                <w:rFonts w:ascii="Calibri" w:hAnsi="Calibri" w:cs="Calibri"/>
                <w:sz w:val="20"/>
              </w:rPr>
            </w:pPr>
            <w:r w:rsidRPr="00FC6F9B">
              <w:rPr>
                <w:rFonts w:ascii="Calibri" w:hAnsi="Calibri" w:cs="Calibri"/>
                <w:sz w:val="20"/>
              </w:rPr>
              <w:t>Calendrier</w:t>
            </w:r>
          </w:p>
        </w:tc>
        <w:tc>
          <w:tcPr>
            <w:tcW w:w="7920" w:type="dxa"/>
          </w:tcPr>
          <w:p w14:paraId="16670260" w14:textId="77777777" w:rsidR="00FC6F9B" w:rsidRPr="00FC6F9B" w:rsidRDefault="00FC6F9B" w:rsidP="00FC6F9B">
            <w:pPr>
              <w:jc w:val="left"/>
              <w:rPr>
                <w:rFonts w:ascii="Calibri" w:hAnsi="Calibri" w:cs="Calibri"/>
                <w:sz w:val="20"/>
              </w:rPr>
            </w:pPr>
            <w:r w:rsidRPr="00FC6F9B">
              <w:rPr>
                <w:rFonts w:ascii="Calibri" w:hAnsi="Calibri" w:cs="Calibri"/>
                <w:sz w:val="20"/>
              </w:rPr>
              <w:t>Dates de décaissement et de mise à disposition des fonds.</w:t>
            </w:r>
          </w:p>
        </w:tc>
      </w:tr>
      <w:tr w:rsidR="00FC6F9B" w:rsidRPr="00FC6F9B" w14:paraId="74FB79BE" w14:textId="77777777" w:rsidTr="00FC6F9B">
        <w:tc>
          <w:tcPr>
            <w:tcW w:w="2448" w:type="dxa"/>
          </w:tcPr>
          <w:p w14:paraId="1C224C44" w14:textId="77777777" w:rsidR="00FC6F9B" w:rsidRPr="00FC6F9B" w:rsidRDefault="00FC6F9B" w:rsidP="00FC6F9B">
            <w:pPr>
              <w:jc w:val="left"/>
              <w:rPr>
                <w:rFonts w:ascii="Calibri" w:hAnsi="Calibri" w:cs="Calibri"/>
                <w:sz w:val="20"/>
              </w:rPr>
            </w:pPr>
            <w:r w:rsidRPr="00FC6F9B">
              <w:rPr>
                <w:rFonts w:ascii="Calibri" w:hAnsi="Calibri" w:cs="Calibri"/>
                <w:sz w:val="20"/>
              </w:rPr>
              <w:t>Forme</w:t>
            </w:r>
          </w:p>
        </w:tc>
        <w:tc>
          <w:tcPr>
            <w:tcW w:w="7920" w:type="dxa"/>
          </w:tcPr>
          <w:p w14:paraId="6AD47E3A" w14:textId="77777777" w:rsidR="00FC6F9B" w:rsidRPr="00FC6F9B" w:rsidRDefault="00FC6F9B" w:rsidP="00FC6F9B">
            <w:pPr>
              <w:jc w:val="left"/>
              <w:rPr>
                <w:rFonts w:ascii="Calibri" w:hAnsi="Calibri" w:cs="Calibri"/>
                <w:sz w:val="20"/>
              </w:rPr>
            </w:pPr>
            <w:r w:rsidRPr="00FC6F9B">
              <w:rPr>
                <w:rFonts w:ascii="Calibri" w:hAnsi="Calibri" w:cs="Calibri"/>
                <w:sz w:val="20"/>
              </w:rPr>
              <w:t>Prêt, capital, compte courant ou combinaison.</w:t>
            </w:r>
          </w:p>
        </w:tc>
      </w:tr>
      <w:tr w:rsidR="00FC6F9B" w:rsidRPr="00FC6F9B" w14:paraId="17D0769B" w14:textId="77777777" w:rsidTr="00FC6F9B">
        <w:tc>
          <w:tcPr>
            <w:tcW w:w="2448" w:type="dxa"/>
          </w:tcPr>
          <w:p w14:paraId="6E7A65D5" w14:textId="77777777" w:rsidR="00FC6F9B" w:rsidRPr="00FC6F9B" w:rsidRDefault="00FC6F9B" w:rsidP="00FC6F9B">
            <w:pPr>
              <w:jc w:val="left"/>
              <w:rPr>
                <w:rFonts w:ascii="Calibri" w:hAnsi="Calibri" w:cs="Calibri"/>
                <w:sz w:val="20"/>
              </w:rPr>
            </w:pPr>
            <w:r w:rsidRPr="00FC6F9B">
              <w:rPr>
                <w:rFonts w:ascii="Calibri" w:hAnsi="Calibri" w:cs="Calibri"/>
                <w:sz w:val="20"/>
              </w:rPr>
              <w:t>Contrepartie</w:t>
            </w:r>
          </w:p>
        </w:tc>
        <w:tc>
          <w:tcPr>
            <w:tcW w:w="7920" w:type="dxa"/>
          </w:tcPr>
          <w:p w14:paraId="68A1874D" w14:textId="77777777" w:rsidR="00FC6F9B" w:rsidRPr="00FC6F9B" w:rsidRDefault="00FC6F9B" w:rsidP="00FC6F9B">
            <w:pPr>
              <w:jc w:val="left"/>
              <w:rPr>
                <w:rFonts w:ascii="Calibri" w:hAnsi="Calibri" w:cs="Calibri"/>
                <w:sz w:val="20"/>
              </w:rPr>
            </w:pPr>
            <w:r w:rsidRPr="00FC6F9B">
              <w:rPr>
                <w:rFonts w:ascii="Calibri" w:hAnsi="Calibri" w:cs="Calibri"/>
                <w:sz w:val="20"/>
              </w:rPr>
              <w:t>Intérêts et remboursement, ou droits liés au capital.</w:t>
            </w:r>
          </w:p>
        </w:tc>
      </w:tr>
      <w:tr w:rsidR="00FC6F9B" w:rsidRPr="00FC6F9B" w14:paraId="10427AC1" w14:textId="77777777" w:rsidTr="00FC6F9B">
        <w:tc>
          <w:tcPr>
            <w:tcW w:w="2448" w:type="dxa"/>
          </w:tcPr>
          <w:p w14:paraId="3362E5C9" w14:textId="77777777" w:rsidR="00FC6F9B" w:rsidRPr="00FC6F9B" w:rsidRDefault="00FC6F9B" w:rsidP="00FC6F9B">
            <w:pPr>
              <w:jc w:val="left"/>
              <w:rPr>
                <w:rFonts w:ascii="Calibri" w:hAnsi="Calibri" w:cs="Calibri"/>
                <w:sz w:val="20"/>
              </w:rPr>
            </w:pPr>
            <w:r w:rsidRPr="00FC6F9B">
              <w:rPr>
                <w:rFonts w:ascii="Calibri" w:hAnsi="Calibri" w:cs="Calibri"/>
                <w:sz w:val="20"/>
              </w:rPr>
              <w:t>Conditions</w:t>
            </w:r>
          </w:p>
        </w:tc>
        <w:tc>
          <w:tcPr>
            <w:tcW w:w="7920" w:type="dxa"/>
          </w:tcPr>
          <w:p w14:paraId="741622D0" w14:textId="77777777" w:rsidR="00FC6F9B" w:rsidRPr="00FC6F9B" w:rsidRDefault="00FC6F9B" w:rsidP="00FC6F9B">
            <w:pPr>
              <w:jc w:val="left"/>
              <w:rPr>
                <w:rFonts w:ascii="Calibri" w:hAnsi="Calibri" w:cs="Calibri"/>
                <w:sz w:val="20"/>
              </w:rPr>
            </w:pPr>
            <w:r w:rsidRPr="00FC6F9B">
              <w:rPr>
                <w:rFonts w:ascii="Calibri" w:hAnsi="Calibri" w:cs="Calibri"/>
                <w:sz w:val="20"/>
              </w:rPr>
              <w:t>Garanties, décisions et critères restant à confirmer.</w:t>
            </w:r>
          </w:p>
        </w:tc>
      </w:tr>
    </w:tbl>
    <w:p w14:paraId="616BF4E2" w14:textId="77777777" w:rsidR="00FC6F9B" w:rsidRDefault="00FC6F9B" w:rsidP="00FC6F9B">
      <w:pPr>
        <w:spacing w:after="0" w:line="240" w:lineRule="auto"/>
      </w:pPr>
    </w:p>
    <w:p w14:paraId="059E79D7" w14:textId="77777777" w:rsidR="00FC6F9B" w:rsidRDefault="00FC6F9B" w:rsidP="00FC6F9B">
      <w:pPr>
        <w:pStyle w:val="Titre2"/>
        <w:spacing w:before="0" w:after="0" w:line="240" w:lineRule="auto"/>
      </w:pPr>
      <w:r>
        <w:lastRenderedPageBreak/>
        <w:t>26.3- Distinguer prêteur et associé</w:t>
      </w:r>
    </w:p>
    <w:p w14:paraId="2BB4EAA0" w14:textId="77777777" w:rsidR="00FC6F9B" w:rsidRDefault="00FC6F9B" w:rsidP="00FC6F9B">
      <w:pPr>
        <w:spacing w:after="0" w:line="240" w:lineRule="auto"/>
      </w:pPr>
      <w:r>
        <w:t>Le prêteur attend le respect d’un contrat de remboursement. L’associé apporte du capital et participe au risque, avec des droits de gouvernance et une perspective de valorisation ou de distribution. Le capital n’est pas un prêt à rembourser selon un échéancier convenu. La rémunération de l’investisseur ne doit pas être présentée comme garantie.</w:t>
      </w:r>
    </w:p>
    <w:p w14:paraId="5699B478" w14:textId="77777777" w:rsidR="00FC6F9B" w:rsidRDefault="00FC6F9B" w:rsidP="00FC6F9B">
      <w:pPr>
        <w:spacing w:after="0" w:line="240" w:lineRule="auto"/>
      </w:pPr>
      <w:r>
        <w:rPr>
          <w:b/>
          <w:sz w:val="21"/>
        </w:rPr>
        <w:t>Part du nouvel investisseur, cas simple = apport nouveau / valeur après investissement</w:t>
      </w:r>
    </w:p>
    <w:p w14:paraId="61AD5036" w14:textId="0658D8EB" w:rsidR="00FC6F9B" w:rsidRDefault="00FC6F9B" w:rsidP="00FC6F9B">
      <w:pPr>
        <w:spacing w:after="0" w:line="240" w:lineRule="auto"/>
      </w:pPr>
      <w:r>
        <w:t>Avec une valeur négociée avant investissement de 800 000</w:t>
      </w:r>
      <w:r>
        <w:t> €</w:t>
      </w:r>
      <w:r>
        <w:t xml:space="preserve"> et un apport de 200 000</w:t>
      </w:r>
      <w:r>
        <w:t> €</w:t>
      </w:r>
      <w:r>
        <w:t>, la valeur après investissement est de 1 000 000</w:t>
      </w:r>
      <w:r>
        <w:t> €</w:t>
      </w:r>
      <w:r>
        <w:t xml:space="preserve"> et la participation nouvelle est de 20</w:t>
      </w:r>
      <w:r>
        <w:t> %</w:t>
      </w:r>
      <w:r>
        <w:t>. Ce calcul suppose une émission simple, sans droits particuliers ni instruments dilutifs. Une dette de 200 000</w:t>
      </w:r>
      <w:r>
        <w:t> €</w:t>
      </w:r>
      <w:r>
        <w:t xml:space="preserve"> ne provoque pas cette dilution, mais crée des paiements à assurer.</w:t>
      </w:r>
    </w:p>
    <w:p w14:paraId="50EB01AE" w14:textId="77777777" w:rsidR="00FC6F9B" w:rsidRDefault="00FC6F9B" w:rsidP="00FC6F9B">
      <w:pPr>
        <w:pStyle w:val="Titre2"/>
        <w:spacing w:before="0" w:after="0" w:line="240" w:lineRule="auto"/>
      </w:pPr>
      <w:r>
        <w:t>26.4- Conclure avec des conditions de réussite</w:t>
      </w:r>
    </w:p>
    <w:p w14:paraId="62AC56C9" w14:textId="77777777" w:rsidR="00FC6F9B" w:rsidRDefault="00FC6F9B" w:rsidP="00FC6F9B">
      <w:pPr>
        <w:spacing w:after="0" w:line="240" w:lineRule="auto"/>
      </w:pPr>
      <w:r>
        <w:t>La conclusion rappelle les résultats, le financement et les étapes suivantes. Elle explique pourquoi le projet paraît viable et sous quelles conditions. Les annexes doivent permettre au lecteur de vérifier les calculs déterminants sans reconstruire tout le travail.</w:t>
      </w:r>
    </w:p>
    <w:p w14:paraId="088A506A" w14:textId="77777777" w:rsidR="00FC6F9B" w:rsidRDefault="00FC6F9B" w:rsidP="00FC6F9B">
      <w:pPr>
        <w:spacing w:after="0" w:line="240" w:lineRule="auto"/>
      </w:pPr>
      <w:r>
        <w:t>Le dossier évite de confondre la rentabilité de l’entreprise, la valeur des titres et le rendement de l’investisseur. Ces mesures concernent des objets différents et demandent des calculs distincts.</w:t>
      </w:r>
    </w:p>
    <w:p w14:paraId="3D3B9B7E" w14:textId="77777777" w:rsidR="00FC6F9B" w:rsidRDefault="00FC6F9B" w:rsidP="00067DE2">
      <w:pPr>
        <w:pStyle w:val="Titre1"/>
      </w:pPr>
      <w:bookmarkStart w:id="26" w:name="_Toc241759597"/>
      <w:r>
        <w:t>27- Transformer le plan en outil de contrôle de gestion</w:t>
      </w:r>
      <w:bookmarkEnd w:id="26"/>
    </w:p>
    <w:p w14:paraId="32C91853" w14:textId="77777777" w:rsidR="00FC6F9B" w:rsidRDefault="00FC6F9B" w:rsidP="00FC6F9B">
      <w:pPr>
        <w:pStyle w:val="Titre2"/>
        <w:spacing w:before="0" w:after="0" w:line="240" w:lineRule="auto"/>
      </w:pPr>
      <w:r>
        <w:t>27.1- Structurer le modèle de calcul</w:t>
      </w:r>
    </w:p>
    <w:p w14:paraId="67B7030A" w14:textId="77777777" w:rsidR="00FC6F9B" w:rsidRDefault="00FC6F9B" w:rsidP="00FC6F9B">
      <w:pPr>
        <w:spacing w:after="0" w:line="240" w:lineRule="auto"/>
      </w:pPr>
      <w:r>
        <w:t>Un classeur peut séparer les hypothèses, les ventes, les moyens, les investissements, les financements et les restitutions. La séparation rend visibles les données modifiables et les formules. Les tableaux doivent être liés, sans ressaisies indépendantes de chiffres déjà calculés.</w:t>
      </w:r>
    </w:p>
    <w:tbl>
      <w:tblPr>
        <w:tblStyle w:val="Grilledutableau"/>
        <w:tblW w:w="0" w:type="auto"/>
        <w:tblLayout w:type="fixed"/>
        <w:tblLook w:val="04A0" w:firstRow="1" w:lastRow="0" w:firstColumn="1" w:lastColumn="0" w:noHBand="0" w:noVBand="1"/>
      </w:tblPr>
      <w:tblGrid>
        <w:gridCol w:w="2880"/>
        <w:gridCol w:w="7488"/>
      </w:tblGrid>
      <w:tr w:rsidR="00FC6F9B" w:rsidRPr="00FC6F9B" w14:paraId="10D5187A" w14:textId="77777777" w:rsidTr="00FC6F9B">
        <w:trPr>
          <w:tblHeader/>
        </w:trPr>
        <w:tc>
          <w:tcPr>
            <w:tcW w:w="2880" w:type="dxa"/>
          </w:tcPr>
          <w:p w14:paraId="72FC7D22" w14:textId="77777777" w:rsidR="00FC6F9B" w:rsidRPr="00FC6F9B" w:rsidRDefault="00FC6F9B" w:rsidP="00FC6F9B">
            <w:pPr>
              <w:jc w:val="left"/>
              <w:rPr>
                <w:rFonts w:ascii="Calibri" w:hAnsi="Calibri" w:cs="Calibri"/>
                <w:sz w:val="20"/>
              </w:rPr>
            </w:pPr>
            <w:r w:rsidRPr="00FC6F9B">
              <w:rPr>
                <w:rFonts w:ascii="Calibri" w:hAnsi="Calibri" w:cs="Calibri"/>
                <w:b/>
                <w:sz w:val="20"/>
              </w:rPr>
              <w:t>Bloc du modèle</w:t>
            </w:r>
          </w:p>
        </w:tc>
        <w:tc>
          <w:tcPr>
            <w:tcW w:w="7488" w:type="dxa"/>
          </w:tcPr>
          <w:p w14:paraId="5B596DC5" w14:textId="77777777" w:rsidR="00FC6F9B" w:rsidRPr="00FC6F9B" w:rsidRDefault="00FC6F9B" w:rsidP="00FC6F9B">
            <w:pPr>
              <w:jc w:val="left"/>
              <w:rPr>
                <w:rFonts w:ascii="Calibri" w:hAnsi="Calibri" w:cs="Calibri"/>
                <w:sz w:val="20"/>
              </w:rPr>
            </w:pPr>
            <w:r w:rsidRPr="00FC6F9B">
              <w:rPr>
                <w:rFonts w:ascii="Calibri" w:hAnsi="Calibri" w:cs="Calibri"/>
                <w:b/>
                <w:sz w:val="20"/>
              </w:rPr>
              <w:t>Contrôle utile</w:t>
            </w:r>
          </w:p>
        </w:tc>
      </w:tr>
      <w:tr w:rsidR="00FC6F9B" w:rsidRPr="00FC6F9B" w14:paraId="2DB56C6B" w14:textId="77777777" w:rsidTr="00FC6F9B">
        <w:tc>
          <w:tcPr>
            <w:tcW w:w="2880" w:type="dxa"/>
          </w:tcPr>
          <w:p w14:paraId="5A18C81A" w14:textId="77777777" w:rsidR="00FC6F9B" w:rsidRPr="00FC6F9B" w:rsidRDefault="00FC6F9B" w:rsidP="00FC6F9B">
            <w:pPr>
              <w:jc w:val="left"/>
              <w:rPr>
                <w:rFonts w:ascii="Calibri" w:hAnsi="Calibri" w:cs="Calibri"/>
                <w:sz w:val="20"/>
              </w:rPr>
            </w:pPr>
            <w:r w:rsidRPr="00FC6F9B">
              <w:rPr>
                <w:rFonts w:ascii="Calibri" w:hAnsi="Calibri" w:cs="Calibri"/>
                <w:sz w:val="20"/>
              </w:rPr>
              <w:t>Hypothèses</w:t>
            </w:r>
          </w:p>
        </w:tc>
        <w:tc>
          <w:tcPr>
            <w:tcW w:w="7488" w:type="dxa"/>
          </w:tcPr>
          <w:p w14:paraId="03C167BD" w14:textId="77777777" w:rsidR="00FC6F9B" w:rsidRPr="00FC6F9B" w:rsidRDefault="00FC6F9B" w:rsidP="00FC6F9B">
            <w:pPr>
              <w:jc w:val="left"/>
              <w:rPr>
                <w:rFonts w:ascii="Calibri" w:hAnsi="Calibri" w:cs="Calibri"/>
                <w:sz w:val="20"/>
              </w:rPr>
            </w:pPr>
            <w:r w:rsidRPr="00FC6F9B">
              <w:rPr>
                <w:rFonts w:ascii="Calibri" w:hAnsi="Calibri" w:cs="Calibri"/>
                <w:sz w:val="20"/>
              </w:rPr>
              <w:t>Source, date, unité et scénario identifiés.</w:t>
            </w:r>
          </w:p>
        </w:tc>
      </w:tr>
      <w:tr w:rsidR="00FC6F9B" w:rsidRPr="00FC6F9B" w14:paraId="0F2D0C83" w14:textId="77777777" w:rsidTr="00FC6F9B">
        <w:tc>
          <w:tcPr>
            <w:tcW w:w="2880" w:type="dxa"/>
          </w:tcPr>
          <w:p w14:paraId="240D0589" w14:textId="77777777" w:rsidR="00FC6F9B" w:rsidRPr="00FC6F9B" w:rsidRDefault="00FC6F9B" w:rsidP="00FC6F9B">
            <w:pPr>
              <w:jc w:val="left"/>
              <w:rPr>
                <w:rFonts w:ascii="Calibri" w:hAnsi="Calibri" w:cs="Calibri"/>
                <w:sz w:val="20"/>
              </w:rPr>
            </w:pPr>
            <w:r w:rsidRPr="00FC6F9B">
              <w:rPr>
                <w:rFonts w:ascii="Calibri" w:hAnsi="Calibri" w:cs="Calibri"/>
                <w:sz w:val="20"/>
              </w:rPr>
              <w:t>Ventes et coûts</w:t>
            </w:r>
          </w:p>
        </w:tc>
        <w:tc>
          <w:tcPr>
            <w:tcW w:w="7488" w:type="dxa"/>
          </w:tcPr>
          <w:p w14:paraId="229A293F" w14:textId="77777777" w:rsidR="00FC6F9B" w:rsidRPr="00FC6F9B" w:rsidRDefault="00FC6F9B" w:rsidP="00FC6F9B">
            <w:pPr>
              <w:jc w:val="left"/>
              <w:rPr>
                <w:rFonts w:ascii="Calibri" w:hAnsi="Calibri" w:cs="Calibri"/>
                <w:sz w:val="20"/>
              </w:rPr>
            </w:pPr>
            <w:r w:rsidRPr="00FC6F9B">
              <w:rPr>
                <w:rFonts w:ascii="Calibri" w:hAnsi="Calibri" w:cs="Calibri"/>
                <w:sz w:val="20"/>
              </w:rPr>
              <w:t>Volumes et prix reliés à la capacité et au budget.</w:t>
            </w:r>
          </w:p>
        </w:tc>
      </w:tr>
      <w:tr w:rsidR="00FC6F9B" w:rsidRPr="00FC6F9B" w14:paraId="6F8B3AEE" w14:textId="77777777" w:rsidTr="00FC6F9B">
        <w:tc>
          <w:tcPr>
            <w:tcW w:w="2880" w:type="dxa"/>
          </w:tcPr>
          <w:p w14:paraId="4E45C106" w14:textId="77777777" w:rsidR="00FC6F9B" w:rsidRPr="00FC6F9B" w:rsidRDefault="00FC6F9B" w:rsidP="00FC6F9B">
            <w:pPr>
              <w:jc w:val="left"/>
              <w:rPr>
                <w:rFonts w:ascii="Calibri" w:hAnsi="Calibri" w:cs="Calibri"/>
                <w:sz w:val="20"/>
              </w:rPr>
            </w:pPr>
            <w:r w:rsidRPr="00FC6F9B">
              <w:rPr>
                <w:rFonts w:ascii="Calibri" w:hAnsi="Calibri" w:cs="Calibri"/>
                <w:sz w:val="20"/>
              </w:rPr>
              <w:t>Emprunts</w:t>
            </w:r>
          </w:p>
        </w:tc>
        <w:tc>
          <w:tcPr>
            <w:tcW w:w="7488" w:type="dxa"/>
          </w:tcPr>
          <w:p w14:paraId="650AEF4D" w14:textId="77777777" w:rsidR="00FC6F9B" w:rsidRPr="00FC6F9B" w:rsidRDefault="00FC6F9B" w:rsidP="00FC6F9B">
            <w:pPr>
              <w:jc w:val="left"/>
              <w:rPr>
                <w:rFonts w:ascii="Calibri" w:hAnsi="Calibri" w:cs="Calibri"/>
                <w:sz w:val="20"/>
              </w:rPr>
            </w:pPr>
            <w:r w:rsidRPr="00FC6F9B">
              <w:rPr>
                <w:rFonts w:ascii="Calibri" w:hAnsi="Calibri" w:cs="Calibri"/>
                <w:sz w:val="20"/>
              </w:rPr>
              <w:t>Capital initial − remboursements = capital final.</w:t>
            </w:r>
          </w:p>
        </w:tc>
      </w:tr>
      <w:tr w:rsidR="00FC6F9B" w:rsidRPr="00FC6F9B" w14:paraId="698FE8AF" w14:textId="77777777" w:rsidTr="00FC6F9B">
        <w:tc>
          <w:tcPr>
            <w:tcW w:w="2880" w:type="dxa"/>
          </w:tcPr>
          <w:p w14:paraId="4B60B41F" w14:textId="77777777" w:rsidR="00FC6F9B" w:rsidRPr="00FC6F9B" w:rsidRDefault="00FC6F9B" w:rsidP="00FC6F9B">
            <w:pPr>
              <w:jc w:val="left"/>
              <w:rPr>
                <w:rFonts w:ascii="Calibri" w:hAnsi="Calibri" w:cs="Calibri"/>
                <w:sz w:val="20"/>
              </w:rPr>
            </w:pPr>
            <w:r w:rsidRPr="00FC6F9B">
              <w:rPr>
                <w:rFonts w:ascii="Calibri" w:hAnsi="Calibri" w:cs="Calibri"/>
                <w:sz w:val="20"/>
              </w:rPr>
              <w:t>Cycle</w:t>
            </w:r>
          </w:p>
        </w:tc>
        <w:tc>
          <w:tcPr>
            <w:tcW w:w="7488" w:type="dxa"/>
          </w:tcPr>
          <w:p w14:paraId="57EAE63F" w14:textId="77777777" w:rsidR="00FC6F9B" w:rsidRPr="00FC6F9B" w:rsidRDefault="00FC6F9B" w:rsidP="00FC6F9B">
            <w:pPr>
              <w:jc w:val="left"/>
              <w:rPr>
                <w:rFonts w:ascii="Calibri" w:hAnsi="Calibri" w:cs="Calibri"/>
                <w:sz w:val="20"/>
              </w:rPr>
            </w:pPr>
            <w:r w:rsidRPr="00FC6F9B">
              <w:rPr>
                <w:rFonts w:ascii="Calibri" w:hAnsi="Calibri" w:cs="Calibri"/>
                <w:sz w:val="20"/>
              </w:rPr>
              <w:t>Créances et dettes cohérentes avec les paiements.</w:t>
            </w:r>
          </w:p>
        </w:tc>
      </w:tr>
      <w:tr w:rsidR="00FC6F9B" w:rsidRPr="00FC6F9B" w14:paraId="5F1A826C" w14:textId="77777777" w:rsidTr="00FC6F9B">
        <w:tc>
          <w:tcPr>
            <w:tcW w:w="2880" w:type="dxa"/>
          </w:tcPr>
          <w:p w14:paraId="50DE6DB2" w14:textId="77777777" w:rsidR="00FC6F9B" w:rsidRPr="00FC6F9B" w:rsidRDefault="00FC6F9B" w:rsidP="00FC6F9B">
            <w:pPr>
              <w:jc w:val="left"/>
              <w:rPr>
                <w:rFonts w:ascii="Calibri" w:hAnsi="Calibri" w:cs="Calibri"/>
                <w:sz w:val="20"/>
              </w:rPr>
            </w:pPr>
            <w:r w:rsidRPr="00FC6F9B">
              <w:rPr>
                <w:rFonts w:ascii="Calibri" w:hAnsi="Calibri" w:cs="Calibri"/>
                <w:sz w:val="20"/>
              </w:rPr>
              <w:t>Trésorerie</w:t>
            </w:r>
          </w:p>
        </w:tc>
        <w:tc>
          <w:tcPr>
            <w:tcW w:w="7488" w:type="dxa"/>
          </w:tcPr>
          <w:p w14:paraId="002323A1" w14:textId="77777777" w:rsidR="00FC6F9B" w:rsidRPr="00FC6F9B" w:rsidRDefault="00FC6F9B" w:rsidP="00FC6F9B">
            <w:pPr>
              <w:jc w:val="left"/>
              <w:rPr>
                <w:rFonts w:ascii="Calibri" w:hAnsi="Calibri" w:cs="Calibri"/>
                <w:sz w:val="20"/>
              </w:rPr>
            </w:pPr>
            <w:r w:rsidRPr="00FC6F9B">
              <w:rPr>
                <w:rFonts w:ascii="Calibri" w:hAnsi="Calibri" w:cs="Calibri"/>
                <w:sz w:val="20"/>
              </w:rPr>
              <w:t>Ouverture + entrées − sorties = clôture.</w:t>
            </w:r>
          </w:p>
        </w:tc>
      </w:tr>
      <w:tr w:rsidR="00FC6F9B" w:rsidRPr="00FC6F9B" w14:paraId="16041A7B" w14:textId="77777777" w:rsidTr="00FC6F9B">
        <w:tc>
          <w:tcPr>
            <w:tcW w:w="2880" w:type="dxa"/>
          </w:tcPr>
          <w:p w14:paraId="170A4626" w14:textId="77777777" w:rsidR="00FC6F9B" w:rsidRPr="00FC6F9B" w:rsidRDefault="00FC6F9B" w:rsidP="00FC6F9B">
            <w:pPr>
              <w:jc w:val="left"/>
              <w:rPr>
                <w:rFonts w:ascii="Calibri" w:hAnsi="Calibri" w:cs="Calibri"/>
                <w:sz w:val="20"/>
              </w:rPr>
            </w:pPr>
            <w:r w:rsidRPr="00FC6F9B">
              <w:rPr>
                <w:rFonts w:ascii="Calibri" w:hAnsi="Calibri" w:cs="Calibri"/>
                <w:sz w:val="20"/>
              </w:rPr>
              <w:t>Bilan</w:t>
            </w:r>
          </w:p>
        </w:tc>
        <w:tc>
          <w:tcPr>
            <w:tcW w:w="7488" w:type="dxa"/>
          </w:tcPr>
          <w:p w14:paraId="0031EAAA" w14:textId="77777777" w:rsidR="00FC6F9B" w:rsidRPr="00FC6F9B" w:rsidRDefault="00FC6F9B" w:rsidP="00FC6F9B">
            <w:pPr>
              <w:jc w:val="left"/>
              <w:rPr>
                <w:rFonts w:ascii="Calibri" w:hAnsi="Calibri" w:cs="Calibri"/>
                <w:sz w:val="20"/>
              </w:rPr>
            </w:pPr>
            <w:r w:rsidRPr="00FC6F9B">
              <w:rPr>
                <w:rFonts w:ascii="Calibri" w:hAnsi="Calibri" w:cs="Calibri"/>
                <w:sz w:val="20"/>
              </w:rPr>
              <w:t>Actif − passif = zéro et banque égale au budget.</w:t>
            </w:r>
          </w:p>
        </w:tc>
      </w:tr>
      <w:tr w:rsidR="00FC6F9B" w:rsidRPr="00FC6F9B" w14:paraId="38316ED4" w14:textId="77777777" w:rsidTr="00FC6F9B">
        <w:tc>
          <w:tcPr>
            <w:tcW w:w="2880" w:type="dxa"/>
          </w:tcPr>
          <w:p w14:paraId="3678A64B" w14:textId="77777777" w:rsidR="00FC6F9B" w:rsidRPr="00FC6F9B" w:rsidRDefault="00FC6F9B" w:rsidP="00FC6F9B">
            <w:pPr>
              <w:jc w:val="left"/>
              <w:rPr>
                <w:rFonts w:ascii="Calibri" w:hAnsi="Calibri" w:cs="Calibri"/>
                <w:sz w:val="20"/>
              </w:rPr>
            </w:pPr>
            <w:r w:rsidRPr="00FC6F9B">
              <w:rPr>
                <w:rFonts w:ascii="Calibri" w:hAnsi="Calibri" w:cs="Calibri"/>
                <w:sz w:val="20"/>
              </w:rPr>
              <w:t>Versions</w:t>
            </w:r>
          </w:p>
        </w:tc>
        <w:tc>
          <w:tcPr>
            <w:tcW w:w="7488" w:type="dxa"/>
          </w:tcPr>
          <w:p w14:paraId="4D9069A3" w14:textId="77777777" w:rsidR="00FC6F9B" w:rsidRPr="00FC6F9B" w:rsidRDefault="00FC6F9B" w:rsidP="00FC6F9B">
            <w:pPr>
              <w:jc w:val="left"/>
              <w:rPr>
                <w:rFonts w:ascii="Calibri" w:hAnsi="Calibri" w:cs="Calibri"/>
                <w:sz w:val="20"/>
              </w:rPr>
            </w:pPr>
            <w:r w:rsidRPr="00FC6F9B">
              <w:rPr>
                <w:rFonts w:ascii="Calibri" w:hAnsi="Calibri" w:cs="Calibri"/>
                <w:sz w:val="20"/>
              </w:rPr>
              <w:t>Hypothèses centrales conservées et changements tracés.</w:t>
            </w:r>
          </w:p>
        </w:tc>
      </w:tr>
    </w:tbl>
    <w:p w14:paraId="5B7581F9" w14:textId="77777777" w:rsidR="00FC6F9B" w:rsidRDefault="00FC6F9B" w:rsidP="00FC6F9B">
      <w:pPr>
        <w:spacing w:after="0" w:line="240" w:lineRule="auto"/>
      </w:pPr>
    </w:p>
    <w:p w14:paraId="460807D2" w14:textId="77777777" w:rsidR="00FC6F9B" w:rsidRDefault="00FC6F9B" w:rsidP="00FC6F9B">
      <w:pPr>
        <w:pStyle w:val="Titre2"/>
        <w:spacing w:before="0" w:after="0" w:line="240" w:lineRule="auto"/>
      </w:pPr>
      <w:r>
        <w:t>27.2- Vérifier les calculs et les sources</w:t>
      </w:r>
    </w:p>
    <w:p w14:paraId="3D20DF60" w14:textId="77777777" w:rsidR="00FC6F9B" w:rsidRDefault="00FC6F9B" w:rsidP="00FC6F9B">
      <w:pPr>
        <w:spacing w:after="0" w:line="240" w:lineRule="auto"/>
      </w:pPr>
      <w:r>
        <w:t>Contrôler une formule indépendamment de son résultat affiché. Repérer les cellules remplacées par une valeur fixe, les références cassées et les liens externes. Les taux, durées et dates sont explicites. Les arrondis interviennent après les calculs, sauf règle précise. Les feuilles conservent des unités homogènes.</w:t>
      </w:r>
    </w:p>
    <w:p w14:paraId="312648C8" w14:textId="647FFCC1" w:rsidR="00FC6F9B" w:rsidRDefault="00FC6F9B" w:rsidP="00FC6F9B">
      <w:pPr>
        <w:spacing w:after="0" w:line="240" w:lineRule="auto"/>
      </w:pPr>
      <w:r>
        <w:t>Les cellules de contrôle signalent les incohérences</w:t>
      </w:r>
      <w:r>
        <w:t> :</w:t>
      </w:r>
      <w:r>
        <w:t xml:space="preserve"> bilan déséquilibré, dette négative, trésorerie sous le seuil, taux de capacité excessif ou prix inférieur au coût variable. Un contrôle arithmétique réussi ne prouve pas la réalité d’une hypothèse commerciale.</w:t>
      </w:r>
    </w:p>
    <w:p w14:paraId="24C2F182" w14:textId="77777777" w:rsidR="00FC6F9B" w:rsidRDefault="00FC6F9B" w:rsidP="00FC6F9B">
      <w:pPr>
        <w:pStyle w:val="Titre2"/>
        <w:spacing w:before="0" w:after="0" w:line="240" w:lineRule="auto"/>
      </w:pPr>
      <w:r>
        <w:t>27.3- Piloter après le lancement</w:t>
      </w:r>
    </w:p>
    <w:tbl>
      <w:tblPr>
        <w:tblStyle w:val="Grilledutableau"/>
        <w:tblW w:w="0" w:type="auto"/>
        <w:tblLayout w:type="fixed"/>
        <w:tblLook w:val="04A0" w:firstRow="1" w:lastRow="0" w:firstColumn="1" w:lastColumn="0" w:noHBand="0" w:noVBand="1"/>
      </w:tblPr>
      <w:tblGrid>
        <w:gridCol w:w="2232"/>
        <w:gridCol w:w="4608"/>
        <w:gridCol w:w="3528"/>
      </w:tblGrid>
      <w:tr w:rsidR="00FC6F9B" w:rsidRPr="00FC6F9B" w14:paraId="7246F519" w14:textId="77777777" w:rsidTr="00FC6F9B">
        <w:trPr>
          <w:tblHeader/>
        </w:trPr>
        <w:tc>
          <w:tcPr>
            <w:tcW w:w="2232" w:type="dxa"/>
          </w:tcPr>
          <w:p w14:paraId="65B7BB53" w14:textId="77777777" w:rsidR="00FC6F9B" w:rsidRPr="00FC6F9B" w:rsidRDefault="00FC6F9B" w:rsidP="00FC6F9B">
            <w:pPr>
              <w:jc w:val="left"/>
              <w:rPr>
                <w:rFonts w:ascii="Calibri" w:hAnsi="Calibri" w:cs="Calibri"/>
                <w:sz w:val="20"/>
              </w:rPr>
            </w:pPr>
            <w:r w:rsidRPr="00FC6F9B">
              <w:rPr>
                <w:rFonts w:ascii="Calibri" w:hAnsi="Calibri" w:cs="Calibri"/>
                <w:b/>
                <w:sz w:val="20"/>
              </w:rPr>
              <w:t>Objectif</w:t>
            </w:r>
          </w:p>
        </w:tc>
        <w:tc>
          <w:tcPr>
            <w:tcW w:w="4608" w:type="dxa"/>
          </w:tcPr>
          <w:p w14:paraId="549A5AB5" w14:textId="77777777" w:rsidR="00FC6F9B" w:rsidRPr="00FC6F9B" w:rsidRDefault="00FC6F9B" w:rsidP="00FC6F9B">
            <w:pPr>
              <w:jc w:val="left"/>
              <w:rPr>
                <w:rFonts w:ascii="Calibri" w:hAnsi="Calibri" w:cs="Calibri"/>
                <w:sz w:val="20"/>
              </w:rPr>
            </w:pPr>
            <w:r w:rsidRPr="00FC6F9B">
              <w:rPr>
                <w:rFonts w:ascii="Calibri" w:hAnsi="Calibri" w:cs="Calibri"/>
                <w:b/>
                <w:sz w:val="20"/>
              </w:rPr>
              <w:t>Indicateur</w:t>
            </w:r>
          </w:p>
        </w:tc>
        <w:tc>
          <w:tcPr>
            <w:tcW w:w="3528" w:type="dxa"/>
          </w:tcPr>
          <w:p w14:paraId="4096BFC0" w14:textId="77777777" w:rsidR="00FC6F9B" w:rsidRPr="00FC6F9B" w:rsidRDefault="00FC6F9B" w:rsidP="00FC6F9B">
            <w:pPr>
              <w:jc w:val="left"/>
              <w:rPr>
                <w:rFonts w:ascii="Calibri" w:hAnsi="Calibri" w:cs="Calibri"/>
                <w:sz w:val="20"/>
              </w:rPr>
            </w:pPr>
            <w:r w:rsidRPr="00FC6F9B">
              <w:rPr>
                <w:rFonts w:ascii="Calibri" w:hAnsi="Calibri" w:cs="Calibri"/>
                <w:b/>
                <w:sz w:val="20"/>
              </w:rPr>
              <w:t>Action associée</w:t>
            </w:r>
          </w:p>
        </w:tc>
      </w:tr>
      <w:tr w:rsidR="00FC6F9B" w:rsidRPr="00FC6F9B" w14:paraId="782D9256" w14:textId="77777777" w:rsidTr="00FC6F9B">
        <w:tc>
          <w:tcPr>
            <w:tcW w:w="2232" w:type="dxa"/>
          </w:tcPr>
          <w:p w14:paraId="2735C3CF" w14:textId="77777777" w:rsidR="00FC6F9B" w:rsidRPr="00FC6F9B" w:rsidRDefault="00FC6F9B" w:rsidP="00FC6F9B">
            <w:pPr>
              <w:jc w:val="left"/>
              <w:rPr>
                <w:rFonts w:ascii="Calibri" w:hAnsi="Calibri" w:cs="Calibri"/>
                <w:sz w:val="20"/>
              </w:rPr>
            </w:pPr>
            <w:r w:rsidRPr="00FC6F9B">
              <w:rPr>
                <w:rFonts w:ascii="Calibri" w:hAnsi="Calibri" w:cs="Calibri"/>
                <w:sz w:val="20"/>
              </w:rPr>
              <w:t>Atteindre les ventes</w:t>
            </w:r>
          </w:p>
        </w:tc>
        <w:tc>
          <w:tcPr>
            <w:tcW w:w="4608" w:type="dxa"/>
          </w:tcPr>
          <w:p w14:paraId="54A59C43" w14:textId="77777777" w:rsidR="00FC6F9B" w:rsidRPr="00FC6F9B" w:rsidRDefault="00FC6F9B" w:rsidP="00FC6F9B">
            <w:pPr>
              <w:jc w:val="left"/>
              <w:rPr>
                <w:rFonts w:ascii="Calibri" w:hAnsi="Calibri" w:cs="Calibri"/>
                <w:sz w:val="20"/>
              </w:rPr>
            </w:pPr>
            <w:r w:rsidRPr="00FC6F9B">
              <w:rPr>
                <w:rFonts w:ascii="Calibri" w:hAnsi="Calibri" w:cs="Calibri"/>
                <w:sz w:val="20"/>
              </w:rPr>
              <w:t>Commandes, conversion et clients actifs</w:t>
            </w:r>
          </w:p>
        </w:tc>
        <w:tc>
          <w:tcPr>
            <w:tcW w:w="3528" w:type="dxa"/>
          </w:tcPr>
          <w:p w14:paraId="70689BCA" w14:textId="77777777" w:rsidR="00FC6F9B" w:rsidRPr="00FC6F9B" w:rsidRDefault="00FC6F9B" w:rsidP="00FC6F9B">
            <w:pPr>
              <w:jc w:val="left"/>
              <w:rPr>
                <w:rFonts w:ascii="Calibri" w:hAnsi="Calibri" w:cs="Calibri"/>
                <w:sz w:val="20"/>
              </w:rPr>
            </w:pPr>
            <w:r w:rsidRPr="00FC6F9B">
              <w:rPr>
                <w:rFonts w:ascii="Calibri" w:hAnsi="Calibri" w:cs="Calibri"/>
                <w:sz w:val="20"/>
              </w:rPr>
              <w:t>Prospection et offre</w:t>
            </w:r>
          </w:p>
        </w:tc>
      </w:tr>
      <w:tr w:rsidR="00FC6F9B" w:rsidRPr="00FC6F9B" w14:paraId="2CCC742F" w14:textId="77777777" w:rsidTr="00FC6F9B">
        <w:tc>
          <w:tcPr>
            <w:tcW w:w="2232" w:type="dxa"/>
          </w:tcPr>
          <w:p w14:paraId="0753D41F" w14:textId="77777777" w:rsidR="00FC6F9B" w:rsidRPr="00FC6F9B" w:rsidRDefault="00FC6F9B" w:rsidP="00FC6F9B">
            <w:pPr>
              <w:jc w:val="left"/>
              <w:rPr>
                <w:rFonts w:ascii="Calibri" w:hAnsi="Calibri" w:cs="Calibri"/>
                <w:sz w:val="20"/>
              </w:rPr>
            </w:pPr>
            <w:r w:rsidRPr="00FC6F9B">
              <w:rPr>
                <w:rFonts w:ascii="Calibri" w:hAnsi="Calibri" w:cs="Calibri"/>
                <w:sz w:val="20"/>
              </w:rPr>
              <w:t>Protéger la marge</w:t>
            </w:r>
          </w:p>
        </w:tc>
        <w:tc>
          <w:tcPr>
            <w:tcW w:w="4608" w:type="dxa"/>
          </w:tcPr>
          <w:p w14:paraId="35FD6BE0" w14:textId="77777777" w:rsidR="00FC6F9B" w:rsidRPr="00FC6F9B" w:rsidRDefault="00FC6F9B" w:rsidP="00FC6F9B">
            <w:pPr>
              <w:jc w:val="left"/>
              <w:rPr>
                <w:rFonts w:ascii="Calibri" w:hAnsi="Calibri" w:cs="Calibri"/>
                <w:sz w:val="20"/>
              </w:rPr>
            </w:pPr>
            <w:r w:rsidRPr="00FC6F9B">
              <w:rPr>
                <w:rFonts w:ascii="Calibri" w:hAnsi="Calibri" w:cs="Calibri"/>
                <w:sz w:val="20"/>
              </w:rPr>
              <w:t>Contribution par produit ou dossier</w:t>
            </w:r>
          </w:p>
        </w:tc>
        <w:tc>
          <w:tcPr>
            <w:tcW w:w="3528" w:type="dxa"/>
          </w:tcPr>
          <w:p w14:paraId="56203635" w14:textId="77777777" w:rsidR="00FC6F9B" w:rsidRPr="00FC6F9B" w:rsidRDefault="00FC6F9B" w:rsidP="00FC6F9B">
            <w:pPr>
              <w:jc w:val="left"/>
              <w:rPr>
                <w:rFonts w:ascii="Calibri" w:hAnsi="Calibri" w:cs="Calibri"/>
                <w:sz w:val="20"/>
              </w:rPr>
            </w:pPr>
            <w:r w:rsidRPr="00FC6F9B">
              <w:rPr>
                <w:rFonts w:ascii="Calibri" w:hAnsi="Calibri" w:cs="Calibri"/>
                <w:sz w:val="20"/>
              </w:rPr>
              <w:t>Prix et coût de service</w:t>
            </w:r>
          </w:p>
        </w:tc>
      </w:tr>
      <w:tr w:rsidR="00FC6F9B" w:rsidRPr="00FC6F9B" w14:paraId="357B45E7" w14:textId="77777777" w:rsidTr="00FC6F9B">
        <w:tc>
          <w:tcPr>
            <w:tcW w:w="2232" w:type="dxa"/>
          </w:tcPr>
          <w:p w14:paraId="3A91FC40" w14:textId="77777777" w:rsidR="00FC6F9B" w:rsidRPr="00FC6F9B" w:rsidRDefault="00FC6F9B" w:rsidP="00FC6F9B">
            <w:pPr>
              <w:jc w:val="left"/>
              <w:rPr>
                <w:rFonts w:ascii="Calibri" w:hAnsi="Calibri" w:cs="Calibri"/>
                <w:sz w:val="20"/>
              </w:rPr>
            </w:pPr>
            <w:r w:rsidRPr="00FC6F9B">
              <w:rPr>
                <w:rFonts w:ascii="Calibri" w:hAnsi="Calibri" w:cs="Calibri"/>
                <w:sz w:val="20"/>
              </w:rPr>
              <w:t>Tenir la capacité</w:t>
            </w:r>
          </w:p>
        </w:tc>
        <w:tc>
          <w:tcPr>
            <w:tcW w:w="4608" w:type="dxa"/>
          </w:tcPr>
          <w:p w14:paraId="0D87008A" w14:textId="77777777" w:rsidR="00FC6F9B" w:rsidRPr="00FC6F9B" w:rsidRDefault="00FC6F9B" w:rsidP="00FC6F9B">
            <w:pPr>
              <w:jc w:val="left"/>
              <w:rPr>
                <w:rFonts w:ascii="Calibri" w:hAnsi="Calibri" w:cs="Calibri"/>
                <w:sz w:val="20"/>
              </w:rPr>
            </w:pPr>
            <w:r w:rsidRPr="00FC6F9B">
              <w:rPr>
                <w:rFonts w:ascii="Calibri" w:hAnsi="Calibri" w:cs="Calibri"/>
                <w:sz w:val="20"/>
              </w:rPr>
              <w:t>Charge prévue / capacité disponible</w:t>
            </w:r>
          </w:p>
        </w:tc>
        <w:tc>
          <w:tcPr>
            <w:tcW w:w="3528" w:type="dxa"/>
          </w:tcPr>
          <w:p w14:paraId="0F2C6715" w14:textId="77777777" w:rsidR="00FC6F9B" w:rsidRPr="00FC6F9B" w:rsidRDefault="00FC6F9B" w:rsidP="00FC6F9B">
            <w:pPr>
              <w:jc w:val="left"/>
              <w:rPr>
                <w:rFonts w:ascii="Calibri" w:hAnsi="Calibri" w:cs="Calibri"/>
                <w:sz w:val="20"/>
              </w:rPr>
            </w:pPr>
            <w:r w:rsidRPr="00FC6F9B">
              <w:rPr>
                <w:rFonts w:ascii="Calibri" w:hAnsi="Calibri" w:cs="Calibri"/>
                <w:sz w:val="20"/>
              </w:rPr>
              <w:t>Recrutement ou planning</w:t>
            </w:r>
          </w:p>
        </w:tc>
      </w:tr>
      <w:tr w:rsidR="00FC6F9B" w:rsidRPr="00FC6F9B" w14:paraId="1A51F69A" w14:textId="77777777" w:rsidTr="00FC6F9B">
        <w:tc>
          <w:tcPr>
            <w:tcW w:w="2232" w:type="dxa"/>
          </w:tcPr>
          <w:p w14:paraId="55358E60" w14:textId="77777777" w:rsidR="00FC6F9B" w:rsidRPr="00FC6F9B" w:rsidRDefault="00FC6F9B" w:rsidP="00FC6F9B">
            <w:pPr>
              <w:jc w:val="left"/>
              <w:rPr>
                <w:rFonts w:ascii="Calibri" w:hAnsi="Calibri" w:cs="Calibri"/>
                <w:sz w:val="20"/>
              </w:rPr>
            </w:pPr>
            <w:r w:rsidRPr="00FC6F9B">
              <w:rPr>
                <w:rFonts w:ascii="Calibri" w:hAnsi="Calibri" w:cs="Calibri"/>
                <w:sz w:val="20"/>
              </w:rPr>
              <w:t>Réduire les retards</w:t>
            </w:r>
          </w:p>
        </w:tc>
        <w:tc>
          <w:tcPr>
            <w:tcW w:w="4608" w:type="dxa"/>
          </w:tcPr>
          <w:p w14:paraId="02A3E274" w14:textId="77777777" w:rsidR="00FC6F9B" w:rsidRPr="00FC6F9B" w:rsidRDefault="00FC6F9B" w:rsidP="00FC6F9B">
            <w:pPr>
              <w:jc w:val="left"/>
              <w:rPr>
                <w:rFonts w:ascii="Calibri" w:hAnsi="Calibri" w:cs="Calibri"/>
                <w:sz w:val="20"/>
              </w:rPr>
            </w:pPr>
            <w:r w:rsidRPr="00FC6F9B">
              <w:rPr>
                <w:rFonts w:ascii="Calibri" w:hAnsi="Calibri" w:cs="Calibri"/>
                <w:sz w:val="20"/>
              </w:rPr>
              <w:t>Créances échues et délai de paiement</w:t>
            </w:r>
          </w:p>
        </w:tc>
        <w:tc>
          <w:tcPr>
            <w:tcW w:w="3528" w:type="dxa"/>
          </w:tcPr>
          <w:p w14:paraId="64332CFE" w14:textId="77777777" w:rsidR="00FC6F9B" w:rsidRPr="00FC6F9B" w:rsidRDefault="00FC6F9B" w:rsidP="00FC6F9B">
            <w:pPr>
              <w:jc w:val="left"/>
              <w:rPr>
                <w:rFonts w:ascii="Calibri" w:hAnsi="Calibri" w:cs="Calibri"/>
                <w:sz w:val="20"/>
              </w:rPr>
            </w:pPr>
            <w:r w:rsidRPr="00FC6F9B">
              <w:rPr>
                <w:rFonts w:ascii="Calibri" w:hAnsi="Calibri" w:cs="Calibri"/>
                <w:sz w:val="20"/>
              </w:rPr>
              <w:t>Relance et traitement des litiges</w:t>
            </w:r>
          </w:p>
        </w:tc>
      </w:tr>
      <w:tr w:rsidR="00FC6F9B" w:rsidRPr="00FC6F9B" w14:paraId="41A41AE1" w14:textId="77777777" w:rsidTr="00FC6F9B">
        <w:tc>
          <w:tcPr>
            <w:tcW w:w="2232" w:type="dxa"/>
          </w:tcPr>
          <w:p w14:paraId="556E32C2" w14:textId="77777777" w:rsidR="00FC6F9B" w:rsidRPr="00FC6F9B" w:rsidRDefault="00FC6F9B" w:rsidP="00FC6F9B">
            <w:pPr>
              <w:jc w:val="left"/>
              <w:rPr>
                <w:rFonts w:ascii="Calibri" w:hAnsi="Calibri" w:cs="Calibri"/>
                <w:sz w:val="20"/>
              </w:rPr>
            </w:pPr>
            <w:r w:rsidRPr="00FC6F9B">
              <w:rPr>
                <w:rFonts w:ascii="Calibri" w:hAnsi="Calibri" w:cs="Calibri"/>
                <w:sz w:val="20"/>
              </w:rPr>
              <w:t>Préserver la liquidité</w:t>
            </w:r>
          </w:p>
        </w:tc>
        <w:tc>
          <w:tcPr>
            <w:tcW w:w="4608" w:type="dxa"/>
          </w:tcPr>
          <w:p w14:paraId="7F9E1AE2" w14:textId="77777777" w:rsidR="00FC6F9B" w:rsidRPr="00FC6F9B" w:rsidRDefault="00FC6F9B" w:rsidP="00FC6F9B">
            <w:pPr>
              <w:jc w:val="left"/>
              <w:rPr>
                <w:rFonts w:ascii="Calibri" w:hAnsi="Calibri" w:cs="Calibri"/>
                <w:sz w:val="20"/>
              </w:rPr>
            </w:pPr>
            <w:r w:rsidRPr="00FC6F9B">
              <w:rPr>
                <w:rFonts w:ascii="Calibri" w:hAnsi="Calibri" w:cs="Calibri"/>
                <w:sz w:val="20"/>
              </w:rPr>
              <w:t>Trésorerie prévue et creux à venir</w:t>
            </w:r>
          </w:p>
        </w:tc>
        <w:tc>
          <w:tcPr>
            <w:tcW w:w="3528" w:type="dxa"/>
          </w:tcPr>
          <w:p w14:paraId="6F7A4B35" w14:textId="77777777" w:rsidR="00FC6F9B" w:rsidRPr="00FC6F9B" w:rsidRDefault="00FC6F9B" w:rsidP="00FC6F9B">
            <w:pPr>
              <w:jc w:val="left"/>
              <w:rPr>
                <w:rFonts w:ascii="Calibri" w:hAnsi="Calibri" w:cs="Calibri"/>
                <w:sz w:val="20"/>
              </w:rPr>
            </w:pPr>
            <w:r w:rsidRPr="00FC6F9B">
              <w:rPr>
                <w:rFonts w:ascii="Calibri" w:hAnsi="Calibri" w:cs="Calibri"/>
                <w:sz w:val="20"/>
              </w:rPr>
              <w:t>Ressources et dépenses</w:t>
            </w:r>
          </w:p>
        </w:tc>
      </w:tr>
      <w:tr w:rsidR="00FC6F9B" w:rsidRPr="00FC6F9B" w14:paraId="1658F73A" w14:textId="77777777" w:rsidTr="00FC6F9B">
        <w:tc>
          <w:tcPr>
            <w:tcW w:w="2232" w:type="dxa"/>
          </w:tcPr>
          <w:p w14:paraId="4FA7EF7F" w14:textId="77777777" w:rsidR="00FC6F9B" w:rsidRPr="00FC6F9B" w:rsidRDefault="00FC6F9B" w:rsidP="00FC6F9B">
            <w:pPr>
              <w:jc w:val="left"/>
              <w:rPr>
                <w:rFonts w:ascii="Calibri" w:hAnsi="Calibri" w:cs="Calibri"/>
                <w:sz w:val="20"/>
              </w:rPr>
            </w:pPr>
            <w:r w:rsidRPr="00FC6F9B">
              <w:rPr>
                <w:rFonts w:ascii="Calibri" w:hAnsi="Calibri" w:cs="Calibri"/>
                <w:sz w:val="20"/>
              </w:rPr>
              <w:t>Maîtriser le projet</w:t>
            </w:r>
          </w:p>
        </w:tc>
        <w:tc>
          <w:tcPr>
            <w:tcW w:w="4608" w:type="dxa"/>
          </w:tcPr>
          <w:p w14:paraId="789BB918" w14:textId="77777777" w:rsidR="00FC6F9B" w:rsidRPr="00FC6F9B" w:rsidRDefault="00FC6F9B" w:rsidP="00FC6F9B">
            <w:pPr>
              <w:jc w:val="left"/>
              <w:rPr>
                <w:rFonts w:ascii="Calibri" w:hAnsi="Calibri" w:cs="Calibri"/>
                <w:sz w:val="20"/>
              </w:rPr>
            </w:pPr>
            <w:r w:rsidRPr="00FC6F9B">
              <w:rPr>
                <w:rFonts w:ascii="Calibri" w:hAnsi="Calibri" w:cs="Calibri"/>
                <w:sz w:val="20"/>
              </w:rPr>
              <w:t>Jalons, dépenses et résultats</w:t>
            </w:r>
          </w:p>
        </w:tc>
        <w:tc>
          <w:tcPr>
            <w:tcW w:w="3528" w:type="dxa"/>
          </w:tcPr>
          <w:p w14:paraId="0918C562" w14:textId="77777777" w:rsidR="00FC6F9B" w:rsidRPr="00FC6F9B" w:rsidRDefault="00FC6F9B" w:rsidP="00FC6F9B">
            <w:pPr>
              <w:jc w:val="left"/>
              <w:rPr>
                <w:rFonts w:ascii="Calibri" w:hAnsi="Calibri" w:cs="Calibri"/>
                <w:sz w:val="20"/>
              </w:rPr>
            </w:pPr>
            <w:r w:rsidRPr="00FC6F9B">
              <w:rPr>
                <w:rFonts w:ascii="Calibri" w:hAnsi="Calibri" w:cs="Calibri"/>
                <w:sz w:val="20"/>
              </w:rPr>
              <w:t>Arbitrage et révision du calendrier</w:t>
            </w:r>
          </w:p>
        </w:tc>
      </w:tr>
    </w:tbl>
    <w:p w14:paraId="6E112F81" w14:textId="77777777" w:rsidR="00FC6F9B" w:rsidRDefault="00FC6F9B" w:rsidP="00FC6F9B">
      <w:pPr>
        <w:spacing w:after="0" w:line="240" w:lineRule="auto"/>
      </w:pPr>
    </w:p>
    <w:p w14:paraId="245853FD" w14:textId="77777777" w:rsidR="00FC6F9B" w:rsidRDefault="00FC6F9B" w:rsidP="00FC6F9B">
      <w:pPr>
        <w:spacing w:after="0" w:line="240" w:lineRule="auto"/>
      </w:pPr>
      <w:r>
        <w:t>L’indicateur possède une source, un responsable, une cible et une fréquence. Le plan est comparé au réel, puis actualisé en prévision glissante. Les écarts servent à comprendre les causes et à adapter les décisions. La version initiale est conservée pour mesurer la qualité des prévisions.</w:t>
      </w:r>
    </w:p>
    <w:p w14:paraId="6B9AC894" w14:textId="77777777" w:rsidR="00FC6F9B" w:rsidRDefault="00FC6F9B" w:rsidP="00067DE2">
      <w:pPr>
        <w:pStyle w:val="Titre1"/>
      </w:pPr>
      <w:bookmarkStart w:id="27" w:name="_Toc241759598"/>
      <w:r>
        <w:lastRenderedPageBreak/>
        <w:t>28- Application de synthèse et hypothèses</w:t>
      </w:r>
      <w:bookmarkEnd w:id="27"/>
    </w:p>
    <w:p w14:paraId="2C0DD465" w14:textId="77777777" w:rsidR="00FC6F9B" w:rsidRDefault="00FC6F9B" w:rsidP="00FC6F9B">
      <w:pPr>
        <w:pStyle w:val="Titre2"/>
        <w:spacing w:before="0" w:after="0" w:line="240" w:lineRule="auto"/>
      </w:pPr>
      <w:r>
        <w:t xml:space="preserve">28.1- Projet </w:t>
      </w:r>
      <w:proofErr w:type="spellStart"/>
      <w:r>
        <w:t>Novéa</w:t>
      </w:r>
      <w:proofErr w:type="spellEnd"/>
      <w:r>
        <w:t xml:space="preserve"> Maintenance</w:t>
      </w:r>
    </w:p>
    <w:p w14:paraId="2999FFA2" w14:textId="664113AE" w:rsidR="00FC6F9B" w:rsidRDefault="00FC6F9B" w:rsidP="00FC6F9B">
      <w:pPr>
        <w:spacing w:after="0" w:line="240" w:lineRule="auto"/>
      </w:pPr>
      <w:proofErr w:type="spellStart"/>
      <w:r>
        <w:t>Novéa</w:t>
      </w:r>
      <w:proofErr w:type="spellEnd"/>
      <w:r>
        <w:t xml:space="preserve"> Maintenance est une entreprise fictive préparant une activité de maintenance préventive pour des ateliers. Le projet dispose de cinq techniciens et d’un dirigeant en année 1. Deux recrutements techniques supplémentaires sont prévus, un en année 2 et un en année 3. L’exercice suppose un portefeuille permettant une activité uniforme dès janvier</w:t>
      </w:r>
      <w:r>
        <w:t> ;</w:t>
      </w:r>
      <w:r>
        <w:t xml:space="preserve"> cette hypothèse devra être prouvée dans un dossier réel.</w:t>
      </w:r>
    </w:p>
    <w:tbl>
      <w:tblPr>
        <w:tblStyle w:val="Grilledutableau"/>
        <w:tblW w:w="0" w:type="auto"/>
        <w:tblLayout w:type="fixed"/>
        <w:tblLook w:val="04A0" w:firstRow="1" w:lastRow="0" w:firstColumn="1" w:lastColumn="0" w:noHBand="0" w:noVBand="1"/>
      </w:tblPr>
      <w:tblGrid>
        <w:gridCol w:w="4752"/>
        <w:gridCol w:w="1872"/>
        <w:gridCol w:w="1872"/>
        <w:gridCol w:w="1872"/>
      </w:tblGrid>
      <w:tr w:rsidR="00FC6F9B" w:rsidRPr="00FC6F9B" w14:paraId="78F73008" w14:textId="77777777" w:rsidTr="00FC6F9B">
        <w:trPr>
          <w:tblHeader/>
        </w:trPr>
        <w:tc>
          <w:tcPr>
            <w:tcW w:w="4752" w:type="dxa"/>
          </w:tcPr>
          <w:p w14:paraId="13F0B4A2" w14:textId="77777777" w:rsidR="00FC6F9B" w:rsidRPr="00FC6F9B" w:rsidRDefault="00FC6F9B" w:rsidP="00FC6F9B">
            <w:pPr>
              <w:jc w:val="left"/>
              <w:rPr>
                <w:rFonts w:ascii="Calibri" w:hAnsi="Calibri" w:cs="Calibri"/>
                <w:sz w:val="20"/>
              </w:rPr>
            </w:pPr>
            <w:r w:rsidRPr="00FC6F9B">
              <w:rPr>
                <w:rFonts w:ascii="Calibri" w:hAnsi="Calibri" w:cs="Calibri"/>
                <w:b/>
                <w:sz w:val="20"/>
              </w:rPr>
              <w:t>Hypothèse</w:t>
            </w:r>
          </w:p>
        </w:tc>
        <w:tc>
          <w:tcPr>
            <w:tcW w:w="1872" w:type="dxa"/>
          </w:tcPr>
          <w:p w14:paraId="144E68F8" w14:textId="77777777" w:rsidR="00FC6F9B" w:rsidRPr="00FC6F9B" w:rsidRDefault="00FC6F9B" w:rsidP="00FC6F9B">
            <w:pPr>
              <w:jc w:val="left"/>
              <w:rPr>
                <w:rFonts w:ascii="Calibri" w:hAnsi="Calibri" w:cs="Calibri"/>
                <w:sz w:val="20"/>
              </w:rPr>
            </w:pPr>
            <w:r w:rsidRPr="00FC6F9B">
              <w:rPr>
                <w:rFonts w:ascii="Calibri" w:hAnsi="Calibri" w:cs="Calibri"/>
                <w:b/>
                <w:sz w:val="20"/>
              </w:rPr>
              <w:t>Année 1</w:t>
            </w:r>
          </w:p>
        </w:tc>
        <w:tc>
          <w:tcPr>
            <w:tcW w:w="1872" w:type="dxa"/>
          </w:tcPr>
          <w:p w14:paraId="1F1DBBD3" w14:textId="77777777" w:rsidR="00FC6F9B" w:rsidRPr="00FC6F9B" w:rsidRDefault="00FC6F9B" w:rsidP="00FC6F9B">
            <w:pPr>
              <w:jc w:val="left"/>
              <w:rPr>
                <w:rFonts w:ascii="Calibri" w:hAnsi="Calibri" w:cs="Calibri"/>
                <w:sz w:val="20"/>
              </w:rPr>
            </w:pPr>
            <w:r w:rsidRPr="00FC6F9B">
              <w:rPr>
                <w:rFonts w:ascii="Calibri" w:hAnsi="Calibri" w:cs="Calibri"/>
                <w:b/>
                <w:sz w:val="20"/>
              </w:rPr>
              <w:t>Année 2</w:t>
            </w:r>
          </w:p>
        </w:tc>
        <w:tc>
          <w:tcPr>
            <w:tcW w:w="1872" w:type="dxa"/>
          </w:tcPr>
          <w:p w14:paraId="52BB5D4D" w14:textId="77777777" w:rsidR="00FC6F9B" w:rsidRPr="00FC6F9B" w:rsidRDefault="00FC6F9B" w:rsidP="00FC6F9B">
            <w:pPr>
              <w:jc w:val="left"/>
              <w:rPr>
                <w:rFonts w:ascii="Calibri" w:hAnsi="Calibri" w:cs="Calibri"/>
                <w:sz w:val="20"/>
              </w:rPr>
            </w:pPr>
            <w:r w:rsidRPr="00FC6F9B">
              <w:rPr>
                <w:rFonts w:ascii="Calibri" w:hAnsi="Calibri" w:cs="Calibri"/>
                <w:b/>
                <w:sz w:val="20"/>
              </w:rPr>
              <w:t>Année 3</w:t>
            </w:r>
          </w:p>
        </w:tc>
      </w:tr>
      <w:tr w:rsidR="00FC6F9B" w:rsidRPr="00FC6F9B" w14:paraId="50F2BEBF" w14:textId="77777777" w:rsidTr="00FC6F9B">
        <w:tc>
          <w:tcPr>
            <w:tcW w:w="4752" w:type="dxa"/>
          </w:tcPr>
          <w:p w14:paraId="3DFA93AC" w14:textId="77777777" w:rsidR="00FC6F9B" w:rsidRPr="00FC6F9B" w:rsidRDefault="00FC6F9B" w:rsidP="00FC6F9B">
            <w:pPr>
              <w:jc w:val="left"/>
              <w:rPr>
                <w:rFonts w:ascii="Calibri" w:hAnsi="Calibri" w:cs="Calibri"/>
                <w:sz w:val="20"/>
              </w:rPr>
            </w:pPr>
            <w:r w:rsidRPr="00FC6F9B">
              <w:rPr>
                <w:rFonts w:ascii="Calibri" w:hAnsi="Calibri" w:cs="Calibri"/>
                <w:sz w:val="20"/>
              </w:rPr>
              <w:t>Interventions annuelles</w:t>
            </w:r>
          </w:p>
        </w:tc>
        <w:tc>
          <w:tcPr>
            <w:tcW w:w="1872" w:type="dxa"/>
          </w:tcPr>
          <w:p w14:paraId="5100158F" w14:textId="77777777" w:rsidR="00FC6F9B" w:rsidRPr="00FC6F9B" w:rsidRDefault="00FC6F9B" w:rsidP="00FC6F9B">
            <w:pPr>
              <w:jc w:val="left"/>
              <w:rPr>
                <w:rFonts w:ascii="Calibri" w:hAnsi="Calibri" w:cs="Calibri"/>
                <w:sz w:val="20"/>
              </w:rPr>
            </w:pPr>
            <w:r w:rsidRPr="00FC6F9B">
              <w:rPr>
                <w:rFonts w:ascii="Calibri" w:hAnsi="Calibri" w:cs="Calibri"/>
                <w:sz w:val="20"/>
              </w:rPr>
              <w:t>1 200</w:t>
            </w:r>
          </w:p>
        </w:tc>
        <w:tc>
          <w:tcPr>
            <w:tcW w:w="1872" w:type="dxa"/>
          </w:tcPr>
          <w:p w14:paraId="0B47F441" w14:textId="77777777" w:rsidR="00FC6F9B" w:rsidRPr="00FC6F9B" w:rsidRDefault="00FC6F9B" w:rsidP="00FC6F9B">
            <w:pPr>
              <w:jc w:val="left"/>
              <w:rPr>
                <w:rFonts w:ascii="Calibri" w:hAnsi="Calibri" w:cs="Calibri"/>
                <w:sz w:val="20"/>
              </w:rPr>
            </w:pPr>
            <w:r w:rsidRPr="00FC6F9B">
              <w:rPr>
                <w:rFonts w:ascii="Calibri" w:hAnsi="Calibri" w:cs="Calibri"/>
                <w:sz w:val="20"/>
              </w:rPr>
              <w:t>1 560</w:t>
            </w:r>
          </w:p>
        </w:tc>
        <w:tc>
          <w:tcPr>
            <w:tcW w:w="1872" w:type="dxa"/>
          </w:tcPr>
          <w:p w14:paraId="62722B44" w14:textId="77777777" w:rsidR="00FC6F9B" w:rsidRPr="00FC6F9B" w:rsidRDefault="00FC6F9B" w:rsidP="00FC6F9B">
            <w:pPr>
              <w:jc w:val="left"/>
              <w:rPr>
                <w:rFonts w:ascii="Calibri" w:hAnsi="Calibri" w:cs="Calibri"/>
                <w:sz w:val="20"/>
              </w:rPr>
            </w:pPr>
            <w:r w:rsidRPr="00FC6F9B">
              <w:rPr>
                <w:rFonts w:ascii="Calibri" w:hAnsi="Calibri" w:cs="Calibri"/>
                <w:sz w:val="20"/>
              </w:rPr>
              <w:t>1 920</w:t>
            </w:r>
          </w:p>
        </w:tc>
      </w:tr>
      <w:tr w:rsidR="00FC6F9B" w:rsidRPr="00FC6F9B" w14:paraId="130AF537" w14:textId="77777777" w:rsidTr="00FC6F9B">
        <w:tc>
          <w:tcPr>
            <w:tcW w:w="4752" w:type="dxa"/>
          </w:tcPr>
          <w:p w14:paraId="0B8C8692" w14:textId="77777777" w:rsidR="00FC6F9B" w:rsidRPr="00FC6F9B" w:rsidRDefault="00FC6F9B" w:rsidP="00FC6F9B">
            <w:pPr>
              <w:jc w:val="left"/>
              <w:rPr>
                <w:rFonts w:ascii="Calibri" w:hAnsi="Calibri" w:cs="Calibri"/>
                <w:sz w:val="20"/>
              </w:rPr>
            </w:pPr>
            <w:r w:rsidRPr="00FC6F9B">
              <w:rPr>
                <w:rFonts w:ascii="Calibri" w:hAnsi="Calibri" w:cs="Calibri"/>
                <w:sz w:val="20"/>
              </w:rPr>
              <w:t>Prix par intervention</w:t>
            </w:r>
          </w:p>
        </w:tc>
        <w:tc>
          <w:tcPr>
            <w:tcW w:w="1872" w:type="dxa"/>
          </w:tcPr>
          <w:p w14:paraId="29135912" w14:textId="77777777" w:rsidR="00FC6F9B" w:rsidRPr="00FC6F9B" w:rsidRDefault="00FC6F9B" w:rsidP="00FC6F9B">
            <w:pPr>
              <w:jc w:val="left"/>
              <w:rPr>
                <w:rFonts w:ascii="Calibri" w:hAnsi="Calibri" w:cs="Calibri"/>
                <w:sz w:val="20"/>
              </w:rPr>
            </w:pPr>
            <w:r w:rsidRPr="00FC6F9B">
              <w:rPr>
                <w:rFonts w:ascii="Calibri" w:hAnsi="Calibri" w:cs="Calibri"/>
                <w:sz w:val="20"/>
              </w:rPr>
              <w:t>500</w:t>
            </w:r>
          </w:p>
        </w:tc>
        <w:tc>
          <w:tcPr>
            <w:tcW w:w="1872" w:type="dxa"/>
          </w:tcPr>
          <w:p w14:paraId="664CCCB2" w14:textId="77777777" w:rsidR="00FC6F9B" w:rsidRPr="00FC6F9B" w:rsidRDefault="00FC6F9B" w:rsidP="00FC6F9B">
            <w:pPr>
              <w:jc w:val="left"/>
              <w:rPr>
                <w:rFonts w:ascii="Calibri" w:hAnsi="Calibri" w:cs="Calibri"/>
                <w:sz w:val="20"/>
              </w:rPr>
            </w:pPr>
            <w:r w:rsidRPr="00FC6F9B">
              <w:rPr>
                <w:rFonts w:ascii="Calibri" w:hAnsi="Calibri" w:cs="Calibri"/>
                <w:sz w:val="20"/>
              </w:rPr>
              <w:t>500</w:t>
            </w:r>
          </w:p>
        </w:tc>
        <w:tc>
          <w:tcPr>
            <w:tcW w:w="1872" w:type="dxa"/>
          </w:tcPr>
          <w:p w14:paraId="2B55BB9B" w14:textId="77777777" w:rsidR="00FC6F9B" w:rsidRPr="00FC6F9B" w:rsidRDefault="00FC6F9B" w:rsidP="00FC6F9B">
            <w:pPr>
              <w:jc w:val="left"/>
              <w:rPr>
                <w:rFonts w:ascii="Calibri" w:hAnsi="Calibri" w:cs="Calibri"/>
                <w:sz w:val="20"/>
              </w:rPr>
            </w:pPr>
            <w:r w:rsidRPr="00FC6F9B">
              <w:rPr>
                <w:rFonts w:ascii="Calibri" w:hAnsi="Calibri" w:cs="Calibri"/>
                <w:sz w:val="20"/>
              </w:rPr>
              <w:t>500</w:t>
            </w:r>
          </w:p>
        </w:tc>
      </w:tr>
      <w:tr w:rsidR="00FC6F9B" w:rsidRPr="00FC6F9B" w14:paraId="44652A96" w14:textId="77777777" w:rsidTr="00FC6F9B">
        <w:tc>
          <w:tcPr>
            <w:tcW w:w="4752" w:type="dxa"/>
          </w:tcPr>
          <w:p w14:paraId="266DF288" w14:textId="77777777" w:rsidR="00FC6F9B" w:rsidRPr="00FC6F9B" w:rsidRDefault="00FC6F9B" w:rsidP="00FC6F9B">
            <w:pPr>
              <w:jc w:val="left"/>
              <w:rPr>
                <w:rFonts w:ascii="Calibri" w:hAnsi="Calibri" w:cs="Calibri"/>
                <w:sz w:val="20"/>
              </w:rPr>
            </w:pPr>
            <w:r w:rsidRPr="00FC6F9B">
              <w:rPr>
                <w:rFonts w:ascii="Calibri" w:hAnsi="Calibri" w:cs="Calibri"/>
                <w:sz w:val="20"/>
              </w:rPr>
              <w:t>Chiffre d’affaires</w:t>
            </w:r>
          </w:p>
        </w:tc>
        <w:tc>
          <w:tcPr>
            <w:tcW w:w="1872" w:type="dxa"/>
          </w:tcPr>
          <w:p w14:paraId="62FE240B" w14:textId="77777777" w:rsidR="00FC6F9B" w:rsidRPr="00FC6F9B" w:rsidRDefault="00FC6F9B" w:rsidP="00FC6F9B">
            <w:pPr>
              <w:jc w:val="left"/>
              <w:rPr>
                <w:rFonts w:ascii="Calibri" w:hAnsi="Calibri" w:cs="Calibri"/>
                <w:sz w:val="20"/>
              </w:rPr>
            </w:pPr>
            <w:r w:rsidRPr="00FC6F9B">
              <w:rPr>
                <w:rFonts w:ascii="Calibri" w:hAnsi="Calibri" w:cs="Calibri"/>
                <w:sz w:val="20"/>
              </w:rPr>
              <w:t>600 000</w:t>
            </w:r>
          </w:p>
        </w:tc>
        <w:tc>
          <w:tcPr>
            <w:tcW w:w="1872" w:type="dxa"/>
          </w:tcPr>
          <w:p w14:paraId="4AB9B5A1" w14:textId="77777777" w:rsidR="00FC6F9B" w:rsidRPr="00FC6F9B" w:rsidRDefault="00FC6F9B" w:rsidP="00FC6F9B">
            <w:pPr>
              <w:jc w:val="left"/>
              <w:rPr>
                <w:rFonts w:ascii="Calibri" w:hAnsi="Calibri" w:cs="Calibri"/>
                <w:sz w:val="20"/>
              </w:rPr>
            </w:pPr>
            <w:r w:rsidRPr="00FC6F9B">
              <w:rPr>
                <w:rFonts w:ascii="Calibri" w:hAnsi="Calibri" w:cs="Calibri"/>
                <w:sz w:val="20"/>
              </w:rPr>
              <w:t>780 000</w:t>
            </w:r>
          </w:p>
        </w:tc>
        <w:tc>
          <w:tcPr>
            <w:tcW w:w="1872" w:type="dxa"/>
          </w:tcPr>
          <w:p w14:paraId="5179B016" w14:textId="77777777" w:rsidR="00FC6F9B" w:rsidRPr="00FC6F9B" w:rsidRDefault="00FC6F9B" w:rsidP="00FC6F9B">
            <w:pPr>
              <w:jc w:val="left"/>
              <w:rPr>
                <w:rFonts w:ascii="Calibri" w:hAnsi="Calibri" w:cs="Calibri"/>
                <w:sz w:val="20"/>
              </w:rPr>
            </w:pPr>
            <w:r w:rsidRPr="00FC6F9B">
              <w:rPr>
                <w:rFonts w:ascii="Calibri" w:hAnsi="Calibri" w:cs="Calibri"/>
                <w:sz w:val="20"/>
              </w:rPr>
              <w:t>960 000</w:t>
            </w:r>
          </w:p>
        </w:tc>
      </w:tr>
      <w:tr w:rsidR="00FC6F9B" w:rsidRPr="00FC6F9B" w14:paraId="09F5AFF0" w14:textId="77777777" w:rsidTr="00FC6F9B">
        <w:tc>
          <w:tcPr>
            <w:tcW w:w="4752" w:type="dxa"/>
          </w:tcPr>
          <w:p w14:paraId="781F9A39" w14:textId="77777777" w:rsidR="00FC6F9B" w:rsidRPr="00FC6F9B" w:rsidRDefault="00FC6F9B" w:rsidP="00FC6F9B">
            <w:pPr>
              <w:jc w:val="left"/>
              <w:rPr>
                <w:rFonts w:ascii="Calibri" w:hAnsi="Calibri" w:cs="Calibri"/>
                <w:sz w:val="20"/>
              </w:rPr>
            </w:pPr>
            <w:r w:rsidRPr="00FC6F9B">
              <w:rPr>
                <w:rFonts w:ascii="Calibri" w:hAnsi="Calibri" w:cs="Calibri"/>
                <w:sz w:val="20"/>
              </w:rPr>
              <w:t>Coût variable / chiffre d’affaires</w:t>
            </w:r>
          </w:p>
        </w:tc>
        <w:tc>
          <w:tcPr>
            <w:tcW w:w="1872" w:type="dxa"/>
          </w:tcPr>
          <w:p w14:paraId="6F6C85D3" w14:textId="50BF30B5" w:rsidR="00FC6F9B" w:rsidRPr="00FC6F9B" w:rsidRDefault="00FC6F9B" w:rsidP="00FC6F9B">
            <w:pPr>
              <w:jc w:val="left"/>
              <w:rPr>
                <w:rFonts w:ascii="Calibri" w:hAnsi="Calibri" w:cs="Calibri"/>
                <w:sz w:val="20"/>
              </w:rPr>
            </w:pPr>
            <w:r w:rsidRPr="00FC6F9B">
              <w:rPr>
                <w:rFonts w:ascii="Calibri" w:hAnsi="Calibri" w:cs="Calibri"/>
                <w:sz w:val="20"/>
              </w:rPr>
              <w:t>40</w:t>
            </w:r>
            <w:r w:rsidRPr="00FC6F9B">
              <w:rPr>
                <w:rFonts w:ascii="Calibri" w:hAnsi="Calibri" w:cs="Calibri"/>
                <w:sz w:val="20"/>
              </w:rPr>
              <w:t> %</w:t>
            </w:r>
          </w:p>
        </w:tc>
        <w:tc>
          <w:tcPr>
            <w:tcW w:w="1872" w:type="dxa"/>
          </w:tcPr>
          <w:p w14:paraId="3156D914" w14:textId="42A7AF5A" w:rsidR="00FC6F9B" w:rsidRPr="00FC6F9B" w:rsidRDefault="00FC6F9B" w:rsidP="00FC6F9B">
            <w:pPr>
              <w:jc w:val="left"/>
              <w:rPr>
                <w:rFonts w:ascii="Calibri" w:hAnsi="Calibri" w:cs="Calibri"/>
                <w:sz w:val="20"/>
              </w:rPr>
            </w:pPr>
            <w:r w:rsidRPr="00FC6F9B">
              <w:rPr>
                <w:rFonts w:ascii="Calibri" w:hAnsi="Calibri" w:cs="Calibri"/>
                <w:sz w:val="20"/>
              </w:rPr>
              <w:t>40</w:t>
            </w:r>
            <w:r w:rsidRPr="00FC6F9B">
              <w:rPr>
                <w:rFonts w:ascii="Calibri" w:hAnsi="Calibri" w:cs="Calibri"/>
                <w:sz w:val="20"/>
              </w:rPr>
              <w:t> %</w:t>
            </w:r>
          </w:p>
        </w:tc>
        <w:tc>
          <w:tcPr>
            <w:tcW w:w="1872" w:type="dxa"/>
          </w:tcPr>
          <w:p w14:paraId="6BD29D9E" w14:textId="0C63C033" w:rsidR="00FC6F9B" w:rsidRPr="00FC6F9B" w:rsidRDefault="00FC6F9B" w:rsidP="00FC6F9B">
            <w:pPr>
              <w:jc w:val="left"/>
              <w:rPr>
                <w:rFonts w:ascii="Calibri" w:hAnsi="Calibri" w:cs="Calibri"/>
                <w:sz w:val="20"/>
              </w:rPr>
            </w:pPr>
            <w:r w:rsidRPr="00FC6F9B">
              <w:rPr>
                <w:rFonts w:ascii="Calibri" w:hAnsi="Calibri" w:cs="Calibri"/>
                <w:sz w:val="20"/>
              </w:rPr>
              <w:t>40</w:t>
            </w:r>
            <w:r w:rsidRPr="00FC6F9B">
              <w:rPr>
                <w:rFonts w:ascii="Calibri" w:hAnsi="Calibri" w:cs="Calibri"/>
                <w:sz w:val="20"/>
              </w:rPr>
              <w:t> %</w:t>
            </w:r>
          </w:p>
        </w:tc>
      </w:tr>
      <w:tr w:rsidR="00FC6F9B" w:rsidRPr="00FC6F9B" w14:paraId="20526596" w14:textId="77777777" w:rsidTr="00FC6F9B">
        <w:tc>
          <w:tcPr>
            <w:tcW w:w="4752" w:type="dxa"/>
          </w:tcPr>
          <w:p w14:paraId="316B2F47" w14:textId="77777777" w:rsidR="00FC6F9B" w:rsidRPr="00FC6F9B" w:rsidRDefault="00FC6F9B" w:rsidP="00FC6F9B">
            <w:pPr>
              <w:jc w:val="left"/>
              <w:rPr>
                <w:rFonts w:ascii="Calibri" w:hAnsi="Calibri" w:cs="Calibri"/>
                <w:sz w:val="20"/>
              </w:rPr>
            </w:pPr>
            <w:r w:rsidRPr="00FC6F9B">
              <w:rPr>
                <w:rFonts w:ascii="Calibri" w:hAnsi="Calibri" w:cs="Calibri"/>
                <w:sz w:val="20"/>
              </w:rPr>
              <w:t>Charges fixes décaissables</w:t>
            </w:r>
          </w:p>
        </w:tc>
        <w:tc>
          <w:tcPr>
            <w:tcW w:w="1872" w:type="dxa"/>
          </w:tcPr>
          <w:p w14:paraId="78018D42" w14:textId="77777777" w:rsidR="00FC6F9B" w:rsidRPr="00FC6F9B" w:rsidRDefault="00FC6F9B" w:rsidP="00FC6F9B">
            <w:pPr>
              <w:jc w:val="left"/>
              <w:rPr>
                <w:rFonts w:ascii="Calibri" w:hAnsi="Calibri" w:cs="Calibri"/>
                <w:sz w:val="20"/>
              </w:rPr>
            </w:pPr>
            <w:r w:rsidRPr="00FC6F9B">
              <w:rPr>
                <w:rFonts w:ascii="Calibri" w:hAnsi="Calibri" w:cs="Calibri"/>
                <w:sz w:val="20"/>
              </w:rPr>
              <w:t>300 000</w:t>
            </w:r>
          </w:p>
        </w:tc>
        <w:tc>
          <w:tcPr>
            <w:tcW w:w="1872" w:type="dxa"/>
          </w:tcPr>
          <w:p w14:paraId="6E950E57" w14:textId="77777777" w:rsidR="00FC6F9B" w:rsidRPr="00FC6F9B" w:rsidRDefault="00FC6F9B" w:rsidP="00FC6F9B">
            <w:pPr>
              <w:jc w:val="left"/>
              <w:rPr>
                <w:rFonts w:ascii="Calibri" w:hAnsi="Calibri" w:cs="Calibri"/>
                <w:sz w:val="20"/>
              </w:rPr>
            </w:pPr>
            <w:r w:rsidRPr="00FC6F9B">
              <w:rPr>
                <w:rFonts w:ascii="Calibri" w:hAnsi="Calibri" w:cs="Calibri"/>
                <w:sz w:val="20"/>
              </w:rPr>
              <w:t>340 000</w:t>
            </w:r>
          </w:p>
        </w:tc>
        <w:tc>
          <w:tcPr>
            <w:tcW w:w="1872" w:type="dxa"/>
          </w:tcPr>
          <w:p w14:paraId="67541910" w14:textId="77777777" w:rsidR="00FC6F9B" w:rsidRPr="00FC6F9B" w:rsidRDefault="00FC6F9B" w:rsidP="00FC6F9B">
            <w:pPr>
              <w:jc w:val="left"/>
              <w:rPr>
                <w:rFonts w:ascii="Calibri" w:hAnsi="Calibri" w:cs="Calibri"/>
                <w:sz w:val="20"/>
              </w:rPr>
            </w:pPr>
            <w:r w:rsidRPr="00FC6F9B">
              <w:rPr>
                <w:rFonts w:ascii="Calibri" w:hAnsi="Calibri" w:cs="Calibri"/>
                <w:sz w:val="20"/>
              </w:rPr>
              <w:t>380 000</w:t>
            </w:r>
          </w:p>
        </w:tc>
      </w:tr>
      <w:tr w:rsidR="00FC6F9B" w:rsidRPr="00FC6F9B" w14:paraId="1A880878" w14:textId="77777777" w:rsidTr="00FC6F9B">
        <w:tc>
          <w:tcPr>
            <w:tcW w:w="4752" w:type="dxa"/>
          </w:tcPr>
          <w:p w14:paraId="140FFF1D" w14:textId="77777777" w:rsidR="00FC6F9B" w:rsidRPr="00FC6F9B" w:rsidRDefault="00FC6F9B" w:rsidP="00FC6F9B">
            <w:pPr>
              <w:jc w:val="left"/>
              <w:rPr>
                <w:rFonts w:ascii="Calibri" w:hAnsi="Calibri" w:cs="Calibri"/>
                <w:sz w:val="20"/>
              </w:rPr>
            </w:pPr>
            <w:r w:rsidRPr="00FC6F9B">
              <w:rPr>
                <w:rFonts w:ascii="Calibri" w:hAnsi="Calibri" w:cs="Calibri"/>
                <w:sz w:val="20"/>
              </w:rPr>
              <w:t>Dotations aux amortissements</w:t>
            </w:r>
          </w:p>
        </w:tc>
        <w:tc>
          <w:tcPr>
            <w:tcW w:w="1872" w:type="dxa"/>
          </w:tcPr>
          <w:p w14:paraId="44BACA49" w14:textId="77777777" w:rsidR="00FC6F9B" w:rsidRPr="00FC6F9B" w:rsidRDefault="00FC6F9B" w:rsidP="00FC6F9B">
            <w:pPr>
              <w:jc w:val="left"/>
              <w:rPr>
                <w:rFonts w:ascii="Calibri" w:hAnsi="Calibri" w:cs="Calibri"/>
                <w:sz w:val="20"/>
              </w:rPr>
            </w:pPr>
            <w:r w:rsidRPr="00FC6F9B">
              <w:rPr>
                <w:rFonts w:ascii="Calibri" w:hAnsi="Calibri" w:cs="Calibri"/>
                <w:sz w:val="20"/>
              </w:rPr>
              <w:t>20 000</w:t>
            </w:r>
          </w:p>
        </w:tc>
        <w:tc>
          <w:tcPr>
            <w:tcW w:w="1872" w:type="dxa"/>
          </w:tcPr>
          <w:p w14:paraId="4CEF28B0" w14:textId="77777777" w:rsidR="00FC6F9B" w:rsidRPr="00FC6F9B" w:rsidRDefault="00FC6F9B" w:rsidP="00FC6F9B">
            <w:pPr>
              <w:jc w:val="left"/>
              <w:rPr>
                <w:rFonts w:ascii="Calibri" w:hAnsi="Calibri" w:cs="Calibri"/>
                <w:sz w:val="20"/>
              </w:rPr>
            </w:pPr>
            <w:r w:rsidRPr="00FC6F9B">
              <w:rPr>
                <w:rFonts w:ascii="Calibri" w:hAnsi="Calibri" w:cs="Calibri"/>
                <w:sz w:val="20"/>
              </w:rPr>
              <w:t>25 000</w:t>
            </w:r>
          </w:p>
        </w:tc>
        <w:tc>
          <w:tcPr>
            <w:tcW w:w="1872" w:type="dxa"/>
          </w:tcPr>
          <w:p w14:paraId="0DF8BD6F" w14:textId="77777777" w:rsidR="00FC6F9B" w:rsidRPr="00FC6F9B" w:rsidRDefault="00FC6F9B" w:rsidP="00FC6F9B">
            <w:pPr>
              <w:jc w:val="left"/>
              <w:rPr>
                <w:rFonts w:ascii="Calibri" w:hAnsi="Calibri" w:cs="Calibri"/>
                <w:sz w:val="20"/>
              </w:rPr>
            </w:pPr>
            <w:r w:rsidRPr="00FC6F9B">
              <w:rPr>
                <w:rFonts w:ascii="Calibri" w:hAnsi="Calibri" w:cs="Calibri"/>
                <w:sz w:val="20"/>
              </w:rPr>
              <w:t>30 000</w:t>
            </w:r>
          </w:p>
        </w:tc>
      </w:tr>
      <w:tr w:rsidR="00FC6F9B" w:rsidRPr="00FC6F9B" w14:paraId="60CBEF80" w14:textId="77777777" w:rsidTr="00FC6F9B">
        <w:tc>
          <w:tcPr>
            <w:tcW w:w="4752" w:type="dxa"/>
          </w:tcPr>
          <w:p w14:paraId="6FB99F75" w14:textId="77777777" w:rsidR="00FC6F9B" w:rsidRPr="00FC6F9B" w:rsidRDefault="00FC6F9B" w:rsidP="00FC6F9B">
            <w:pPr>
              <w:jc w:val="left"/>
              <w:rPr>
                <w:rFonts w:ascii="Calibri" w:hAnsi="Calibri" w:cs="Calibri"/>
                <w:sz w:val="20"/>
              </w:rPr>
            </w:pPr>
            <w:r w:rsidRPr="00FC6F9B">
              <w:rPr>
                <w:rFonts w:ascii="Calibri" w:hAnsi="Calibri" w:cs="Calibri"/>
                <w:sz w:val="20"/>
              </w:rPr>
              <w:t>Investissements nouveaux après lancement</w:t>
            </w:r>
          </w:p>
        </w:tc>
        <w:tc>
          <w:tcPr>
            <w:tcW w:w="1872" w:type="dxa"/>
          </w:tcPr>
          <w:p w14:paraId="3F2750BA" w14:textId="77777777" w:rsidR="00FC6F9B" w:rsidRPr="00FC6F9B" w:rsidRDefault="00FC6F9B" w:rsidP="00FC6F9B">
            <w:pPr>
              <w:jc w:val="left"/>
              <w:rPr>
                <w:rFonts w:ascii="Calibri" w:hAnsi="Calibri" w:cs="Calibri"/>
                <w:sz w:val="20"/>
              </w:rPr>
            </w:pPr>
            <w:r w:rsidRPr="00FC6F9B">
              <w:rPr>
                <w:rFonts w:ascii="Calibri" w:hAnsi="Calibri" w:cs="Calibri"/>
                <w:sz w:val="20"/>
              </w:rPr>
              <w:t>0</w:t>
            </w:r>
          </w:p>
        </w:tc>
        <w:tc>
          <w:tcPr>
            <w:tcW w:w="1872" w:type="dxa"/>
          </w:tcPr>
          <w:p w14:paraId="6250C7E9" w14:textId="77777777" w:rsidR="00FC6F9B" w:rsidRPr="00FC6F9B" w:rsidRDefault="00FC6F9B" w:rsidP="00FC6F9B">
            <w:pPr>
              <w:jc w:val="left"/>
              <w:rPr>
                <w:rFonts w:ascii="Calibri" w:hAnsi="Calibri" w:cs="Calibri"/>
                <w:sz w:val="20"/>
              </w:rPr>
            </w:pPr>
            <w:r w:rsidRPr="00FC6F9B">
              <w:rPr>
                <w:rFonts w:ascii="Calibri" w:hAnsi="Calibri" w:cs="Calibri"/>
                <w:sz w:val="20"/>
              </w:rPr>
              <w:t>25 000</w:t>
            </w:r>
          </w:p>
        </w:tc>
        <w:tc>
          <w:tcPr>
            <w:tcW w:w="1872" w:type="dxa"/>
          </w:tcPr>
          <w:p w14:paraId="50121567" w14:textId="77777777" w:rsidR="00FC6F9B" w:rsidRPr="00FC6F9B" w:rsidRDefault="00FC6F9B" w:rsidP="00FC6F9B">
            <w:pPr>
              <w:jc w:val="left"/>
              <w:rPr>
                <w:rFonts w:ascii="Calibri" w:hAnsi="Calibri" w:cs="Calibri"/>
                <w:sz w:val="20"/>
              </w:rPr>
            </w:pPr>
            <w:r w:rsidRPr="00FC6F9B">
              <w:rPr>
                <w:rFonts w:ascii="Calibri" w:hAnsi="Calibri" w:cs="Calibri"/>
                <w:sz w:val="20"/>
              </w:rPr>
              <w:t>25 000</w:t>
            </w:r>
          </w:p>
        </w:tc>
      </w:tr>
    </w:tbl>
    <w:p w14:paraId="0AAFEE99" w14:textId="77777777" w:rsidR="00FC6F9B" w:rsidRDefault="00FC6F9B" w:rsidP="00FC6F9B">
      <w:pPr>
        <w:spacing w:after="0" w:line="240" w:lineRule="auto"/>
      </w:pPr>
    </w:p>
    <w:p w14:paraId="1A61290B" w14:textId="77777777" w:rsidR="00FC6F9B" w:rsidRDefault="00FC6F9B" w:rsidP="00FC6F9B">
      <w:pPr>
        <w:spacing w:after="0" w:line="240" w:lineRule="auto"/>
      </w:pPr>
      <w:r>
        <w:t>Les charges fixes incluent la rémunération chargée de l’équipe et tous les frais fixes retenus. Chaque technicien offre une capacité effective de 300 interventions par an. Cette capacité tient déjà compte des tâches et temps non facturables.</w:t>
      </w:r>
    </w:p>
    <w:p w14:paraId="1C704D16" w14:textId="77777777" w:rsidR="00FC6F9B" w:rsidRDefault="00FC6F9B" w:rsidP="00FC6F9B">
      <w:pPr>
        <w:pStyle w:val="Titre2"/>
        <w:spacing w:before="0" w:after="0" w:line="240" w:lineRule="auto"/>
      </w:pPr>
      <w:r>
        <w:t>28.2- Financement et conventions de calcul</w:t>
      </w:r>
    </w:p>
    <w:p w14:paraId="1B4A006A" w14:textId="4E5C1942" w:rsidR="00FC6F9B" w:rsidRDefault="00FC6F9B" w:rsidP="00FC6F9B">
      <w:pPr>
        <w:spacing w:after="0" w:line="240" w:lineRule="auto"/>
      </w:pPr>
      <w:r>
        <w:t>Avant janvier, un investissement de 100 000</w:t>
      </w:r>
      <w:r>
        <w:t> €</w:t>
      </w:r>
      <w:r>
        <w:t xml:space="preserve"> est mis en service. Le financement initial prévoit 100 000</w:t>
      </w:r>
      <w:r>
        <w:t> €</w:t>
      </w:r>
      <w:r>
        <w:t xml:space="preserve"> de capital et un emprunt de 90 000</w:t>
      </w:r>
      <w:r>
        <w:t> €</w:t>
      </w:r>
      <w:r>
        <w:t>. Le plan affecte 60 000</w:t>
      </w:r>
      <w:r>
        <w:t> €</w:t>
      </w:r>
      <w:r>
        <w:t xml:space="preserve"> au financement du cycle et 30 000</w:t>
      </w:r>
      <w:r>
        <w:t> €</w:t>
      </w:r>
      <w:r>
        <w:t xml:space="preserve"> à une réserve. Les fonds sont reçus avant le paiement du matériel. Il reste donc 90 000</w:t>
      </w:r>
      <w:r>
        <w:t> €</w:t>
      </w:r>
      <w:r>
        <w:t xml:space="preserve"> en banque après cet achat.</w:t>
      </w:r>
    </w:p>
    <w:p w14:paraId="00FE9790" w14:textId="15B80E5B" w:rsidR="00FC6F9B" w:rsidRDefault="00FC6F9B" w:rsidP="00FC6F9B">
      <w:pPr>
        <w:spacing w:after="0" w:line="240" w:lineRule="auto"/>
      </w:pPr>
      <w:r>
        <w:t>L’emprunt est remboursé à hauteur de 30 000</w:t>
      </w:r>
      <w:r>
        <w:t> €</w:t>
      </w:r>
      <w:r>
        <w:t xml:space="preserve"> chaque décembre pendant trois ans. Le taux est de 5</w:t>
      </w:r>
      <w:r>
        <w:t> %</w:t>
      </w:r>
      <w:r>
        <w:t xml:space="preserve"> du capital restant dû en début d’année. Les intérêts annuels sont payés en douze fractions mensuelles égales. Les investissements nouveaux sont payés et mis en service en début d’année. Les montants et les durées expliquent les dotations fournies.</w:t>
      </w:r>
    </w:p>
    <w:p w14:paraId="42091381" w14:textId="1A8B9C9F" w:rsidR="00FC6F9B" w:rsidRDefault="00FC6F9B" w:rsidP="00FC6F9B">
      <w:pPr>
        <w:spacing w:after="0" w:line="240" w:lineRule="auto"/>
      </w:pPr>
      <w:r>
        <w:t>Les clients paient exactement deux mois après la prestation. Les achats variables sont payés exactement deux mois après leur réalisation. Aucun stock ni autre poste du cycle n’est retenu. Les coûts variables correspondent aux achats de l’année. Base de calcul</w:t>
      </w:r>
      <w:r>
        <w:t> :</w:t>
      </w:r>
      <w:r>
        <w:t xml:space="preserve"> 360 jours, avec 60 jours clients et fournisseurs.</w:t>
      </w:r>
    </w:p>
    <w:p w14:paraId="713E0B70" w14:textId="41B68E41" w:rsidR="00FC6F9B" w:rsidRDefault="00FC6F9B" w:rsidP="00FC6F9B">
      <w:pPr>
        <w:spacing w:after="0" w:line="240" w:lineRule="auto"/>
      </w:pPr>
      <w:r>
        <w:t>Pour isoler les mécanismes financiers, les calculs sont faits hors incidence de taxe sur la valeur ajoutée. L’impôt pédagogique est de 25</w:t>
      </w:r>
      <w:r>
        <w:t> %</w:t>
      </w:r>
      <w:r>
        <w:t xml:space="preserve"> du résultat positif et nul si le résultat est négatif, sans taux réduit ni report de déficit. Il est payé en décembre de la même année. Il n’y a ni distribution, ni autre ressource ou dette. Ces conventions simplifient le régime réel présenté dans le cours.</w:t>
      </w:r>
    </w:p>
    <w:p w14:paraId="7449A93E" w14:textId="77777777" w:rsidR="00FC6F9B" w:rsidRDefault="00FC6F9B" w:rsidP="00FC6F9B">
      <w:pPr>
        <w:pStyle w:val="Titre2"/>
        <w:spacing w:before="0" w:after="0" w:line="240" w:lineRule="auto"/>
      </w:pPr>
      <w:r>
        <w:t>28.3- Travail demandé</w:t>
      </w:r>
    </w:p>
    <w:p w14:paraId="48EE9C8B" w14:textId="206F4FB7" w:rsidR="00FC6F9B" w:rsidRDefault="00FC6F9B" w:rsidP="00FC6F9B">
      <w:pPr>
        <w:spacing w:after="0" w:line="240" w:lineRule="auto"/>
      </w:pPr>
      <w:r>
        <w:t>Calculer les résultats, la capacité, le seuil, le besoin du cycle et la trésorerie. Reconstituer le financement et les bilans sur trois ans. Tester une baisse de 10</w:t>
      </w:r>
      <w:r>
        <w:t> %</w:t>
      </w:r>
      <w:r>
        <w:t xml:space="preserve"> des ventes et un allongement d’un mois du paiement client. Formuler une recommandation et un résumé opérationnel.</w:t>
      </w:r>
    </w:p>
    <w:p w14:paraId="04F8656E" w14:textId="77777777" w:rsidR="00FC6F9B" w:rsidRDefault="00FC6F9B" w:rsidP="00067DE2">
      <w:pPr>
        <w:pStyle w:val="Titre1"/>
      </w:pPr>
      <w:bookmarkStart w:id="28" w:name="_Toc241759599"/>
      <w:r>
        <w:t>29- Corrigé du résultat et de la capacité</w:t>
      </w:r>
      <w:bookmarkEnd w:id="28"/>
    </w:p>
    <w:p w14:paraId="4857D3C6" w14:textId="77777777" w:rsidR="00FC6F9B" w:rsidRDefault="00FC6F9B" w:rsidP="00FC6F9B">
      <w:pPr>
        <w:pStyle w:val="Titre2"/>
        <w:spacing w:before="0" w:after="0" w:line="240" w:lineRule="auto"/>
      </w:pPr>
      <w:r>
        <w:t>29.1- Prévisions du résultat</w:t>
      </w:r>
    </w:p>
    <w:tbl>
      <w:tblPr>
        <w:tblStyle w:val="Grilledutableau"/>
        <w:tblW w:w="0" w:type="auto"/>
        <w:tblLayout w:type="fixed"/>
        <w:tblLook w:val="04A0" w:firstRow="1" w:lastRow="0" w:firstColumn="1" w:lastColumn="0" w:noHBand="0" w:noVBand="1"/>
      </w:tblPr>
      <w:tblGrid>
        <w:gridCol w:w="4752"/>
        <w:gridCol w:w="1872"/>
        <w:gridCol w:w="1872"/>
        <w:gridCol w:w="1872"/>
      </w:tblGrid>
      <w:tr w:rsidR="00FC6F9B" w:rsidRPr="00FC6F9B" w14:paraId="1026D1A8" w14:textId="77777777" w:rsidTr="00FC6F9B">
        <w:trPr>
          <w:tblHeader/>
        </w:trPr>
        <w:tc>
          <w:tcPr>
            <w:tcW w:w="4752" w:type="dxa"/>
          </w:tcPr>
          <w:p w14:paraId="6C643037" w14:textId="77777777" w:rsidR="00FC6F9B" w:rsidRPr="00FC6F9B" w:rsidRDefault="00FC6F9B" w:rsidP="00FC6F9B">
            <w:pPr>
              <w:jc w:val="left"/>
              <w:rPr>
                <w:rFonts w:ascii="Calibri" w:hAnsi="Calibri" w:cs="Calibri"/>
                <w:sz w:val="20"/>
              </w:rPr>
            </w:pPr>
            <w:r w:rsidRPr="00FC6F9B">
              <w:rPr>
                <w:rFonts w:ascii="Calibri" w:hAnsi="Calibri" w:cs="Calibri"/>
                <w:b/>
                <w:sz w:val="20"/>
              </w:rPr>
              <w:t>Poste</w:t>
            </w:r>
          </w:p>
        </w:tc>
        <w:tc>
          <w:tcPr>
            <w:tcW w:w="1872" w:type="dxa"/>
          </w:tcPr>
          <w:p w14:paraId="5A9A8D4A" w14:textId="77777777" w:rsidR="00FC6F9B" w:rsidRPr="00FC6F9B" w:rsidRDefault="00FC6F9B" w:rsidP="00FC6F9B">
            <w:pPr>
              <w:jc w:val="left"/>
              <w:rPr>
                <w:rFonts w:ascii="Calibri" w:hAnsi="Calibri" w:cs="Calibri"/>
                <w:sz w:val="20"/>
              </w:rPr>
            </w:pPr>
            <w:r w:rsidRPr="00FC6F9B">
              <w:rPr>
                <w:rFonts w:ascii="Calibri" w:hAnsi="Calibri" w:cs="Calibri"/>
                <w:b/>
                <w:sz w:val="20"/>
              </w:rPr>
              <w:t>Année 1</w:t>
            </w:r>
          </w:p>
        </w:tc>
        <w:tc>
          <w:tcPr>
            <w:tcW w:w="1872" w:type="dxa"/>
          </w:tcPr>
          <w:p w14:paraId="762B2B84" w14:textId="77777777" w:rsidR="00FC6F9B" w:rsidRPr="00FC6F9B" w:rsidRDefault="00FC6F9B" w:rsidP="00FC6F9B">
            <w:pPr>
              <w:jc w:val="left"/>
              <w:rPr>
                <w:rFonts w:ascii="Calibri" w:hAnsi="Calibri" w:cs="Calibri"/>
                <w:sz w:val="20"/>
              </w:rPr>
            </w:pPr>
            <w:r w:rsidRPr="00FC6F9B">
              <w:rPr>
                <w:rFonts w:ascii="Calibri" w:hAnsi="Calibri" w:cs="Calibri"/>
                <w:b/>
                <w:sz w:val="20"/>
              </w:rPr>
              <w:t>Année 2</w:t>
            </w:r>
          </w:p>
        </w:tc>
        <w:tc>
          <w:tcPr>
            <w:tcW w:w="1872" w:type="dxa"/>
          </w:tcPr>
          <w:p w14:paraId="71316CC6" w14:textId="77777777" w:rsidR="00FC6F9B" w:rsidRPr="00FC6F9B" w:rsidRDefault="00FC6F9B" w:rsidP="00FC6F9B">
            <w:pPr>
              <w:jc w:val="left"/>
              <w:rPr>
                <w:rFonts w:ascii="Calibri" w:hAnsi="Calibri" w:cs="Calibri"/>
                <w:sz w:val="20"/>
              </w:rPr>
            </w:pPr>
            <w:r w:rsidRPr="00FC6F9B">
              <w:rPr>
                <w:rFonts w:ascii="Calibri" w:hAnsi="Calibri" w:cs="Calibri"/>
                <w:b/>
                <w:sz w:val="20"/>
              </w:rPr>
              <w:t>Année 3</w:t>
            </w:r>
          </w:p>
        </w:tc>
      </w:tr>
      <w:tr w:rsidR="00FC6F9B" w:rsidRPr="00FC6F9B" w14:paraId="7BC043EA" w14:textId="77777777" w:rsidTr="00FC6F9B">
        <w:tc>
          <w:tcPr>
            <w:tcW w:w="4752" w:type="dxa"/>
          </w:tcPr>
          <w:p w14:paraId="3C45D8E6" w14:textId="77777777" w:rsidR="00FC6F9B" w:rsidRPr="00FC6F9B" w:rsidRDefault="00FC6F9B" w:rsidP="00FC6F9B">
            <w:pPr>
              <w:jc w:val="left"/>
              <w:rPr>
                <w:rFonts w:ascii="Calibri" w:hAnsi="Calibri" w:cs="Calibri"/>
                <w:sz w:val="20"/>
              </w:rPr>
            </w:pPr>
            <w:r w:rsidRPr="00FC6F9B">
              <w:rPr>
                <w:rFonts w:ascii="Calibri" w:hAnsi="Calibri" w:cs="Calibri"/>
                <w:sz w:val="20"/>
              </w:rPr>
              <w:t>Chiffre d’affaires</w:t>
            </w:r>
          </w:p>
        </w:tc>
        <w:tc>
          <w:tcPr>
            <w:tcW w:w="1872" w:type="dxa"/>
          </w:tcPr>
          <w:p w14:paraId="5E9EB23D" w14:textId="77777777" w:rsidR="00FC6F9B" w:rsidRPr="00FC6F9B" w:rsidRDefault="00FC6F9B" w:rsidP="00FC6F9B">
            <w:pPr>
              <w:jc w:val="left"/>
              <w:rPr>
                <w:rFonts w:ascii="Calibri" w:hAnsi="Calibri" w:cs="Calibri"/>
                <w:sz w:val="20"/>
              </w:rPr>
            </w:pPr>
            <w:r w:rsidRPr="00FC6F9B">
              <w:rPr>
                <w:rFonts w:ascii="Calibri" w:hAnsi="Calibri" w:cs="Calibri"/>
                <w:sz w:val="20"/>
              </w:rPr>
              <w:t>600 000</w:t>
            </w:r>
          </w:p>
        </w:tc>
        <w:tc>
          <w:tcPr>
            <w:tcW w:w="1872" w:type="dxa"/>
          </w:tcPr>
          <w:p w14:paraId="0928C154" w14:textId="77777777" w:rsidR="00FC6F9B" w:rsidRPr="00FC6F9B" w:rsidRDefault="00FC6F9B" w:rsidP="00FC6F9B">
            <w:pPr>
              <w:jc w:val="left"/>
              <w:rPr>
                <w:rFonts w:ascii="Calibri" w:hAnsi="Calibri" w:cs="Calibri"/>
                <w:sz w:val="20"/>
              </w:rPr>
            </w:pPr>
            <w:r w:rsidRPr="00FC6F9B">
              <w:rPr>
                <w:rFonts w:ascii="Calibri" w:hAnsi="Calibri" w:cs="Calibri"/>
                <w:sz w:val="20"/>
              </w:rPr>
              <w:t>780 000</w:t>
            </w:r>
          </w:p>
        </w:tc>
        <w:tc>
          <w:tcPr>
            <w:tcW w:w="1872" w:type="dxa"/>
          </w:tcPr>
          <w:p w14:paraId="7B8D6DF5" w14:textId="77777777" w:rsidR="00FC6F9B" w:rsidRPr="00FC6F9B" w:rsidRDefault="00FC6F9B" w:rsidP="00FC6F9B">
            <w:pPr>
              <w:jc w:val="left"/>
              <w:rPr>
                <w:rFonts w:ascii="Calibri" w:hAnsi="Calibri" w:cs="Calibri"/>
                <w:sz w:val="20"/>
              </w:rPr>
            </w:pPr>
            <w:r w:rsidRPr="00FC6F9B">
              <w:rPr>
                <w:rFonts w:ascii="Calibri" w:hAnsi="Calibri" w:cs="Calibri"/>
                <w:sz w:val="20"/>
              </w:rPr>
              <w:t>960 000</w:t>
            </w:r>
          </w:p>
        </w:tc>
      </w:tr>
      <w:tr w:rsidR="00FC6F9B" w:rsidRPr="00FC6F9B" w14:paraId="4ABD6CFC" w14:textId="77777777" w:rsidTr="00FC6F9B">
        <w:tc>
          <w:tcPr>
            <w:tcW w:w="4752" w:type="dxa"/>
          </w:tcPr>
          <w:p w14:paraId="19FA6836" w14:textId="77777777" w:rsidR="00FC6F9B" w:rsidRPr="00FC6F9B" w:rsidRDefault="00FC6F9B" w:rsidP="00FC6F9B">
            <w:pPr>
              <w:jc w:val="left"/>
              <w:rPr>
                <w:rFonts w:ascii="Calibri" w:hAnsi="Calibri" w:cs="Calibri"/>
                <w:sz w:val="20"/>
              </w:rPr>
            </w:pPr>
            <w:r w:rsidRPr="00FC6F9B">
              <w:rPr>
                <w:rFonts w:ascii="Calibri" w:hAnsi="Calibri" w:cs="Calibri"/>
                <w:sz w:val="20"/>
              </w:rPr>
              <w:t>Charges variables</w:t>
            </w:r>
          </w:p>
        </w:tc>
        <w:tc>
          <w:tcPr>
            <w:tcW w:w="1872" w:type="dxa"/>
          </w:tcPr>
          <w:p w14:paraId="367CB15D" w14:textId="77777777" w:rsidR="00FC6F9B" w:rsidRPr="00FC6F9B" w:rsidRDefault="00FC6F9B" w:rsidP="00FC6F9B">
            <w:pPr>
              <w:jc w:val="left"/>
              <w:rPr>
                <w:rFonts w:ascii="Calibri" w:hAnsi="Calibri" w:cs="Calibri"/>
                <w:sz w:val="20"/>
              </w:rPr>
            </w:pPr>
            <w:r w:rsidRPr="00FC6F9B">
              <w:rPr>
                <w:rFonts w:ascii="Calibri" w:hAnsi="Calibri" w:cs="Calibri"/>
                <w:sz w:val="20"/>
              </w:rPr>
              <w:t>240 000</w:t>
            </w:r>
          </w:p>
        </w:tc>
        <w:tc>
          <w:tcPr>
            <w:tcW w:w="1872" w:type="dxa"/>
          </w:tcPr>
          <w:p w14:paraId="68AD1D24" w14:textId="77777777" w:rsidR="00FC6F9B" w:rsidRPr="00FC6F9B" w:rsidRDefault="00FC6F9B" w:rsidP="00FC6F9B">
            <w:pPr>
              <w:jc w:val="left"/>
              <w:rPr>
                <w:rFonts w:ascii="Calibri" w:hAnsi="Calibri" w:cs="Calibri"/>
                <w:sz w:val="20"/>
              </w:rPr>
            </w:pPr>
            <w:r w:rsidRPr="00FC6F9B">
              <w:rPr>
                <w:rFonts w:ascii="Calibri" w:hAnsi="Calibri" w:cs="Calibri"/>
                <w:sz w:val="20"/>
              </w:rPr>
              <w:t>312 000</w:t>
            </w:r>
          </w:p>
        </w:tc>
        <w:tc>
          <w:tcPr>
            <w:tcW w:w="1872" w:type="dxa"/>
          </w:tcPr>
          <w:p w14:paraId="5443DE8B" w14:textId="77777777" w:rsidR="00FC6F9B" w:rsidRPr="00FC6F9B" w:rsidRDefault="00FC6F9B" w:rsidP="00FC6F9B">
            <w:pPr>
              <w:jc w:val="left"/>
              <w:rPr>
                <w:rFonts w:ascii="Calibri" w:hAnsi="Calibri" w:cs="Calibri"/>
                <w:sz w:val="20"/>
              </w:rPr>
            </w:pPr>
            <w:r w:rsidRPr="00FC6F9B">
              <w:rPr>
                <w:rFonts w:ascii="Calibri" w:hAnsi="Calibri" w:cs="Calibri"/>
                <w:sz w:val="20"/>
              </w:rPr>
              <w:t>384 000</w:t>
            </w:r>
          </w:p>
        </w:tc>
      </w:tr>
      <w:tr w:rsidR="00FC6F9B" w:rsidRPr="00FC6F9B" w14:paraId="4C722CD7" w14:textId="77777777" w:rsidTr="00FC6F9B">
        <w:tc>
          <w:tcPr>
            <w:tcW w:w="4752" w:type="dxa"/>
          </w:tcPr>
          <w:p w14:paraId="600AEE5D" w14:textId="77777777" w:rsidR="00FC6F9B" w:rsidRPr="00FC6F9B" w:rsidRDefault="00FC6F9B" w:rsidP="00FC6F9B">
            <w:pPr>
              <w:jc w:val="left"/>
              <w:rPr>
                <w:rFonts w:ascii="Calibri" w:hAnsi="Calibri" w:cs="Calibri"/>
                <w:sz w:val="20"/>
              </w:rPr>
            </w:pPr>
            <w:r w:rsidRPr="00FC6F9B">
              <w:rPr>
                <w:rFonts w:ascii="Calibri" w:hAnsi="Calibri" w:cs="Calibri"/>
                <w:sz w:val="20"/>
              </w:rPr>
              <w:t>Marge sur coût variable</w:t>
            </w:r>
          </w:p>
        </w:tc>
        <w:tc>
          <w:tcPr>
            <w:tcW w:w="1872" w:type="dxa"/>
          </w:tcPr>
          <w:p w14:paraId="1E67586E" w14:textId="77777777" w:rsidR="00FC6F9B" w:rsidRPr="00FC6F9B" w:rsidRDefault="00FC6F9B" w:rsidP="00FC6F9B">
            <w:pPr>
              <w:jc w:val="left"/>
              <w:rPr>
                <w:rFonts w:ascii="Calibri" w:hAnsi="Calibri" w:cs="Calibri"/>
                <w:sz w:val="20"/>
              </w:rPr>
            </w:pPr>
            <w:r w:rsidRPr="00FC6F9B">
              <w:rPr>
                <w:rFonts w:ascii="Calibri" w:hAnsi="Calibri" w:cs="Calibri"/>
                <w:sz w:val="20"/>
              </w:rPr>
              <w:t>360 000</w:t>
            </w:r>
          </w:p>
        </w:tc>
        <w:tc>
          <w:tcPr>
            <w:tcW w:w="1872" w:type="dxa"/>
          </w:tcPr>
          <w:p w14:paraId="7DB823FD" w14:textId="77777777" w:rsidR="00FC6F9B" w:rsidRPr="00FC6F9B" w:rsidRDefault="00FC6F9B" w:rsidP="00FC6F9B">
            <w:pPr>
              <w:jc w:val="left"/>
              <w:rPr>
                <w:rFonts w:ascii="Calibri" w:hAnsi="Calibri" w:cs="Calibri"/>
                <w:sz w:val="20"/>
              </w:rPr>
            </w:pPr>
            <w:r w:rsidRPr="00FC6F9B">
              <w:rPr>
                <w:rFonts w:ascii="Calibri" w:hAnsi="Calibri" w:cs="Calibri"/>
                <w:sz w:val="20"/>
              </w:rPr>
              <w:t>468 000</w:t>
            </w:r>
          </w:p>
        </w:tc>
        <w:tc>
          <w:tcPr>
            <w:tcW w:w="1872" w:type="dxa"/>
          </w:tcPr>
          <w:p w14:paraId="1C498B50" w14:textId="77777777" w:rsidR="00FC6F9B" w:rsidRPr="00FC6F9B" w:rsidRDefault="00FC6F9B" w:rsidP="00FC6F9B">
            <w:pPr>
              <w:jc w:val="left"/>
              <w:rPr>
                <w:rFonts w:ascii="Calibri" w:hAnsi="Calibri" w:cs="Calibri"/>
                <w:sz w:val="20"/>
              </w:rPr>
            </w:pPr>
            <w:r w:rsidRPr="00FC6F9B">
              <w:rPr>
                <w:rFonts w:ascii="Calibri" w:hAnsi="Calibri" w:cs="Calibri"/>
                <w:sz w:val="20"/>
              </w:rPr>
              <w:t>576 000</w:t>
            </w:r>
          </w:p>
        </w:tc>
      </w:tr>
      <w:tr w:rsidR="00FC6F9B" w:rsidRPr="00FC6F9B" w14:paraId="2965E722" w14:textId="77777777" w:rsidTr="00FC6F9B">
        <w:tc>
          <w:tcPr>
            <w:tcW w:w="4752" w:type="dxa"/>
          </w:tcPr>
          <w:p w14:paraId="532F1776" w14:textId="77777777" w:rsidR="00FC6F9B" w:rsidRPr="00FC6F9B" w:rsidRDefault="00FC6F9B" w:rsidP="00FC6F9B">
            <w:pPr>
              <w:jc w:val="left"/>
              <w:rPr>
                <w:rFonts w:ascii="Calibri" w:hAnsi="Calibri" w:cs="Calibri"/>
                <w:sz w:val="20"/>
              </w:rPr>
            </w:pPr>
            <w:r w:rsidRPr="00FC6F9B">
              <w:rPr>
                <w:rFonts w:ascii="Calibri" w:hAnsi="Calibri" w:cs="Calibri"/>
                <w:sz w:val="20"/>
              </w:rPr>
              <w:t>Charges fixes décaissables</w:t>
            </w:r>
          </w:p>
        </w:tc>
        <w:tc>
          <w:tcPr>
            <w:tcW w:w="1872" w:type="dxa"/>
          </w:tcPr>
          <w:p w14:paraId="50A3DE29" w14:textId="77777777" w:rsidR="00FC6F9B" w:rsidRPr="00FC6F9B" w:rsidRDefault="00FC6F9B" w:rsidP="00FC6F9B">
            <w:pPr>
              <w:jc w:val="left"/>
              <w:rPr>
                <w:rFonts w:ascii="Calibri" w:hAnsi="Calibri" w:cs="Calibri"/>
                <w:sz w:val="20"/>
              </w:rPr>
            </w:pPr>
            <w:r w:rsidRPr="00FC6F9B">
              <w:rPr>
                <w:rFonts w:ascii="Calibri" w:hAnsi="Calibri" w:cs="Calibri"/>
                <w:sz w:val="20"/>
              </w:rPr>
              <w:t>300 000</w:t>
            </w:r>
          </w:p>
        </w:tc>
        <w:tc>
          <w:tcPr>
            <w:tcW w:w="1872" w:type="dxa"/>
          </w:tcPr>
          <w:p w14:paraId="398EB1FF" w14:textId="77777777" w:rsidR="00FC6F9B" w:rsidRPr="00FC6F9B" w:rsidRDefault="00FC6F9B" w:rsidP="00FC6F9B">
            <w:pPr>
              <w:jc w:val="left"/>
              <w:rPr>
                <w:rFonts w:ascii="Calibri" w:hAnsi="Calibri" w:cs="Calibri"/>
                <w:sz w:val="20"/>
              </w:rPr>
            </w:pPr>
            <w:r w:rsidRPr="00FC6F9B">
              <w:rPr>
                <w:rFonts w:ascii="Calibri" w:hAnsi="Calibri" w:cs="Calibri"/>
                <w:sz w:val="20"/>
              </w:rPr>
              <w:t>340 000</w:t>
            </w:r>
          </w:p>
        </w:tc>
        <w:tc>
          <w:tcPr>
            <w:tcW w:w="1872" w:type="dxa"/>
          </w:tcPr>
          <w:p w14:paraId="324F5B14" w14:textId="77777777" w:rsidR="00FC6F9B" w:rsidRPr="00FC6F9B" w:rsidRDefault="00FC6F9B" w:rsidP="00FC6F9B">
            <w:pPr>
              <w:jc w:val="left"/>
              <w:rPr>
                <w:rFonts w:ascii="Calibri" w:hAnsi="Calibri" w:cs="Calibri"/>
                <w:sz w:val="20"/>
              </w:rPr>
            </w:pPr>
            <w:r w:rsidRPr="00FC6F9B">
              <w:rPr>
                <w:rFonts w:ascii="Calibri" w:hAnsi="Calibri" w:cs="Calibri"/>
                <w:sz w:val="20"/>
              </w:rPr>
              <w:t>380 000</w:t>
            </w:r>
          </w:p>
        </w:tc>
      </w:tr>
      <w:tr w:rsidR="00FC6F9B" w:rsidRPr="00FC6F9B" w14:paraId="77504437" w14:textId="77777777" w:rsidTr="00FC6F9B">
        <w:tc>
          <w:tcPr>
            <w:tcW w:w="4752" w:type="dxa"/>
          </w:tcPr>
          <w:p w14:paraId="4560C729" w14:textId="77777777" w:rsidR="00FC6F9B" w:rsidRPr="00FC6F9B" w:rsidRDefault="00FC6F9B" w:rsidP="00FC6F9B">
            <w:pPr>
              <w:jc w:val="left"/>
              <w:rPr>
                <w:rFonts w:ascii="Calibri" w:hAnsi="Calibri" w:cs="Calibri"/>
                <w:sz w:val="20"/>
              </w:rPr>
            </w:pPr>
            <w:r w:rsidRPr="00FC6F9B">
              <w:rPr>
                <w:rFonts w:ascii="Calibri" w:hAnsi="Calibri" w:cs="Calibri"/>
                <w:sz w:val="20"/>
              </w:rPr>
              <w:t>Excédent d’exploitation simplifié</w:t>
            </w:r>
          </w:p>
        </w:tc>
        <w:tc>
          <w:tcPr>
            <w:tcW w:w="1872" w:type="dxa"/>
          </w:tcPr>
          <w:p w14:paraId="2CC5587F" w14:textId="77777777" w:rsidR="00FC6F9B" w:rsidRPr="00FC6F9B" w:rsidRDefault="00FC6F9B" w:rsidP="00FC6F9B">
            <w:pPr>
              <w:jc w:val="left"/>
              <w:rPr>
                <w:rFonts w:ascii="Calibri" w:hAnsi="Calibri" w:cs="Calibri"/>
                <w:sz w:val="20"/>
              </w:rPr>
            </w:pPr>
            <w:r w:rsidRPr="00FC6F9B">
              <w:rPr>
                <w:rFonts w:ascii="Calibri" w:hAnsi="Calibri" w:cs="Calibri"/>
                <w:sz w:val="20"/>
              </w:rPr>
              <w:t>60 000</w:t>
            </w:r>
          </w:p>
        </w:tc>
        <w:tc>
          <w:tcPr>
            <w:tcW w:w="1872" w:type="dxa"/>
          </w:tcPr>
          <w:p w14:paraId="29E0C97E" w14:textId="77777777" w:rsidR="00FC6F9B" w:rsidRPr="00FC6F9B" w:rsidRDefault="00FC6F9B" w:rsidP="00FC6F9B">
            <w:pPr>
              <w:jc w:val="left"/>
              <w:rPr>
                <w:rFonts w:ascii="Calibri" w:hAnsi="Calibri" w:cs="Calibri"/>
                <w:sz w:val="20"/>
              </w:rPr>
            </w:pPr>
            <w:r w:rsidRPr="00FC6F9B">
              <w:rPr>
                <w:rFonts w:ascii="Calibri" w:hAnsi="Calibri" w:cs="Calibri"/>
                <w:sz w:val="20"/>
              </w:rPr>
              <w:t>128 000</w:t>
            </w:r>
          </w:p>
        </w:tc>
        <w:tc>
          <w:tcPr>
            <w:tcW w:w="1872" w:type="dxa"/>
          </w:tcPr>
          <w:p w14:paraId="2F9EB9F2" w14:textId="77777777" w:rsidR="00FC6F9B" w:rsidRPr="00FC6F9B" w:rsidRDefault="00FC6F9B" w:rsidP="00FC6F9B">
            <w:pPr>
              <w:jc w:val="left"/>
              <w:rPr>
                <w:rFonts w:ascii="Calibri" w:hAnsi="Calibri" w:cs="Calibri"/>
                <w:sz w:val="20"/>
              </w:rPr>
            </w:pPr>
            <w:r w:rsidRPr="00FC6F9B">
              <w:rPr>
                <w:rFonts w:ascii="Calibri" w:hAnsi="Calibri" w:cs="Calibri"/>
                <w:sz w:val="20"/>
              </w:rPr>
              <w:t>196 000</w:t>
            </w:r>
          </w:p>
        </w:tc>
      </w:tr>
      <w:tr w:rsidR="00FC6F9B" w:rsidRPr="00FC6F9B" w14:paraId="322D99D5" w14:textId="77777777" w:rsidTr="00FC6F9B">
        <w:tc>
          <w:tcPr>
            <w:tcW w:w="4752" w:type="dxa"/>
          </w:tcPr>
          <w:p w14:paraId="5D55E0DF" w14:textId="77777777" w:rsidR="00FC6F9B" w:rsidRPr="00FC6F9B" w:rsidRDefault="00FC6F9B" w:rsidP="00FC6F9B">
            <w:pPr>
              <w:jc w:val="left"/>
              <w:rPr>
                <w:rFonts w:ascii="Calibri" w:hAnsi="Calibri" w:cs="Calibri"/>
                <w:sz w:val="20"/>
              </w:rPr>
            </w:pPr>
            <w:r w:rsidRPr="00FC6F9B">
              <w:rPr>
                <w:rFonts w:ascii="Calibri" w:hAnsi="Calibri" w:cs="Calibri"/>
                <w:sz w:val="20"/>
              </w:rPr>
              <w:t>Amortissements</w:t>
            </w:r>
          </w:p>
        </w:tc>
        <w:tc>
          <w:tcPr>
            <w:tcW w:w="1872" w:type="dxa"/>
          </w:tcPr>
          <w:p w14:paraId="42A0C49F" w14:textId="77777777" w:rsidR="00FC6F9B" w:rsidRPr="00FC6F9B" w:rsidRDefault="00FC6F9B" w:rsidP="00FC6F9B">
            <w:pPr>
              <w:jc w:val="left"/>
              <w:rPr>
                <w:rFonts w:ascii="Calibri" w:hAnsi="Calibri" w:cs="Calibri"/>
                <w:sz w:val="20"/>
              </w:rPr>
            </w:pPr>
            <w:r w:rsidRPr="00FC6F9B">
              <w:rPr>
                <w:rFonts w:ascii="Calibri" w:hAnsi="Calibri" w:cs="Calibri"/>
                <w:sz w:val="20"/>
              </w:rPr>
              <w:t>20 000</w:t>
            </w:r>
          </w:p>
        </w:tc>
        <w:tc>
          <w:tcPr>
            <w:tcW w:w="1872" w:type="dxa"/>
          </w:tcPr>
          <w:p w14:paraId="2CA3DA09" w14:textId="77777777" w:rsidR="00FC6F9B" w:rsidRPr="00FC6F9B" w:rsidRDefault="00FC6F9B" w:rsidP="00FC6F9B">
            <w:pPr>
              <w:jc w:val="left"/>
              <w:rPr>
                <w:rFonts w:ascii="Calibri" w:hAnsi="Calibri" w:cs="Calibri"/>
                <w:sz w:val="20"/>
              </w:rPr>
            </w:pPr>
            <w:r w:rsidRPr="00FC6F9B">
              <w:rPr>
                <w:rFonts w:ascii="Calibri" w:hAnsi="Calibri" w:cs="Calibri"/>
                <w:sz w:val="20"/>
              </w:rPr>
              <w:t>25 000</w:t>
            </w:r>
          </w:p>
        </w:tc>
        <w:tc>
          <w:tcPr>
            <w:tcW w:w="1872" w:type="dxa"/>
          </w:tcPr>
          <w:p w14:paraId="24F04FAE" w14:textId="77777777" w:rsidR="00FC6F9B" w:rsidRPr="00FC6F9B" w:rsidRDefault="00FC6F9B" w:rsidP="00FC6F9B">
            <w:pPr>
              <w:jc w:val="left"/>
              <w:rPr>
                <w:rFonts w:ascii="Calibri" w:hAnsi="Calibri" w:cs="Calibri"/>
                <w:sz w:val="20"/>
              </w:rPr>
            </w:pPr>
            <w:r w:rsidRPr="00FC6F9B">
              <w:rPr>
                <w:rFonts w:ascii="Calibri" w:hAnsi="Calibri" w:cs="Calibri"/>
                <w:sz w:val="20"/>
              </w:rPr>
              <w:t>30 000</w:t>
            </w:r>
          </w:p>
        </w:tc>
      </w:tr>
      <w:tr w:rsidR="00FC6F9B" w:rsidRPr="00FC6F9B" w14:paraId="6FD0FBCD" w14:textId="77777777" w:rsidTr="00FC6F9B">
        <w:tc>
          <w:tcPr>
            <w:tcW w:w="4752" w:type="dxa"/>
          </w:tcPr>
          <w:p w14:paraId="1A734F22" w14:textId="77777777" w:rsidR="00FC6F9B" w:rsidRPr="00FC6F9B" w:rsidRDefault="00FC6F9B" w:rsidP="00FC6F9B">
            <w:pPr>
              <w:jc w:val="left"/>
              <w:rPr>
                <w:rFonts w:ascii="Calibri" w:hAnsi="Calibri" w:cs="Calibri"/>
                <w:sz w:val="20"/>
              </w:rPr>
            </w:pPr>
            <w:r w:rsidRPr="00FC6F9B">
              <w:rPr>
                <w:rFonts w:ascii="Calibri" w:hAnsi="Calibri" w:cs="Calibri"/>
                <w:sz w:val="20"/>
              </w:rPr>
              <w:t>Résultat d’exploitation</w:t>
            </w:r>
          </w:p>
        </w:tc>
        <w:tc>
          <w:tcPr>
            <w:tcW w:w="1872" w:type="dxa"/>
          </w:tcPr>
          <w:p w14:paraId="54AF7B28" w14:textId="77777777" w:rsidR="00FC6F9B" w:rsidRPr="00FC6F9B" w:rsidRDefault="00FC6F9B" w:rsidP="00FC6F9B">
            <w:pPr>
              <w:jc w:val="left"/>
              <w:rPr>
                <w:rFonts w:ascii="Calibri" w:hAnsi="Calibri" w:cs="Calibri"/>
                <w:sz w:val="20"/>
              </w:rPr>
            </w:pPr>
            <w:r w:rsidRPr="00FC6F9B">
              <w:rPr>
                <w:rFonts w:ascii="Calibri" w:hAnsi="Calibri" w:cs="Calibri"/>
                <w:sz w:val="20"/>
              </w:rPr>
              <w:t>40 000</w:t>
            </w:r>
          </w:p>
        </w:tc>
        <w:tc>
          <w:tcPr>
            <w:tcW w:w="1872" w:type="dxa"/>
          </w:tcPr>
          <w:p w14:paraId="6B148306" w14:textId="77777777" w:rsidR="00FC6F9B" w:rsidRPr="00FC6F9B" w:rsidRDefault="00FC6F9B" w:rsidP="00FC6F9B">
            <w:pPr>
              <w:jc w:val="left"/>
              <w:rPr>
                <w:rFonts w:ascii="Calibri" w:hAnsi="Calibri" w:cs="Calibri"/>
                <w:sz w:val="20"/>
              </w:rPr>
            </w:pPr>
            <w:r w:rsidRPr="00FC6F9B">
              <w:rPr>
                <w:rFonts w:ascii="Calibri" w:hAnsi="Calibri" w:cs="Calibri"/>
                <w:sz w:val="20"/>
              </w:rPr>
              <w:t>103 000</w:t>
            </w:r>
          </w:p>
        </w:tc>
        <w:tc>
          <w:tcPr>
            <w:tcW w:w="1872" w:type="dxa"/>
          </w:tcPr>
          <w:p w14:paraId="0CF360B0" w14:textId="77777777" w:rsidR="00FC6F9B" w:rsidRPr="00FC6F9B" w:rsidRDefault="00FC6F9B" w:rsidP="00FC6F9B">
            <w:pPr>
              <w:jc w:val="left"/>
              <w:rPr>
                <w:rFonts w:ascii="Calibri" w:hAnsi="Calibri" w:cs="Calibri"/>
                <w:sz w:val="20"/>
              </w:rPr>
            </w:pPr>
            <w:r w:rsidRPr="00FC6F9B">
              <w:rPr>
                <w:rFonts w:ascii="Calibri" w:hAnsi="Calibri" w:cs="Calibri"/>
                <w:sz w:val="20"/>
              </w:rPr>
              <w:t>166 000</w:t>
            </w:r>
          </w:p>
        </w:tc>
      </w:tr>
      <w:tr w:rsidR="00FC6F9B" w:rsidRPr="00FC6F9B" w14:paraId="63F10C10" w14:textId="77777777" w:rsidTr="00FC6F9B">
        <w:tc>
          <w:tcPr>
            <w:tcW w:w="4752" w:type="dxa"/>
          </w:tcPr>
          <w:p w14:paraId="3F58ECB2" w14:textId="77777777" w:rsidR="00FC6F9B" w:rsidRPr="00FC6F9B" w:rsidRDefault="00FC6F9B" w:rsidP="00FC6F9B">
            <w:pPr>
              <w:jc w:val="left"/>
              <w:rPr>
                <w:rFonts w:ascii="Calibri" w:hAnsi="Calibri" w:cs="Calibri"/>
                <w:sz w:val="20"/>
              </w:rPr>
            </w:pPr>
            <w:r w:rsidRPr="00FC6F9B">
              <w:rPr>
                <w:rFonts w:ascii="Calibri" w:hAnsi="Calibri" w:cs="Calibri"/>
                <w:sz w:val="20"/>
              </w:rPr>
              <w:t>Intérêts</w:t>
            </w:r>
          </w:p>
        </w:tc>
        <w:tc>
          <w:tcPr>
            <w:tcW w:w="1872" w:type="dxa"/>
          </w:tcPr>
          <w:p w14:paraId="517D4101" w14:textId="77777777" w:rsidR="00FC6F9B" w:rsidRPr="00FC6F9B" w:rsidRDefault="00FC6F9B" w:rsidP="00FC6F9B">
            <w:pPr>
              <w:jc w:val="left"/>
              <w:rPr>
                <w:rFonts w:ascii="Calibri" w:hAnsi="Calibri" w:cs="Calibri"/>
                <w:sz w:val="20"/>
              </w:rPr>
            </w:pPr>
            <w:r w:rsidRPr="00FC6F9B">
              <w:rPr>
                <w:rFonts w:ascii="Calibri" w:hAnsi="Calibri" w:cs="Calibri"/>
                <w:sz w:val="20"/>
              </w:rPr>
              <w:t>4 500</w:t>
            </w:r>
          </w:p>
        </w:tc>
        <w:tc>
          <w:tcPr>
            <w:tcW w:w="1872" w:type="dxa"/>
          </w:tcPr>
          <w:p w14:paraId="4D33A31F" w14:textId="77777777" w:rsidR="00FC6F9B" w:rsidRPr="00FC6F9B" w:rsidRDefault="00FC6F9B" w:rsidP="00FC6F9B">
            <w:pPr>
              <w:jc w:val="left"/>
              <w:rPr>
                <w:rFonts w:ascii="Calibri" w:hAnsi="Calibri" w:cs="Calibri"/>
                <w:sz w:val="20"/>
              </w:rPr>
            </w:pPr>
            <w:r w:rsidRPr="00FC6F9B">
              <w:rPr>
                <w:rFonts w:ascii="Calibri" w:hAnsi="Calibri" w:cs="Calibri"/>
                <w:sz w:val="20"/>
              </w:rPr>
              <w:t>3 000</w:t>
            </w:r>
          </w:p>
        </w:tc>
        <w:tc>
          <w:tcPr>
            <w:tcW w:w="1872" w:type="dxa"/>
          </w:tcPr>
          <w:p w14:paraId="5105BB58" w14:textId="77777777" w:rsidR="00FC6F9B" w:rsidRPr="00FC6F9B" w:rsidRDefault="00FC6F9B" w:rsidP="00FC6F9B">
            <w:pPr>
              <w:jc w:val="left"/>
              <w:rPr>
                <w:rFonts w:ascii="Calibri" w:hAnsi="Calibri" w:cs="Calibri"/>
                <w:sz w:val="20"/>
              </w:rPr>
            </w:pPr>
            <w:r w:rsidRPr="00FC6F9B">
              <w:rPr>
                <w:rFonts w:ascii="Calibri" w:hAnsi="Calibri" w:cs="Calibri"/>
                <w:sz w:val="20"/>
              </w:rPr>
              <w:t>1 500</w:t>
            </w:r>
          </w:p>
        </w:tc>
      </w:tr>
      <w:tr w:rsidR="00FC6F9B" w:rsidRPr="00FC6F9B" w14:paraId="34857B99" w14:textId="77777777" w:rsidTr="00FC6F9B">
        <w:tc>
          <w:tcPr>
            <w:tcW w:w="4752" w:type="dxa"/>
          </w:tcPr>
          <w:p w14:paraId="3168ADA3" w14:textId="77777777" w:rsidR="00FC6F9B" w:rsidRPr="00FC6F9B" w:rsidRDefault="00FC6F9B" w:rsidP="00FC6F9B">
            <w:pPr>
              <w:jc w:val="left"/>
              <w:rPr>
                <w:rFonts w:ascii="Calibri" w:hAnsi="Calibri" w:cs="Calibri"/>
                <w:sz w:val="20"/>
              </w:rPr>
            </w:pPr>
            <w:r w:rsidRPr="00FC6F9B">
              <w:rPr>
                <w:rFonts w:ascii="Calibri" w:hAnsi="Calibri" w:cs="Calibri"/>
                <w:sz w:val="20"/>
              </w:rPr>
              <w:t>Résultat avant impôt</w:t>
            </w:r>
          </w:p>
        </w:tc>
        <w:tc>
          <w:tcPr>
            <w:tcW w:w="1872" w:type="dxa"/>
          </w:tcPr>
          <w:p w14:paraId="17DA084E" w14:textId="77777777" w:rsidR="00FC6F9B" w:rsidRPr="00FC6F9B" w:rsidRDefault="00FC6F9B" w:rsidP="00FC6F9B">
            <w:pPr>
              <w:jc w:val="left"/>
              <w:rPr>
                <w:rFonts w:ascii="Calibri" w:hAnsi="Calibri" w:cs="Calibri"/>
                <w:sz w:val="20"/>
              </w:rPr>
            </w:pPr>
            <w:r w:rsidRPr="00FC6F9B">
              <w:rPr>
                <w:rFonts w:ascii="Calibri" w:hAnsi="Calibri" w:cs="Calibri"/>
                <w:sz w:val="20"/>
              </w:rPr>
              <w:t>35 500</w:t>
            </w:r>
          </w:p>
        </w:tc>
        <w:tc>
          <w:tcPr>
            <w:tcW w:w="1872" w:type="dxa"/>
          </w:tcPr>
          <w:p w14:paraId="227D53C2" w14:textId="77777777" w:rsidR="00FC6F9B" w:rsidRPr="00FC6F9B" w:rsidRDefault="00FC6F9B" w:rsidP="00FC6F9B">
            <w:pPr>
              <w:jc w:val="left"/>
              <w:rPr>
                <w:rFonts w:ascii="Calibri" w:hAnsi="Calibri" w:cs="Calibri"/>
                <w:sz w:val="20"/>
              </w:rPr>
            </w:pPr>
            <w:r w:rsidRPr="00FC6F9B">
              <w:rPr>
                <w:rFonts w:ascii="Calibri" w:hAnsi="Calibri" w:cs="Calibri"/>
                <w:sz w:val="20"/>
              </w:rPr>
              <w:t>100 000</w:t>
            </w:r>
          </w:p>
        </w:tc>
        <w:tc>
          <w:tcPr>
            <w:tcW w:w="1872" w:type="dxa"/>
          </w:tcPr>
          <w:p w14:paraId="3D02EE87" w14:textId="77777777" w:rsidR="00FC6F9B" w:rsidRPr="00FC6F9B" w:rsidRDefault="00FC6F9B" w:rsidP="00FC6F9B">
            <w:pPr>
              <w:jc w:val="left"/>
              <w:rPr>
                <w:rFonts w:ascii="Calibri" w:hAnsi="Calibri" w:cs="Calibri"/>
                <w:sz w:val="20"/>
              </w:rPr>
            </w:pPr>
            <w:r w:rsidRPr="00FC6F9B">
              <w:rPr>
                <w:rFonts w:ascii="Calibri" w:hAnsi="Calibri" w:cs="Calibri"/>
                <w:sz w:val="20"/>
              </w:rPr>
              <w:t>164 500</w:t>
            </w:r>
          </w:p>
        </w:tc>
      </w:tr>
      <w:tr w:rsidR="00FC6F9B" w:rsidRPr="00FC6F9B" w14:paraId="13609936" w14:textId="77777777" w:rsidTr="00FC6F9B">
        <w:tc>
          <w:tcPr>
            <w:tcW w:w="4752" w:type="dxa"/>
          </w:tcPr>
          <w:p w14:paraId="7FE36C27" w14:textId="07CB3C7E" w:rsidR="00FC6F9B" w:rsidRPr="00FC6F9B" w:rsidRDefault="00FC6F9B" w:rsidP="00FC6F9B">
            <w:pPr>
              <w:jc w:val="left"/>
              <w:rPr>
                <w:rFonts w:ascii="Calibri" w:hAnsi="Calibri" w:cs="Calibri"/>
                <w:sz w:val="20"/>
              </w:rPr>
            </w:pPr>
            <w:r w:rsidRPr="00FC6F9B">
              <w:rPr>
                <w:rFonts w:ascii="Calibri" w:hAnsi="Calibri" w:cs="Calibri"/>
                <w:sz w:val="20"/>
              </w:rPr>
              <w:t>Impôt pédagogique à 25</w:t>
            </w:r>
            <w:r w:rsidRPr="00FC6F9B">
              <w:rPr>
                <w:rFonts w:ascii="Calibri" w:hAnsi="Calibri" w:cs="Calibri"/>
                <w:sz w:val="20"/>
              </w:rPr>
              <w:t> %</w:t>
            </w:r>
          </w:p>
        </w:tc>
        <w:tc>
          <w:tcPr>
            <w:tcW w:w="1872" w:type="dxa"/>
          </w:tcPr>
          <w:p w14:paraId="52B910A0" w14:textId="77777777" w:rsidR="00FC6F9B" w:rsidRPr="00FC6F9B" w:rsidRDefault="00FC6F9B" w:rsidP="00FC6F9B">
            <w:pPr>
              <w:jc w:val="left"/>
              <w:rPr>
                <w:rFonts w:ascii="Calibri" w:hAnsi="Calibri" w:cs="Calibri"/>
                <w:sz w:val="20"/>
              </w:rPr>
            </w:pPr>
            <w:r w:rsidRPr="00FC6F9B">
              <w:rPr>
                <w:rFonts w:ascii="Calibri" w:hAnsi="Calibri" w:cs="Calibri"/>
                <w:sz w:val="20"/>
              </w:rPr>
              <w:t>8 875</w:t>
            </w:r>
          </w:p>
        </w:tc>
        <w:tc>
          <w:tcPr>
            <w:tcW w:w="1872" w:type="dxa"/>
          </w:tcPr>
          <w:p w14:paraId="20BF98BA" w14:textId="77777777" w:rsidR="00FC6F9B" w:rsidRPr="00FC6F9B" w:rsidRDefault="00FC6F9B" w:rsidP="00FC6F9B">
            <w:pPr>
              <w:jc w:val="left"/>
              <w:rPr>
                <w:rFonts w:ascii="Calibri" w:hAnsi="Calibri" w:cs="Calibri"/>
                <w:sz w:val="20"/>
              </w:rPr>
            </w:pPr>
            <w:r w:rsidRPr="00FC6F9B">
              <w:rPr>
                <w:rFonts w:ascii="Calibri" w:hAnsi="Calibri" w:cs="Calibri"/>
                <w:sz w:val="20"/>
              </w:rPr>
              <w:t>25 000</w:t>
            </w:r>
          </w:p>
        </w:tc>
        <w:tc>
          <w:tcPr>
            <w:tcW w:w="1872" w:type="dxa"/>
          </w:tcPr>
          <w:p w14:paraId="7152DFCC" w14:textId="77777777" w:rsidR="00FC6F9B" w:rsidRPr="00FC6F9B" w:rsidRDefault="00FC6F9B" w:rsidP="00FC6F9B">
            <w:pPr>
              <w:jc w:val="left"/>
              <w:rPr>
                <w:rFonts w:ascii="Calibri" w:hAnsi="Calibri" w:cs="Calibri"/>
                <w:sz w:val="20"/>
              </w:rPr>
            </w:pPr>
            <w:r w:rsidRPr="00FC6F9B">
              <w:rPr>
                <w:rFonts w:ascii="Calibri" w:hAnsi="Calibri" w:cs="Calibri"/>
                <w:sz w:val="20"/>
              </w:rPr>
              <w:t>41 125</w:t>
            </w:r>
          </w:p>
        </w:tc>
      </w:tr>
      <w:tr w:rsidR="00FC6F9B" w:rsidRPr="00FC6F9B" w14:paraId="1FC0325B" w14:textId="77777777" w:rsidTr="00FC6F9B">
        <w:tc>
          <w:tcPr>
            <w:tcW w:w="4752" w:type="dxa"/>
          </w:tcPr>
          <w:p w14:paraId="7BE26915" w14:textId="77777777" w:rsidR="00FC6F9B" w:rsidRPr="00FC6F9B" w:rsidRDefault="00FC6F9B" w:rsidP="00FC6F9B">
            <w:pPr>
              <w:jc w:val="left"/>
              <w:rPr>
                <w:rFonts w:ascii="Calibri" w:hAnsi="Calibri" w:cs="Calibri"/>
                <w:sz w:val="20"/>
              </w:rPr>
            </w:pPr>
            <w:r w:rsidRPr="00FC6F9B">
              <w:rPr>
                <w:rFonts w:ascii="Calibri" w:hAnsi="Calibri" w:cs="Calibri"/>
                <w:sz w:val="20"/>
              </w:rPr>
              <w:t>Résultat net</w:t>
            </w:r>
          </w:p>
        </w:tc>
        <w:tc>
          <w:tcPr>
            <w:tcW w:w="1872" w:type="dxa"/>
          </w:tcPr>
          <w:p w14:paraId="37E63ADF" w14:textId="77777777" w:rsidR="00FC6F9B" w:rsidRPr="00FC6F9B" w:rsidRDefault="00FC6F9B" w:rsidP="00FC6F9B">
            <w:pPr>
              <w:jc w:val="left"/>
              <w:rPr>
                <w:rFonts w:ascii="Calibri" w:hAnsi="Calibri" w:cs="Calibri"/>
                <w:sz w:val="20"/>
              </w:rPr>
            </w:pPr>
            <w:r w:rsidRPr="00FC6F9B">
              <w:rPr>
                <w:rFonts w:ascii="Calibri" w:hAnsi="Calibri" w:cs="Calibri"/>
                <w:sz w:val="20"/>
              </w:rPr>
              <w:t>26 625</w:t>
            </w:r>
          </w:p>
        </w:tc>
        <w:tc>
          <w:tcPr>
            <w:tcW w:w="1872" w:type="dxa"/>
          </w:tcPr>
          <w:p w14:paraId="166D5AC0" w14:textId="77777777" w:rsidR="00FC6F9B" w:rsidRPr="00FC6F9B" w:rsidRDefault="00FC6F9B" w:rsidP="00FC6F9B">
            <w:pPr>
              <w:jc w:val="left"/>
              <w:rPr>
                <w:rFonts w:ascii="Calibri" w:hAnsi="Calibri" w:cs="Calibri"/>
                <w:sz w:val="20"/>
              </w:rPr>
            </w:pPr>
            <w:r w:rsidRPr="00FC6F9B">
              <w:rPr>
                <w:rFonts w:ascii="Calibri" w:hAnsi="Calibri" w:cs="Calibri"/>
                <w:sz w:val="20"/>
              </w:rPr>
              <w:t>75 000</w:t>
            </w:r>
          </w:p>
        </w:tc>
        <w:tc>
          <w:tcPr>
            <w:tcW w:w="1872" w:type="dxa"/>
          </w:tcPr>
          <w:p w14:paraId="7C3F3424" w14:textId="77777777" w:rsidR="00FC6F9B" w:rsidRPr="00FC6F9B" w:rsidRDefault="00FC6F9B" w:rsidP="00FC6F9B">
            <w:pPr>
              <w:jc w:val="left"/>
              <w:rPr>
                <w:rFonts w:ascii="Calibri" w:hAnsi="Calibri" w:cs="Calibri"/>
                <w:sz w:val="20"/>
              </w:rPr>
            </w:pPr>
            <w:r w:rsidRPr="00FC6F9B">
              <w:rPr>
                <w:rFonts w:ascii="Calibri" w:hAnsi="Calibri" w:cs="Calibri"/>
                <w:sz w:val="20"/>
              </w:rPr>
              <w:t>123 375</w:t>
            </w:r>
          </w:p>
        </w:tc>
      </w:tr>
      <w:tr w:rsidR="00FC6F9B" w:rsidRPr="00FC6F9B" w14:paraId="0B886A9C" w14:textId="77777777" w:rsidTr="00FC6F9B">
        <w:tc>
          <w:tcPr>
            <w:tcW w:w="4752" w:type="dxa"/>
          </w:tcPr>
          <w:p w14:paraId="2B58887A" w14:textId="77777777" w:rsidR="00FC6F9B" w:rsidRPr="00FC6F9B" w:rsidRDefault="00FC6F9B" w:rsidP="00FC6F9B">
            <w:pPr>
              <w:jc w:val="left"/>
              <w:rPr>
                <w:rFonts w:ascii="Calibri" w:hAnsi="Calibri" w:cs="Calibri"/>
                <w:sz w:val="20"/>
              </w:rPr>
            </w:pPr>
            <w:r w:rsidRPr="00FC6F9B">
              <w:rPr>
                <w:rFonts w:ascii="Calibri" w:hAnsi="Calibri" w:cs="Calibri"/>
                <w:sz w:val="20"/>
              </w:rPr>
              <w:t>Capacité d’autofinancement</w:t>
            </w:r>
          </w:p>
        </w:tc>
        <w:tc>
          <w:tcPr>
            <w:tcW w:w="1872" w:type="dxa"/>
          </w:tcPr>
          <w:p w14:paraId="7E788BBB" w14:textId="77777777" w:rsidR="00FC6F9B" w:rsidRPr="00FC6F9B" w:rsidRDefault="00FC6F9B" w:rsidP="00FC6F9B">
            <w:pPr>
              <w:jc w:val="left"/>
              <w:rPr>
                <w:rFonts w:ascii="Calibri" w:hAnsi="Calibri" w:cs="Calibri"/>
                <w:sz w:val="20"/>
              </w:rPr>
            </w:pPr>
            <w:r w:rsidRPr="00FC6F9B">
              <w:rPr>
                <w:rFonts w:ascii="Calibri" w:hAnsi="Calibri" w:cs="Calibri"/>
                <w:sz w:val="20"/>
              </w:rPr>
              <w:t>46 625</w:t>
            </w:r>
          </w:p>
        </w:tc>
        <w:tc>
          <w:tcPr>
            <w:tcW w:w="1872" w:type="dxa"/>
          </w:tcPr>
          <w:p w14:paraId="719575D9" w14:textId="77777777" w:rsidR="00FC6F9B" w:rsidRPr="00FC6F9B" w:rsidRDefault="00FC6F9B" w:rsidP="00FC6F9B">
            <w:pPr>
              <w:jc w:val="left"/>
              <w:rPr>
                <w:rFonts w:ascii="Calibri" w:hAnsi="Calibri" w:cs="Calibri"/>
                <w:sz w:val="20"/>
              </w:rPr>
            </w:pPr>
            <w:r w:rsidRPr="00FC6F9B">
              <w:rPr>
                <w:rFonts w:ascii="Calibri" w:hAnsi="Calibri" w:cs="Calibri"/>
                <w:sz w:val="20"/>
              </w:rPr>
              <w:t>100 000</w:t>
            </w:r>
          </w:p>
        </w:tc>
        <w:tc>
          <w:tcPr>
            <w:tcW w:w="1872" w:type="dxa"/>
          </w:tcPr>
          <w:p w14:paraId="0DD6FBD9" w14:textId="77777777" w:rsidR="00FC6F9B" w:rsidRPr="00FC6F9B" w:rsidRDefault="00FC6F9B" w:rsidP="00FC6F9B">
            <w:pPr>
              <w:jc w:val="left"/>
              <w:rPr>
                <w:rFonts w:ascii="Calibri" w:hAnsi="Calibri" w:cs="Calibri"/>
                <w:sz w:val="20"/>
              </w:rPr>
            </w:pPr>
            <w:r w:rsidRPr="00FC6F9B">
              <w:rPr>
                <w:rFonts w:ascii="Calibri" w:hAnsi="Calibri" w:cs="Calibri"/>
                <w:sz w:val="20"/>
              </w:rPr>
              <w:t>153 375</w:t>
            </w:r>
          </w:p>
        </w:tc>
      </w:tr>
    </w:tbl>
    <w:p w14:paraId="0B6E8DAF" w14:textId="77777777" w:rsidR="00FC6F9B" w:rsidRDefault="00FC6F9B" w:rsidP="00FC6F9B">
      <w:pPr>
        <w:spacing w:after="0" w:line="240" w:lineRule="auto"/>
      </w:pPr>
    </w:p>
    <w:p w14:paraId="2B3E3018" w14:textId="0C009950" w:rsidR="00FC6F9B" w:rsidRDefault="00FC6F9B" w:rsidP="00FC6F9B">
      <w:pPr>
        <w:spacing w:after="0" w:line="240" w:lineRule="auto"/>
      </w:pPr>
      <w:r>
        <w:lastRenderedPageBreak/>
        <w:t>Les intérêts sont calculés sur 90 000</w:t>
      </w:r>
      <w:r>
        <w:t> €</w:t>
      </w:r>
      <w:r>
        <w:t>, puis 60 000</w:t>
      </w:r>
      <w:r>
        <w:t> €</w:t>
      </w:r>
      <w:r>
        <w:t xml:space="preserve"> et 30 000</w:t>
      </w:r>
      <w:r>
        <w:t> €</w:t>
      </w:r>
      <w:r>
        <w:t>. Le remboursement du capital ne diminue pas le résultat. Les amortissements diminuent le résultat sans constituer une sortie d’argent du mois. L’excédent présenté est simplifié dans le cadre des hypothèses, sans le confondre automatiquement avec tous les soldes de gestion comptables.</w:t>
      </w:r>
    </w:p>
    <w:p w14:paraId="0BC7C111" w14:textId="77777777" w:rsidR="00FC6F9B" w:rsidRDefault="00FC6F9B" w:rsidP="00FC6F9B">
      <w:pPr>
        <w:pStyle w:val="Titre2"/>
        <w:spacing w:before="0" w:after="0" w:line="240" w:lineRule="auto"/>
      </w:pPr>
      <w:r>
        <w:t>29.2- Seuil et capacité</w:t>
      </w:r>
    </w:p>
    <w:p w14:paraId="0946736F" w14:textId="136C0759" w:rsidR="00FC6F9B" w:rsidRDefault="00FC6F9B" w:rsidP="00FC6F9B">
      <w:pPr>
        <w:spacing w:after="0" w:line="240" w:lineRule="auto"/>
      </w:pPr>
      <w:r>
        <w:rPr>
          <w:b/>
          <w:sz w:val="21"/>
        </w:rPr>
        <w:t>Taux de marge sur coût variable = 360 000 / 600 000 = 60</w:t>
      </w:r>
      <w:r>
        <w:rPr>
          <w:b/>
          <w:sz w:val="21"/>
        </w:rPr>
        <w:t> %</w:t>
      </w:r>
    </w:p>
    <w:p w14:paraId="6EC71D06" w14:textId="0BEDAFA0" w:rsidR="00FC6F9B" w:rsidRDefault="00FC6F9B" w:rsidP="00FC6F9B">
      <w:pPr>
        <w:spacing w:after="0" w:line="240" w:lineRule="auto"/>
      </w:pPr>
      <w:r>
        <w:rPr>
          <w:b/>
          <w:sz w:val="21"/>
        </w:rPr>
        <w:t>Seuil d’exploitation année 1 = (300 000 + 20 000) / 60</w:t>
      </w:r>
      <w:r>
        <w:rPr>
          <w:b/>
          <w:sz w:val="21"/>
        </w:rPr>
        <w:t> %</w:t>
      </w:r>
      <w:r>
        <w:rPr>
          <w:b/>
          <w:sz w:val="21"/>
        </w:rPr>
        <w:t xml:space="preserve"> = 533 333</w:t>
      </w:r>
      <w:r>
        <w:rPr>
          <w:b/>
          <w:sz w:val="21"/>
        </w:rPr>
        <w:t> €</w:t>
      </w:r>
      <w:r>
        <w:rPr>
          <w:b/>
          <w:sz w:val="21"/>
        </w:rPr>
        <w:t xml:space="preserve"> environ</w:t>
      </w:r>
    </w:p>
    <w:p w14:paraId="67B155C1" w14:textId="4FE81D48" w:rsidR="00FC6F9B" w:rsidRDefault="00FC6F9B" w:rsidP="00FC6F9B">
      <w:pPr>
        <w:spacing w:after="0" w:line="240" w:lineRule="auto"/>
      </w:pPr>
      <w:r>
        <w:rPr>
          <w:b/>
          <w:sz w:val="21"/>
        </w:rPr>
        <w:t>Seuil avant impôt incluant les intérêts = 324 500 / 60</w:t>
      </w:r>
      <w:r>
        <w:rPr>
          <w:b/>
          <w:sz w:val="21"/>
        </w:rPr>
        <w:t> %</w:t>
      </w:r>
      <w:r>
        <w:rPr>
          <w:b/>
          <w:sz w:val="21"/>
        </w:rPr>
        <w:t xml:space="preserve"> = 540 833</w:t>
      </w:r>
      <w:r>
        <w:rPr>
          <w:b/>
          <w:sz w:val="21"/>
        </w:rPr>
        <w:t> €</w:t>
      </w:r>
      <w:r>
        <w:rPr>
          <w:b/>
          <w:sz w:val="21"/>
        </w:rPr>
        <w:t xml:space="preserve"> environ</w:t>
      </w:r>
    </w:p>
    <w:p w14:paraId="1933C095" w14:textId="78C607B1" w:rsidR="00FC6F9B" w:rsidRDefault="00FC6F9B" w:rsidP="00FC6F9B">
      <w:pPr>
        <w:spacing w:after="0" w:line="240" w:lineRule="auto"/>
      </w:pPr>
      <w:r>
        <w:t>L’indice de sécurité d’exploitation est de 11,11</w:t>
      </w:r>
      <w:r>
        <w:t> %</w:t>
      </w:r>
      <w:r>
        <w:t>. Il diminue à environ 9,86</w:t>
      </w:r>
      <w:r>
        <w:t> %</w:t>
      </w:r>
      <w:r>
        <w:t xml:space="preserve"> si les intérêts sont inclus dans le seuil. Le seuil en interventions, pour l’exploitation, est de 320 000 / (500 − 200) = 1 066,67</w:t>
      </w:r>
      <w:r>
        <w:t> :</w:t>
      </w:r>
      <w:r>
        <w:t xml:space="preserve"> il faut au moins 1 067 interventions dans ce modèle.</w:t>
      </w:r>
    </w:p>
    <w:tbl>
      <w:tblPr>
        <w:tblStyle w:val="Grilledutableau"/>
        <w:tblW w:w="0" w:type="auto"/>
        <w:tblLayout w:type="fixed"/>
        <w:tblLook w:val="04A0" w:firstRow="1" w:lastRow="0" w:firstColumn="1" w:lastColumn="0" w:noHBand="0" w:noVBand="1"/>
      </w:tblPr>
      <w:tblGrid>
        <w:gridCol w:w="4752"/>
        <w:gridCol w:w="1872"/>
        <w:gridCol w:w="1872"/>
        <w:gridCol w:w="1872"/>
      </w:tblGrid>
      <w:tr w:rsidR="00FC6F9B" w:rsidRPr="00FC6F9B" w14:paraId="358480CA" w14:textId="77777777" w:rsidTr="00FC6F9B">
        <w:trPr>
          <w:tblHeader/>
        </w:trPr>
        <w:tc>
          <w:tcPr>
            <w:tcW w:w="4752" w:type="dxa"/>
          </w:tcPr>
          <w:p w14:paraId="716FC415" w14:textId="77777777" w:rsidR="00FC6F9B" w:rsidRPr="00FC6F9B" w:rsidRDefault="00FC6F9B" w:rsidP="00FC6F9B">
            <w:pPr>
              <w:jc w:val="left"/>
              <w:rPr>
                <w:rFonts w:ascii="Calibri" w:hAnsi="Calibri" w:cs="Calibri"/>
                <w:sz w:val="20"/>
              </w:rPr>
            </w:pPr>
            <w:r w:rsidRPr="00FC6F9B">
              <w:rPr>
                <w:rFonts w:ascii="Calibri" w:hAnsi="Calibri" w:cs="Calibri"/>
                <w:b/>
                <w:sz w:val="20"/>
              </w:rPr>
              <w:t>Capacité</w:t>
            </w:r>
          </w:p>
        </w:tc>
        <w:tc>
          <w:tcPr>
            <w:tcW w:w="1872" w:type="dxa"/>
          </w:tcPr>
          <w:p w14:paraId="67C23D0F" w14:textId="77777777" w:rsidR="00FC6F9B" w:rsidRPr="00FC6F9B" w:rsidRDefault="00FC6F9B" w:rsidP="00FC6F9B">
            <w:pPr>
              <w:jc w:val="left"/>
              <w:rPr>
                <w:rFonts w:ascii="Calibri" w:hAnsi="Calibri" w:cs="Calibri"/>
                <w:sz w:val="20"/>
              </w:rPr>
            </w:pPr>
            <w:r w:rsidRPr="00FC6F9B">
              <w:rPr>
                <w:rFonts w:ascii="Calibri" w:hAnsi="Calibri" w:cs="Calibri"/>
                <w:b/>
                <w:sz w:val="20"/>
              </w:rPr>
              <w:t>Année 1</w:t>
            </w:r>
          </w:p>
        </w:tc>
        <w:tc>
          <w:tcPr>
            <w:tcW w:w="1872" w:type="dxa"/>
          </w:tcPr>
          <w:p w14:paraId="21AD43CA" w14:textId="77777777" w:rsidR="00FC6F9B" w:rsidRPr="00FC6F9B" w:rsidRDefault="00FC6F9B" w:rsidP="00FC6F9B">
            <w:pPr>
              <w:jc w:val="left"/>
              <w:rPr>
                <w:rFonts w:ascii="Calibri" w:hAnsi="Calibri" w:cs="Calibri"/>
                <w:sz w:val="20"/>
              </w:rPr>
            </w:pPr>
            <w:r w:rsidRPr="00FC6F9B">
              <w:rPr>
                <w:rFonts w:ascii="Calibri" w:hAnsi="Calibri" w:cs="Calibri"/>
                <w:b/>
                <w:sz w:val="20"/>
              </w:rPr>
              <w:t>Année 2</w:t>
            </w:r>
          </w:p>
        </w:tc>
        <w:tc>
          <w:tcPr>
            <w:tcW w:w="1872" w:type="dxa"/>
          </w:tcPr>
          <w:p w14:paraId="0F0E5FF9" w14:textId="77777777" w:rsidR="00FC6F9B" w:rsidRPr="00FC6F9B" w:rsidRDefault="00FC6F9B" w:rsidP="00FC6F9B">
            <w:pPr>
              <w:jc w:val="left"/>
              <w:rPr>
                <w:rFonts w:ascii="Calibri" w:hAnsi="Calibri" w:cs="Calibri"/>
                <w:sz w:val="20"/>
              </w:rPr>
            </w:pPr>
            <w:r w:rsidRPr="00FC6F9B">
              <w:rPr>
                <w:rFonts w:ascii="Calibri" w:hAnsi="Calibri" w:cs="Calibri"/>
                <w:b/>
                <w:sz w:val="20"/>
              </w:rPr>
              <w:t>Année 3</w:t>
            </w:r>
          </w:p>
        </w:tc>
      </w:tr>
      <w:tr w:rsidR="00FC6F9B" w:rsidRPr="00FC6F9B" w14:paraId="70D4F5F0" w14:textId="77777777" w:rsidTr="00FC6F9B">
        <w:tc>
          <w:tcPr>
            <w:tcW w:w="4752" w:type="dxa"/>
          </w:tcPr>
          <w:p w14:paraId="374D9B1A" w14:textId="77777777" w:rsidR="00FC6F9B" w:rsidRPr="00FC6F9B" w:rsidRDefault="00FC6F9B" w:rsidP="00FC6F9B">
            <w:pPr>
              <w:jc w:val="left"/>
              <w:rPr>
                <w:rFonts w:ascii="Calibri" w:hAnsi="Calibri" w:cs="Calibri"/>
                <w:sz w:val="20"/>
              </w:rPr>
            </w:pPr>
            <w:r w:rsidRPr="00FC6F9B">
              <w:rPr>
                <w:rFonts w:ascii="Calibri" w:hAnsi="Calibri" w:cs="Calibri"/>
                <w:sz w:val="20"/>
              </w:rPr>
              <w:t>Techniciens</w:t>
            </w:r>
          </w:p>
        </w:tc>
        <w:tc>
          <w:tcPr>
            <w:tcW w:w="1872" w:type="dxa"/>
          </w:tcPr>
          <w:p w14:paraId="3744067E" w14:textId="77777777" w:rsidR="00FC6F9B" w:rsidRPr="00FC6F9B" w:rsidRDefault="00FC6F9B" w:rsidP="00FC6F9B">
            <w:pPr>
              <w:jc w:val="left"/>
              <w:rPr>
                <w:rFonts w:ascii="Calibri" w:hAnsi="Calibri" w:cs="Calibri"/>
                <w:sz w:val="20"/>
              </w:rPr>
            </w:pPr>
            <w:r w:rsidRPr="00FC6F9B">
              <w:rPr>
                <w:rFonts w:ascii="Calibri" w:hAnsi="Calibri" w:cs="Calibri"/>
                <w:sz w:val="20"/>
              </w:rPr>
              <w:t>5</w:t>
            </w:r>
          </w:p>
        </w:tc>
        <w:tc>
          <w:tcPr>
            <w:tcW w:w="1872" w:type="dxa"/>
          </w:tcPr>
          <w:p w14:paraId="47B9E5A4" w14:textId="77777777" w:rsidR="00FC6F9B" w:rsidRPr="00FC6F9B" w:rsidRDefault="00FC6F9B" w:rsidP="00FC6F9B">
            <w:pPr>
              <w:jc w:val="left"/>
              <w:rPr>
                <w:rFonts w:ascii="Calibri" w:hAnsi="Calibri" w:cs="Calibri"/>
                <w:sz w:val="20"/>
              </w:rPr>
            </w:pPr>
            <w:r w:rsidRPr="00FC6F9B">
              <w:rPr>
                <w:rFonts w:ascii="Calibri" w:hAnsi="Calibri" w:cs="Calibri"/>
                <w:sz w:val="20"/>
              </w:rPr>
              <w:t>6</w:t>
            </w:r>
          </w:p>
        </w:tc>
        <w:tc>
          <w:tcPr>
            <w:tcW w:w="1872" w:type="dxa"/>
          </w:tcPr>
          <w:p w14:paraId="41ABA490" w14:textId="77777777" w:rsidR="00FC6F9B" w:rsidRPr="00FC6F9B" w:rsidRDefault="00FC6F9B" w:rsidP="00FC6F9B">
            <w:pPr>
              <w:jc w:val="left"/>
              <w:rPr>
                <w:rFonts w:ascii="Calibri" w:hAnsi="Calibri" w:cs="Calibri"/>
                <w:sz w:val="20"/>
              </w:rPr>
            </w:pPr>
            <w:r w:rsidRPr="00FC6F9B">
              <w:rPr>
                <w:rFonts w:ascii="Calibri" w:hAnsi="Calibri" w:cs="Calibri"/>
                <w:sz w:val="20"/>
              </w:rPr>
              <w:t>7</w:t>
            </w:r>
          </w:p>
        </w:tc>
      </w:tr>
      <w:tr w:rsidR="00FC6F9B" w:rsidRPr="00FC6F9B" w14:paraId="07D54DA4" w14:textId="77777777" w:rsidTr="00FC6F9B">
        <w:tc>
          <w:tcPr>
            <w:tcW w:w="4752" w:type="dxa"/>
          </w:tcPr>
          <w:p w14:paraId="34EBD8EC" w14:textId="77777777" w:rsidR="00FC6F9B" w:rsidRPr="00FC6F9B" w:rsidRDefault="00FC6F9B" w:rsidP="00FC6F9B">
            <w:pPr>
              <w:jc w:val="left"/>
              <w:rPr>
                <w:rFonts w:ascii="Calibri" w:hAnsi="Calibri" w:cs="Calibri"/>
                <w:sz w:val="20"/>
              </w:rPr>
            </w:pPr>
            <w:r w:rsidRPr="00FC6F9B">
              <w:rPr>
                <w:rFonts w:ascii="Calibri" w:hAnsi="Calibri" w:cs="Calibri"/>
                <w:sz w:val="20"/>
              </w:rPr>
              <w:t>Capacité annuelle en interventions</w:t>
            </w:r>
          </w:p>
        </w:tc>
        <w:tc>
          <w:tcPr>
            <w:tcW w:w="1872" w:type="dxa"/>
          </w:tcPr>
          <w:p w14:paraId="56ED9C64" w14:textId="77777777" w:rsidR="00FC6F9B" w:rsidRPr="00FC6F9B" w:rsidRDefault="00FC6F9B" w:rsidP="00FC6F9B">
            <w:pPr>
              <w:jc w:val="left"/>
              <w:rPr>
                <w:rFonts w:ascii="Calibri" w:hAnsi="Calibri" w:cs="Calibri"/>
                <w:sz w:val="20"/>
              </w:rPr>
            </w:pPr>
            <w:r w:rsidRPr="00FC6F9B">
              <w:rPr>
                <w:rFonts w:ascii="Calibri" w:hAnsi="Calibri" w:cs="Calibri"/>
                <w:sz w:val="20"/>
              </w:rPr>
              <w:t>1 500</w:t>
            </w:r>
          </w:p>
        </w:tc>
        <w:tc>
          <w:tcPr>
            <w:tcW w:w="1872" w:type="dxa"/>
          </w:tcPr>
          <w:p w14:paraId="74958D2E" w14:textId="77777777" w:rsidR="00FC6F9B" w:rsidRPr="00FC6F9B" w:rsidRDefault="00FC6F9B" w:rsidP="00FC6F9B">
            <w:pPr>
              <w:jc w:val="left"/>
              <w:rPr>
                <w:rFonts w:ascii="Calibri" w:hAnsi="Calibri" w:cs="Calibri"/>
                <w:sz w:val="20"/>
              </w:rPr>
            </w:pPr>
            <w:r w:rsidRPr="00FC6F9B">
              <w:rPr>
                <w:rFonts w:ascii="Calibri" w:hAnsi="Calibri" w:cs="Calibri"/>
                <w:sz w:val="20"/>
              </w:rPr>
              <w:t>1 800</w:t>
            </w:r>
          </w:p>
        </w:tc>
        <w:tc>
          <w:tcPr>
            <w:tcW w:w="1872" w:type="dxa"/>
          </w:tcPr>
          <w:p w14:paraId="28560A49" w14:textId="77777777" w:rsidR="00FC6F9B" w:rsidRPr="00FC6F9B" w:rsidRDefault="00FC6F9B" w:rsidP="00FC6F9B">
            <w:pPr>
              <w:jc w:val="left"/>
              <w:rPr>
                <w:rFonts w:ascii="Calibri" w:hAnsi="Calibri" w:cs="Calibri"/>
                <w:sz w:val="20"/>
              </w:rPr>
            </w:pPr>
            <w:r w:rsidRPr="00FC6F9B">
              <w:rPr>
                <w:rFonts w:ascii="Calibri" w:hAnsi="Calibri" w:cs="Calibri"/>
                <w:sz w:val="20"/>
              </w:rPr>
              <w:t>2 100</w:t>
            </w:r>
          </w:p>
        </w:tc>
      </w:tr>
      <w:tr w:rsidR="00FC6F9B" w:rsidRPr="00FC6F9B" w14:paraId="6845AE89" w14:textId="77777777" w:rsidTr="00FC6F9B">
        <w:tc>
          <w:tcPr>
            <w:tcW w:w="4752" w:type="dxa"/>
          </w:tcPr>
          <w:p w14:paraId="1D104C1F" w14:textId="77777777" w:rsidR="00FC6F9B" w:rsidRPr="00FC6F9B" w:rsidRDefault="00FC6F9B" w:rsidP="00FC6F9B">
            <w:pPr>
              <w:jc w:val="left"/>
              <w:rPr>
                <w:rFonts w:ascii="Calibri" w:hAnsi="Calibri" w:cs="Calibri"/>
                <w:sz w:val="20"/>
              </w:rPr>
            </w:pPr>
            <w:r w:rsidRPr="00FC6F9B">
              <w:rPr>
                <w:rFonts w:ascii="Calibri" w:hAnsi="Calibri" w:cs="Calibri"/>
                <w:sz w:val="20"/>
              </w:rPr>
              <w:t>Utilisation de la capacité</w:t>
            </w:r>
          </w:p>
        </w:tc>
        <w:tc>
          <w:tcPr>
            <w:tcW w:w="1872" w:type="dxa"/>
          </w:tcPr>
          <w:p w14:paraId="1544F5F0" w14:textId="17736343" w:rsidR="00FC6F9B" w:rsidRPr="00FC6F9B" w:rsidRDefault="00FC6F9B" w:rsidP="00FC6F9B">
            <w:pPr>
              <w:jc w:val="left"/>
              <w:rPr>
                <w:rFonts w:ascii="Calibri" w:hAnsi="Calibri" w:cs="Calibri"/>
                <w:sz w:val="20"/>
              </w:rPr>
            </w:pPr>
            <w:r w:rsidRPr="00FC6F9B">
              <w:rPr>
                <w:rFonts w:ascii="Calibri" w:hAnsi="Calibri" w:cs="Calibri"/>
                <w:sz w:val="20"/>
              </w:rPr>
              <w:t>80</w:t>
            </w:r>
            <w:r w:rsidRPr="00FC6F9B">
              <w:rPr>
                <w:rFonts w:ascii="Calibri" w:hAnsi="Calibri" w:cs="Calibri"/>
                <w:sz w:val="20"/>
              </w:rPr>
              <w:t> %</w:t>
            </w:r>
          </w:p>
        </w:tc>
        <w:tc>
          <w:tcPr>
            <w:tcW w:w="1872" w:type="dxa"/>
          </w:tcPr>
          <w:p w14:paraId="119BC644" w14:textId="4D3FF8A7" w:rsidR="00FC6F9B" w:rsidRPr="00FC6F9B" w:rsidRDefault="00FC6F9B" w:rsidP="00FC6F9B">
            <w:pPr>
              <w:jc w:val="left"/>
              <w:rPr>
                <w:rFonts w:ascii="Calibri" w:hAnsi="Calibri" w:cs="Calibri"/>
                <w:sz w:val="20"/>
              </w:rPr>
            </w:pPr>
            <w:r w:rsidRPr="00FC6F9B">
              <w:rPr>
                <w:rFonts w:ascii="Calibri" w:hAnsi="Calibri" w:cs="Calibri"/>
                <w:sz w:val="20"/>
              </w:rPr>
              <w:t>86,67</w:t>
            </w:r>
            <w:r w:rsidRPr="00FC6F9B">
              <w:rPr>
                <w:rFonts w:ascii="Calibri" w:hAnsi="Calibri" w:cs="Calibri"/>
                <w:sz w:val="20"/>
              </w:rPr>
              <w:t> %</w:t>
            </w:r>
          </w:p>
        </w:tc>
        <w:tc>
          <w:tcPr>
            <w:tcW w:w="1872" w:type="dxa"/>
          </w:tcPr>
          <w:p w14:paraId="2011DC85" w14:textId="006BC54A" w:rsidR="00FC6F9B" w:rsidRPr="00FC6F9B" w:rsidRDefault="00FC6F9B" w:rsidP="00FC6F9B">
            <w:pPr>
              <w:jc w:val="left"/>
              <w:rPr>
                <w:rFonts w:ascii="Calibri" w:hAnsi="Calibri" w:cs="Calibri"/>
                <w:sz w:val="20"/>
              </w:rPr>
            </w:pPr>
            <w:r w:rsidRPr="00FC6F9B">
              <w:rPr>
                <w:rFonts w:ascii="Calibri" w:hAnsi="Calibri" w:cs="Calibri"/>
                <w:sz w:val="20"/>
              </w:rPr>
              <w:t>91,43</w:t>
            </w:r>
            <w:r w:rsidRPr="00FC6F9B">
              <w:rPr>
                <w:rFonts w:ascii="Calibri" w:hAnsi="Calibri" w:cs="Calibri"/>
                <w:sz w:val="20"/>
              </w:rPr>
              <w:t> %</w:t>
            </w:r>
          </w:p>
        </w:tc>
      </w:tr>
    </w:tbl>
    <w:p w14:paraId="54459DE7" w14:textId="77777777" w:rsidR="00FC6F9B" w:rsidRDefault="00FC6F9B" w:rsidP="00FC6F9B">
      <w:pPr>
        <w:spacing w:after="0" w:line="240" w:lineRule="auto"/>
      </w:pPr>
    </w:p>
    <w:p w14:paraId="0DC7827C" w14:textId="77777777" w:rsidR="00FC6F9B" w:rsidRDefault="00FC6F9B" w:rsidP="00FC6F9B">
      <w:pPr>
        <w:spacing w:after="0" w:line="240" w:lineRule="auto"/>
      </w:pPr>
      <w:r>
        <w:t>La croissance consomme progressivement la capacité disponible. En année 3, les pics, absences ou reprises de travaux exigent une organisation attentive. Les recrutements sont nécessaires pour soutenir les volumes prévus, mais ne suffisent pas à prouver la demande.</w:t>
      </w:r>
    </w:p>
    <w:p w14:paraId="39E5812D" w14:textId="77777777" w:rsidR="00FC6F9B" w:rsidRDefault="00FC6F9B" w:rsidP="00067DE2">
      <w:pPr>
        <w:pStyle w:val="Titre1"/>
      </w:pPr>
      <w:bookmarkStart w:id="29" w:name="_Toc241759600"/>
      <w:r>
        <w:t>30- Corrigé du cycle et de la trésorerie mensuelle</w:t>
      </w:r>
      <w:bookmarkEnd w:id="29"/>
    </w:p>
    <w:p w14:paraId="349962AE" w14:textId="77777777" w:rsidR="00FC6F9B" w:rsidRDefault="00FC6F9B" w:rsidP="00FC6F9B">
      <w:pPr>
        <w:pStyle w:val="Titre2"/>
        <w:spacing w:before="0" w:after="0" w:line="240" w:lineRule="auto"/>
      </w:pPr>
      <w:r>
        <w:t>30.1- Besoin du cycle à la clôture</w:t>
      </w:r>
    </w:p>
    <w:p w14:paraId="7B6B840D" w14:textId="7DED55FC" w:rsidR="00FC6F9B" w:rsidRDefault="00FC6F9B" w:rsidP="00FC6F9B">
      <w:pPr>
        <w:spacing w:after="0" w:line="240" w:lineRule="auto"/>
      </w:pPr>
      <w:r>
        <w:rPr>
          <w:b/>
          <w:sz w:val="21"/>
        </w:rPr>
        <w:t>Clients année 1 = 600 000 × 60 / 360 = 100 000</w:t>
      </w:r>
      <w:r>
        <w:rPr>
          <w:b/>
          <w:sz w:val="21"/>
        </w:rPr>
        <w:t> €</w:t>
      </w:r>
    </w:p>
    <w:p w14:paraId="66B5D491" w14:textId="048BCF32" w:rsidR="00FC6F9B" w:rsidRDefault="00FC6F9B" w:rsidP="00FC6F9B">
      <w:pPr>
        <w:spacing w:after="0" w:line="240" w:lineRule="auto"/>
      </w:pPr>
      <w:r>
        <w:rPr>
          <w:b/>
          <w:sz w:val="21"/>
        </w:rPr>
        <w:t>Fournisseurs année 1 = 240 000 × 60 / 360 = 40 000</w:t>
      </w:r>
      <w:r>
        <w:rPr>
          <w:b/>
          <w:sz w:val="21"/>
        </w:rPr>
        <w:t> €</w:t>
      </w:r>
    </w:p>
    <w:p w14:paraId="68A8A39A" w14:textId="2A4E6547" w:rsidR="00FC6F9B" w:rsidRDefault="00FC6F9B" w:rsidP="00FC6F9B">
      <w:pPr>
        <w:spacing w:after="0" w:line="240" w:lineRule="auto"/>
      </w:pPr>
      <w:r>
        <w:rPr>
          <w:b/>
          <w:sz w:val="21"/>
        </w:rPr>
        <w:t>Besoin année 1 = 100 000 − 40 000 = 60 000</w:t>
      </w:r>
      <w:r>
        <w:rPr>
          <w:b/>
          <w:sz w:val="21"/>
        </w:rPr>
        <w:t> €</w:t>
      </w:r>
    </w:p>
    <w:p w14:paraId="28993E7D" w14:textId="5C92B588" w:rsidR="00FC6F9B" w:rsidRDefault="00FC6F9B" w:rsidP="00FC6F9B">
      <w:pPr>
        <w:spacing w:after="0" w:line="240" w:lineRule="auto"/>
      </w:pPr>
      <w:r>
        <w:t>La même méthode donne 78 000</w:t>
      </w:r>
      <w:r>
        <w:t> €</w:t>
      </w:r>
      <w:r>
        <w:t xml:space="preserve"> en année 2 et 96 000</w:t>
      </w:r>
      <w:r>
        <w:t> €</w:t>
      </w:r>
      <w:r>
        <w:t xml:space="preserve"> en année 3. La hausse annuelle est de 18 000</w:t>
      </w:r>
      <w:r>
        <w:t> €</w:t>
      </w:r>
      <w:r>
        <w:t>. La structure représente 10</w:t>
      </w:r>
      <w:r>
        <w:t> %</w:t>
      </w:r>
      <w:r>
        <w:t xml:space="preserve"> du chiffre d’affaires dans les conventions du cas. Le montant de 60 000</w:t>
      </w:r>
      <w:r>
        <w:t> €</w:t>
      </w:r>
      <w:r>
        <w:t xml:space="preserve"> n’est pas décaissé en une fois</w:t>
      </w:r>
      <w:r>
        <w:t> :</w:t>
      </w:r>
      <w:r>
        <w:t xml:space="preserve"> il se constitue progressivement par les retards d’encaissement et de paiement.</w:t>
      </w:r>
    </w:p>
    <w:p w14:paraId="19FEF856" w14:textId="77777777" w:rsidR="00FC6F9B" w:rsidRDefault="00FC6F9B" w:rsidP="00FC6F9B">
      <w:pPr>
        <w:pStyle w:val="Titre2"/>
        <w:spacing w:before="0" w:after="0" w:line="240" w:lineRule="auto"/>
      </w:pPr>
      <w:r>
        <w:t>30.2- Budget mensuel de l’année 1</w:t>
      </w:r>
    </w:p>
    <w:p w14:paraId="6589B430" w14:textId="2FD6704C" w:rsidR="00FC6F9B" w:rsidRDefault="00FC6F9B" w:rsidP="00FC6F9B">
      <w:pPr>
        <w:spacing w:after="0" w:line="240" w:lineRule="auto"/>
      </w:pPr>
      <w:r>
        <w:t>Le solde après achat du matériel et avant janvier est de 90 000</w:t>
      </w:r>
      <w:r>
        <w:t> €</w:t>
      </w:r>
      <w:r>
        <w:t>. Chaque mois enregistre 50 000</w:t>
      </w:r>
      <w:r>
        <w:t> €</w:t>
      </w:r>
      <w:r>
        <w:t xml:space="preserve"> de ventes et 20 000</w:t>
      </w:r>
      <w:r>
        <w:t> €</w:t>
      </w:r>
      <w:r>
        <w:t xml:space="preserve"> d’achats variables. Les paiements fixes sont de 25 000</w:t>
      </w:r>
      <w:r>
        <w:t> €</w:t>
      </w:r>
      <w:r>
        <w:t xml:space="preserve"> et les intérêts de 375</w:t>
      </w:r>
      <w:r>
        <w:t> €</w:t>
      </w:r>
      <w:r>
        <w:t>. Les ventes et achats des deux premiers mois sont respectivement encaissés et payés en mars et avril.</w:t>
      </w:r>
    </w:p>
    <w:tbl>
      <w:tblPr>
        <w:tblStyle w:val="Grilledutableau"/>
        <w:tblW w:w="0" w:type="auto"/>
        <w:tblLayout w:type="fixed"/>
        <w:tblLook w:val="04A0" w:firstRow="1" w:lastRow="0" w:firstColumn="1" w:lastColumn="0" w:noHBand="0" w:noVBand="1"/>
      </w:tblPr>
      <w:tblGrid>
        <w:gridCol w:w="3024"/>
        <w:gridCol w:w="2448"/>
        <w:gridCol w:w="2448"/>
        <w:gridCol w:w="2448"/>
      </w:tblGrid>
      <w:tr w:rsidR="00FC6F9B" w:rsidRPr="00FC6F9B" w14:paraId="74E7BD72" w14:textId="77777777" w:rsidTr="00FC6F9B">
        <w:trPr>
          <w:tblHeader/>
        </w:trPr>
        <w:tc>
          <w:tcPr>
            <w:tcW w:w="3024" w:type="dxa"/>
          </w:tcPr>
          <w:p w14:paraId="6ED27113" w14:textId="77777777" w:rsidR="00FC6F9B" w:rsidRPr="00FC6F9B" w:rsidRDefault="00FC6F9B" w:rsidP="00FC6F9B">
            <w:pPr>
              <w:jc w:val="left"/>
              <w:rPr>
                <w:rFonts w:ascii="Calibri" w:hAnsi="Calibri" w:cs="Calibri"/>
                <w:sz w:val="20"/>
              </w:rPr>
            </w:pPr>
            <w:r w:rsidRPr="00FC6F9B">
              <w:rPr>
                <w:rFonts w:ascii="Calibri" w:hAnsi="Calibri" w:cs="Calibri"/>
                <w:b/>
                <w:sz w:val="20"/>
              </w:rPr>
              <w:t>Mois</w:t>
            </w:r>
          </w:p>
        </w:tc>
        <w:tc>
          <w:tcPr>
            <w:tcW w:w="2448" w:type="dxa"/>
          </w:tcPr>
          <w:p w14:paraId="1A48C55D" w14:textId="77777777" w:rsidR="00FC6F9B" w:rsidRPr="00FC6F9B" w:rsidRDefault="00FC6F9B" w:rsidP="00FC6F9B">
            <w:pPr>
              <w:jc w:val="left"/>
              <w:rPr>
                <w:rFonts w:ascii="Calibri" w:hAnsi="Calibri" w:cs="Calibri"/>
                <w:sz w:val="20"/>
              </w:rPr>
            </w:pPr>
            <w:r w:rsidRPr="00FC6F9B">
              <w:rPr>
                <w:rFonts w:ascii="Calibri" w:hAnsi="Calibri" w:cs="Calibri"/>
                <w:b/>
                <w:sz w:val="20"/>
              </w:rPr>
              <w:t>Encaissements</w:t>
            </w:r>
          </w:p>
        </w:tc>
        <w:tc>
          <w:tcPr>
            <w:tcW w:w="2448" w:type="dxa"/>
          </w:tcPr>
          <w:p w14:paraId="74C84425" w14:textId="77777777" w:rsidR="00FC6F9B" w:rsidRPr="00FC6F9B" w:rsidRDefault="00FC6F9B" w:rsidP="00FC6F9B">
            <w:pPr>
              <w:jc w:val="left"/>
              <w:rPr>
                <w:rFonts w:ascii="Calibri" w:hAnsi="Calibri" w:cs="Calibri"/>
                <w:sz w:val="20"/>
              </w:rPr>
            </w:pPr>
            <w:r w:rsidRPr="00FC6F9B">
              <w:rPr>
                <w:rFonts w:ascii="Calibri" w:hAnsi="Calibri" w:cs="Calibri"/>
                <w:b/>
                <w:sz w:val="20"/>
              </w:rPr>
              <w:t>Décaissements</w:t>
            </w:r>
          </w:p>
        </w:tc>
        <w:tc>
          <w:tcPr>
            <w:tcW w:w="2448" w:type="dxa"/>
          </w:tcPr>
          <w:p w14:paraId="41EB2498" w14:textId="77777777" w:rsidR="00FC6F9B" w:rsidRPr="00FC6F9B" w:rsidRDefault="00FC6F9B" w:rsidP="00FC6F9B">
            <w:pPr>
              <w:jc w:val="left"/>
              <w:rPr>
                <w:rFonts w:ascii="Calibri" w:hAnsi="Calibri" w:cs="Calibri"/>
                <w:sz w:val="20"/>
              </w:rPr>
            </w:pPr>
            <w:r w:rsidRPr="00FC6F9B">
              <w:rPr>
                <w:rFonts w:ascii="Calibri" w:hAnsi="Calibri" w:cs="Calibri"/>
                <w:b/>
                <w:sz w:val="20"/>
              </w:rPr>
              <w:t>Solde final</w:t>
            </w:r>
          </w:p>
        </w:tc>
      </w:tr>
      <w:tr w:rsidR="00FC6F9B" w:rsidRPr="00FC6F9B" w14:paraId="41A3E7B6" w14:textId="77777777" w:rsidTr="00FC6F9B">
        <w:tc>
          <w:tcPr>
            <w:tcW w:w="3024" w:type="dxa"/>
          </w:tcPr>
          <w:p w14:paraId="795BC3A2" w14:textId="77777777" w:rsidR="00FC6F9B" w:rsidRPr="00FC6F9B" w:rsidRDefault="00FC6F9B" w:rsidP="00FC6F9B">
            <w:pPr>
              <w:jc w:val="left"/>
              <w:rPr>
                <w:rFonts w:ascii="Calibri" w:hAnsi="Calibri" w:cs="Calibri"/>
                <w:sz w:val="20"/>
              </w:rPr>
            </w:pPr>
            <w:r w:rsidRPr="00FC6F9B">
              <w:rPr>
                <w:rFonts w:ascii="Calibri" w:hAnsi="Calibri" w:cs="Calibri"/>
                <w:sz w:val="20"/>
              </w:rPr>
              <w:t>Janvier</w:t>
            </w:r>
          </w:p>
        </w:tc>
        <w:tc>
          <w:tcPr>
            <w:tcW w:w="2448" w:type="dxa"/>
          </w:tcPr>
          <w:p w14:paraId="506D1C8E" w14:textId="77777777" w:rsidR="00FC6F9B" w:rsidRPr="00FC6F9B" w:rsidRDefault="00FC6F9B" w:rsidP="00FC6F9B">
            <w:pPr>
              <w:jc w:val="left"/>
              <w:rPr>
                <w:rFonts w:ascii="Calibri" w:hAnsi="Calibri" w:cs="Calibri"/>
                <w:sz w:val="20"/>
              </w:rPr>
            </w:pPr>
            <w:r w:rsidRPr="00FC6F9B">
              <w:rPr>
                <w:rFonts w:ascii="Calibri" w:hAnsi="Calibri" w:cs="Calibri"/>
                <w:sz w:val="20"/>
              </w:rPr>
              <w:t>0</w:t>
            </w:r>
          </w:p>
        </w:tc>
        <w:tc>
          <w:tcPr>
            <w:tcW w:w="2448" w:type="dxa"/>
          </w:tcPr>
          <w:p w14:paraId="04ED536C" w14:textId="77777777" w:rsidR="00FC6F9B" w:rsidRPr="00FC6F9B" w:rsidRDefault="00FC6F9B" w:rsidP="00FC6F9B">
            <w:pPr>
              <w:jc w:val="left"/>
              <w:rPr>
                <w:rFonts w:ascii="Calibri" w:hAnsi="Calibri" w:cs="Calibri"/>
                <w:sz w:val="20"/>
              </w:rPr>
            </w:pPr>
            <w:r w:rsidRPr="00FC6F9B">
              <w:rPr>
                <w:rFonts w:ascii="Calibri" w:hAnsi="Calibri" w:cs="Calibri"/>
                <w:sz w:val="20"/>
              </w:rPr>
              <w:t>25 375</w:t>
            </w:r>
          </w:p>
        </w:tc>
        <w:tc>
          <w:tcPr>
            <w:tcW w:w="2448" w:type="dxa"/>
          </w:tcPr>
          <w:p w14:paraId="1FA615ED" w14:textId="77777777" w:rsidR="00FC6F9B" w:rsidRPr="00FC6F9B" w:rsidRDefault="00FC6F9B" w:rsidP="00FC6F9B">
            <w:pPr>
              <w:jc w:val="left"/>
              <w:rPr>
                <w:rFonts w:ascii="Calibri" w:hAnsi="Calibri" w:cs="Calibri"/>
                <w:sz w:val="20"/>
              </w:rPr>
            </w:pPr>
            <w:r w:rsidRPr="00FC6F9B">
              <w:rPr>
                <w:rFonts w:ascii="Calibri" w:hAnsi="Calibri" w:cs="Calibri"/>
                <w:sz w:val="20"/>
              </w:rPr>
              <w:t>64 625</w:t>
            </w:r>
          </w:p>
        </w:tc>
      </w:tr>
      <w:tr w:rsidR="00FC6F9B" w:rsidRPr="00FC6F9B" w14:paraId="1CB23433" w14:textId="77777777" w:rsidTr="00FC6F9B">
        <w:tc>
          <w:tcPr>
            <w:tcW w:w="3024" w:type="dxa"/>
          </w:tcPr>
          <w:p w14:paraId="47FCF6F3" w14:textId="77777777" w:rsidR="00FC6F9B" w:rsidRPr="00FC6F9B" w:rsidRDefault="00FC6F9B" w:rsidP="00FC6F9B">
            <w:pPr>
              <w:jc w:val="left"/>
              <w:rPr>
                <w:rFonts w:ascii="Calibri" w:hAnsi="Calibri" w:cs="Calibri"/>
                <w:sz w:val="20"/>
              </w:rPr>
            </w:pPr>
            <w:r w:rsidRPr="00FC6F9B">
              <w:rPr>
                <w:rFonts w:ascii="Calibri" w:hAnsi="Calibri" w:cs="Calibri"/>
                <w:sz w:val="20"/>
              </w:rPr>
              <w:t>Février</w:t>
            </w:r>
          </w:p>
        </w:tc>
        <w:tc>
          <w:tcPr>
            <w:tcW w:w="2448" w:type="dxa"/>
          </w:tcPr>
          <w:p w14:paraId="4E9AAD35" w14:textId="77777777" w:rsidR="00FC6F9B" w:rsidRPr="00FC6F9B" w:rsidRDefault="00FC6F9B" w:rsidP="00FC6F9B">
            <w:pPr>
              <w:jc w:val="left"/>
              <w:rPr>
                <w:rFonts w:ascii="Calibri" w:hAnsi="Calibri" w:cs="Calibri"/>
                <w:sz w:val="20"/>
              </w:rPr>
            </w:pPr>
            <w:r w:rsidRPr="00FC6F9B">
              <w:rPr>
                <w:rFonts w:ascii="Calibri" w:hAnsi="Calibri" w:cs="Calibri"/>
                <w:sz w:val="20"/>
              </w:rPr>
              <w:t>0</w:t>
            </w:r>
          </w:p>
        </w:tc>
        <w:tc>
          <w:tcPr>
            <w:tcW w:w="2448" w:type="dxa"/>
          </w:tcPr>
          <w:p w14:paraId="1EF3976F" w14:textId="77777777" w:rsidR="00FC6F9B" w:rsidRPr="00FC6F9B" w:rsidRDefault="00FC6F9B" w:rsidP="00FC6F9B">
            <w:pPr>
              <w:jc w:val="left"/>
              <w:rPr>
                <w:rFonts w:ascii="Calibri" w:hAnsi="Calibri" w:cs="Calibri"/>
                <w:sz w:val="20"/>
              </w:rPr>
            </w:pPr>
            <w:r w:rsidRPr="00FC6F9B">
              <w:rPr>
                <w:rFonts w:ascii="Calibri" w:hAnsi="Calibri" w:cs="Calibri"/>
                <w:sz w:val="20"/>
              </w:rPr>
              <w:t>25 375</w:t>
            </w:r>
          </w:p>
        </w:tc>
        <w:tc>
          <w:tcPr>
            <w:tcW w:w="2448" w:type="dxa"/>
          </w:tcPr>
          <w:p w14:paraId="02053440" w14:textId="77777777" w:rsidR="00FC6F9B" w:rsidRPr="00FC6F9B" w:rsidRDefault="00FC6F9B" w:rsidP="00FC6F9B">
            <w:pPr>
              <w:jc w:val="left"/>
              <w:rPr>
                <w:rFonts w:ascii="Calibri" w:hAnsi="Calibri" w:cs="Calibri"/>
                <w:sz w:val="20"/>
              </w:rPr>
            </w:pPr>
            <w:r w:rsidRPr="00FC6F9B">
              <w:rPr>
                <w:rFonts w:ascii="Calibri" w:hAnsi="Calibri" w:cs="Calibri"/>
                <w:sz w:val="20"/>
              </w:rPr>
              <w:t>39 250</w:t>
            </w:r>
          </w:p>
        </w:tc>
      </w:tr>
      <w:tr w:rsidR="00FC6F9B" w:rsidRPr="00FC6F9B" w14:paraId="4D017B82" w14:textId="77777777" w:rsidTr="00FC6F9B">
        <w:tc>
          <w:tcPr>
            <w:tcW w:w="3024" w:type="dxa"/>
          </w:tcPr>
          <w:p w14:paraId="7B893DCD" w14:textId="77777777" w:rsidR="00FC6F9B" w:rsidRPr="00FC6F9B" w:rsidRDefault="00FC6F9B" w:rsidP="00FC6F9B">
            <w:pPr>
              <w:jc w:val="left"/>
              <w:rPr>
                <w:rFonts w:ascii="Calibri" w:hAnsi="Calibri" w:cs="Calibri"/>
                <w:sz w:val="20"/>
              </w:rPr>
            </w:pPr>
            <w:r w:rsidRPr="00FC6F9B">
              <w:rPr>
                <w:rFonts w:ascii="Calibri" w:hAnsi="Calibri" w:cs="Calibri"/>
                <w:sz w:val="20"/>
              </w:rPr>
              <w:t>Mars</w:t>
            </w:r>
          </w:p>
        </w:tc>
        <w:tc>
          <w:tcPr>
            <w:tcW w:w="2448" w:type="dxa"/>
          </w:tcPr>
          <w:p w14:paraId="5B14D7EF"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49ACCC68" w14:textId="77777777" w:rsidR="00FC6F9B" w:rsidRPr="00FC6F9B" w:rsidRDefault="00FC6F9B" w:rsidP="00FC6F9B">
            <w:pPr>
              <w:jc w:val="left"/>
              <w:rPr>
                <w:rFonts w:ascii="Calibri" w:hAnsi="Calibri" w:cs="Calibri"/>
                <w:sz w:val="20"/>
              </w:rPr>
            </w:pPr>
            <w:r w:rsidRPr="00FC6F9B">
              <w:rPr>
                <w:rFonts w:ascii="Calibri" w:hAnsi="Calibri" w:cs="Calibri"/>
                <w:sz w:val="20"/>
              </w:rPr>
              <w:t>45 375</w:t>
            </w:r>
          </w:p>
        </w:tc>
        <w:tc>
          <w:tcPr>
            <w:tcW w:w="2448" w:type="dxa"/>
          </w:tcPr>
          <w:p w14:paraId="052A90CB" w14:textId="77777777" w:rsidR="00FC6F9B" w:rsidRPr="00FC6F9B" w:rsidRDefault="00FC6F9B" w:rsidP="00FC6F9B">
            <w:pPr>
              <w:jc w:val="left"/>
              <w:rPr>
                <w:rFonts w:ascii="Calibri" w:hAnsi="Calibri" w:cs="Calibri"/>
                <w:sz w:val="20"/>
              </w:rPr>
            </w:pPr>
            <w:r w:rsidRPr="00FC6F9B">
              <w:rPr>
                <w:rFonts w:ascii="Calibri" w:hAnsi="Calibri" w:cs="Calibri"/>
                <w:sz w:val="20"/>
              </w:rPr>
              <w:t>43 875</w:t>
            </w:r>
          </w:p>
        </w:tc>
      </w:tr>
      <w:tr w:rsidR="00FC6F9B" w:rsidRPr="00FC6F9B" w14:paraId="289EA582" w14:textId="77777777" w:rsidTr="00FC6F9B">
        <w:tc>
          <w:tcPr>
            <w:tcW w:w="3024" w:type="dxa"/>
          </w:tcPr>
          <w:p w14:paraId="4CEC1A2B" w14:textId="77777777" w:rsidR="00FC6F9B" w:rsidRPr="00FC6F9B" w:rsidRDefault="00FC6F9B" w:rsidP="00FC6F9B">
            <w:pPr>
              <w:jc w:val="left"/>
              <w:rPr>
                <w:rFonts w:ascii="Calibri" w:hAnsi="Calibri" w:cs="Calibri"/>
                <w:sz w:val="20"/>
              </w:rPr>
            </w:pPr>
            <w:r w:rsidRPr="00FC6F9B">
              <w:rPr>
                <w:rFonts w:ascii="Calibri" w:hAnsi="Calibri" w:cs="Calibri"/>
                <w:sz w:val="20"/>
              </w:rPr>
              <w:t>Avril</w:t>
            </w:r>
          </w:p>
        </w:tc>
        <w:tc>
          <w:tcPr>
            <w:tcW w:w="2448" w:type="dxa"/>
          </w:tcPr>
          <w:p w14:paraId="18B4CBB3"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6AF750F7" w14:textId="77777777" w:rsidR="00FC6F9B" w:rsidRPr="00FC6F9B" w:rsidRDefault="00FC6F9B" w:rsidP="00FC6F9B">
            <w:pPr>
              <w:jc w:val="left"/>
              <w:rPr>
                <w:rFonts w:ascii="Calibri" w:hAnsi="Calibri" w:cs="Calibri"/>
                <w:sz w:val="20"/>
              </w:rPr>
            </w:pPr>
            <w:r w:rsidRPr="00FC6F9B">
              <w:rPr>
                <w:rFonts w:ascii="Calibri" w:hAnsi="Calibri" w:cs="Calibri"/>
                <w:sz w:val="20"/>
              </w:rPr>
              <w:t>45 375</w:t>
            </w:r>
          </w:p>
        </w:tc>
        <w:tc>
          <w:tcPr>
            <w:tcW w:w="2448" w:type="dxa"/>
          </w:tcPr>
          <w:p w14:paraId="2CEA03C0" w14:textId="77777777" w:rsidR="00FC6F9B" w:rsidRPr="00FC6F9B" w:rsidRDefault="00FC6F9B" w:rsidP="00FC6F9B">
            <w:pPr>
              <w:jc w:val="left"/>
              <w:rPr>
                <w:rFonts w:ascii="Calibri" w:hAnsi="Calibri" w:cs="Calibri"/>
                <w:sz w:val="20"/>
              </w:rPr>
            </w:pPr>
            <w:r w:rsidRPr="00FC6F9B">
              <w:rPr>
                <w:rFonts w:ascii="Calibri" w:hAnsi="Calibri" w:cs="Calibri"/>
                <w:sz w:val="20"/>
              </w:rPr>
              <w:t>48 500</w:t>
            </w:r>
          </w:p>
        </w:tc>
      </w:tr>
      <w:tr w:rsidR="00FC6F9B" w:rsidRPr="00FC6F9B" w14:paraId="7CF04C20" w14:textId="77777777" w:rsidTr="00FC6F9B">
        <w:tc>
          <w:tcPr>
            <w:tcW w:w="3024" w:type="dxa"/>
          </w:tcPr>
          <w:p w14:paraId="69402E03" w14:textId="77777777" w:rsidR="00FC6F9B" w:rsidRPr="00FC6F9B" w:rsidRDefault="00FC6F9B" w:rsidP="00FC6F9B">
            <w:pPr>
              <w:jc w:val="left"/>
              <w:rPr>
                <w:rFonts w:ascii="Calibri" w:hAnsi="Calibri" w:cs="Calibri"/>
                <w:sz w:val="20"/>
              </w:rPr>
            </w:pPr>
            <w:r w:rsidRPr="00FC6F9B">
              <w:rPr>
                <w:rFonts w:ascii="Calibri" w:hAnsi="Calibri" w:cs="Calibri"/>
                <w:sz w:val="20"/>
              </w:rPr>
              <w:t>Mai</w:t>
            </w:r>
          </w:p>
        </w:tc>
        <w:tc>
          <w:tcPr>
            <w:tcW w:w="2448" w:type="dxa"/>
          </w:tcPr>
          <w:p w14:paraId="5E32155C"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426A5652" w14:textId="77777777" w:rsidR="00FC6F9B" w:rsidRPr="00FC6F9B" w:rsidRDefault="00FC6F9B" w:rsidP="00FC6F9B">
            <w:pPr>
              <w:jc w:val="left"/>
              <w:rPr>
                <w:rFonts w:ascii="Calibri" w:hAnsi="Calibri" w:cs="Calibri"/>
                <w:sz w:val="20"/>
              </w:rPr>
            </w:pPr>
            <w:r w:rsidRPr="00FC6F9B">
              <w:rPr>
                <w:rFonts w:ascii="Calibri" w:hAnsi="Calibri" w:cs="Calibri"/>
                <w:sz w:val="20"/>
              </w:rPr>
              <w:t>45 375</w:t>
            </w:r>
          </w:p>
        </w:tc>
        <w:tc>
          <w:tcPr>
            <w:tcW w:w="2448" w:type="dxa"/>
          </w:tcPr>
          <w:p w14:paraId="047E50D9" w14:textId="77777777" w:rsidR="00FC6F9B" w:rsidRPr="00FC6F9B" w:rsidRDefault="00FC6F9B" w:rsidP="00FC6F9B">
            <w:pPr>
              <w:jc w:val="left"/>
              <w:rPr>
                <w:rFonts w:ascii="Calibri" w:hAnsi="Calibri" w:cs="Calibri"/>
                <w:sz w:val="20"/>
              </w:rPr>
            </w:pPr>
            <w:r w:rsidRPr="00FC6F9B">
              <w:rPr>
                <w:rFonts w:ascii="Calibri" w:hAnsi="Calibri" w:cs="Calibri"/>
                <w:sz w:val="20"/>
              </w:rPr>
              <w:t>53 125</w:t>
            </w:r>
          </w:p>
        </w:tc>
      </w:tr>
      <w:tr w:rsidR="00FC6F9B" w:rsidRPr="00FC6F9B" w14:paraId="21468EA6" w14:textId="77777777" w:rsidTr="00FC6F9B">
        <w:tc>
          <w:tcPr>
            <w:tcW w:w="3024" w:type="dxa"/>
          </w:tcPr>
          <w:p w14:paraId="29A569C7" w14:textId="77777777" w:rsidR="00FC6F9B" w:rsidRPr="00FC6F9B" w:rsidRDefault="00FC6F9B" w:rsidP="00FC6F9B">
            <w:pPr>
              <w:jc w:val="left"/>
              <w:rPr>
                <w:rFonts w:ascii="Calibri" w:hAnsi="Calibri" w:cs="Calibri"/>
                <w:sz w:val="20"/>
              </w:rPr>
            </w:pPr>
            <w:r w:rsidRPr="00FC6F9B">
              <w:rPr>
                <w:rFonts w:ascii="Calibri" w:hAnsi="Calibri" w:cs="Calibri"/>
                <w:sz w:val="20"/>
              </w:rPr>
              <w:t>Juin</w:t>
            </w:r>
          </w:p>
        </w:tc>
        <w:tc>
          <w:tcPr>
            <w:tcW w:w="2448" w:type="dxa"/>
          </w:tcPr>
          <w:p w14:paraId="49D7BE66"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74B0375A" w14:textId="77777777" w:rsidR="00FC6F9B" w:rsidRPr="00FC6F9B" w:rsidRDefault="00FC6F9B" w:rsidP="00FC6F9B">
            <w:pPr>
              <w:jc w:val="left"/>
              <w:rPr>
                <w:rFonts w:ascii="Calibri" w:hAnsi="Calibri" w:cs="Calibri"/>
                <w:sz w:val="20"/>
              </w:rPr>
            </w:pPr>
            <w:r w:rsidRPr="00FC6F9B">
              <w:rPr>
                <w:rFonts w:ascii="Calibri" w:hAnsi="Calibri" w:cs="Calibri"/>
                <w:sz w:val="20"/>
              </w:rPr>
              <w:t>45 375</w:t>
            </w:r>
          </w:p>
        </w:tc>
        <w:tc>
          <w:tcPr>
            <w:tcW w:w="2448" w:type="dxa"/>
          </w:tcPr>
          <w:p w14:paraId="274871E8" w14:textId="77777777" w:rsidR="00FC6F9B" w:rsidRPr="00FC6F9B" w:rsidRDefault="00FC6F9B" w:rsidP="00FC6F9B">
            <w:pPr>
              <w:jc w:val="left"/>
              <w:rPr>
                <w:rFonts w:ascii="Calibri" w:hAnsi="Calibri" w:cs="Calibri"/>
                <w:sz w:val="20"/>
              </w:rPr>
            </w:pPr>
            <w:r w:rsidRPr="00FC6F9B">
              <w:rPr>
                <w:rFonts w:ascii="Calibri" w:hAnsi="Calibri" w:cs="Calibri"/>
                <w:sz w:val="20"/>
              </w:rPr>
              <w:t>57 750</w:t>
            </w:r>
          </w:p>
        </w:tc>
      </w:tr>
      <w:tr w:rsidR="00FC6F9B" w:rsidRPr="00FC6F9B" w14:paraId="47B9D442" w14:textId="77777777" w:rsidTr="00FC6F9B">
        <w:tc>
          <w:tcPr>
            <w:tcW w:w="3024" w:type="dxa"/>
          </w:tcPr>
          <w:p w14:paraId="2ADB4714" w14:textId="77777777" w:rsidR="00FC6F9B" w:rsidRPr="00FC6F9B" w:rsidRDefault="00FC6F9B" w:rsidP="00FC6F9B">
            <w:pPr>
              <w:jc w:val="left"/>
              <w:rPr>
                <w:rFonts w:ascii="Calibri" w:hAnsi="Calibri" w:cs="Calibri"/>
                <w:sz w:val="20"/>
              </w:rPr>
            </w:pPr>
            <w:r w:rsidRPr="00FC6F9B">
              <w:rPr>
                <w:rFonts w:ascii="Calibri" w:hAnsi="Calibri" w:cs="Calibri"/>
                <w:sz w:val="20"/>
              </w:rPr>
              <w:t>Juillet</w:t>
            </w:r>
          </w:p>
        </w:tc>
        <w:tc>
          <w:tcPr>
            <w:tcW w:w="2448" w:type="dxa"/>
          </w:tcPr>
          <w:p w14:paraId="39429CC3"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4B84BE27" w14:textId="77777777" w:rsidR="00FC6F9B" w:rsidRPr="00FC6F9B" w:rsidRDefault="00FC6F9B" w:rsidP="00FC6F9B">
            <w:pPr>
              <w:jc w:val="left"/>
              <w:rPr>
                <w:rFonts w:ascii="Calibri" w:hAnsi="Calibri" w:cs="Calibri"/>
                <w:sz w:val="20"/>
              </w:rPr>
            </w:pPr>
            <w:r w:rsidRPr="00FC6F9B">
              <w:rPr>
                <w:rFonts w:ascii="Calibri" w:hAnsi="Calibri" w:cs="Calibri"/>
                <w:sz w:val="20"/>
              </w:rPr>
              <w:t>45 375</w:t>
            </w:r>
          </w:p>
        </w:tc>
        <w:tc>
          <w:tcPr>
            <w:tcW w:w="2448" w:type="dxa"/>
          </w:tcPr>
          <w:p w14:paraId="3E7FCBCA" w14:textId="77777777" w:rsidR="00FC6F9B" w:rsidRPr="00FC6F9B" w:rsidRDefault="00FC6F9B" w:rsidP="00FC6F9B">
            <w:pPr>
              <w:jc w:val="left"/>
              <w:rPr>
                <w:rFonts w:ascii="Calibri" w:hAnsi="Calibri" w:cs="Calibri"/>
                <w:sz w:val="20"/>
              </w:rPr>
            </w:pPr>
            <w:r w:rsidRPr="00FC6F9B">
              <w:rPr>
                <w:rFonts w:ascii="Calibri" w:hAnsi="Calibri" w:cs="Calibri"/>
                <w:sz w:val="20"/>
              </w:rPr>
              <w:t>62 375</w:t>
            </w:r>
          </w:p>
        </w:tc>
      </w:tr>
      <w:tr w:rsidR="00FC6F9B" w:rsidRPr="00FC6F9B" w14:paraId="2A40A917" w14:textId="77777777" w:rsidTr="00FC6F9B">
        <w:tc>
          <w:tcPr>
            <w:tcW w:w="3024" w:type="dxa"/>
          </w:tcPr>
          <w:p w14:paraId="3F10B394" w14:textId="77777777" w:rsidR="00FC6F9B" w:rsidRPr="00FC6F9B" w:rsidRDefault="00FC6F9B" w:rsidP="00FC6F9B">
            <w:pPr>
              <w:jc w:val="left"/>
              <w:rPr>
                <w:rFonts w:ascii="Calibri" w:hAnsi="Calibri" w:cs="Calibri"/>
                <w:sz w:val="20"/>
              </w:rPr>
            </w:pPr>
            <w:r w:rsidRPr="00FC6F9B">
              <w:rPr>
                <w:rFonts w:ascii="Calibri" w:hAnsi="Calibri" w:cs="Calibri"/>
                <w:sz w:val="20"/>
              </w:rPr>
              <w:t>Août</w:t>
            </w:r>
          </w:p>
        </w:tc>
        <w:tc>
          <w:tcPr>
            <w:tcW w:w="2448" w:type="dxa"/>
          </w:tcPr>
          <w:p w14:paraId="7EC6192B"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10C06FC0" w14:textId="77777777" w:rsidR="00FC6F9B" w:rsidRPr="00FC6F9B" w:rsidRDefault="00FC6F9B" w:rsidP="00FC6F9B">
            <w:pPr>
              <w:jc w:val="left"/>
              <w:rPr>
                <w:rFonts w:ascii="Calibri" w:hAnsi="Calibri" w:cs="Calibri"/>
                <w:sz w:val="20"/>
              </w:rPr>
            </w:pPr>
            <w:r w:rsidRPr="00FC6F9B">
              <w:rPr>
                <w:rFonts w:ascii="Calibri" w:hAnsi="Calibri" w:cs="Calibri"/>
                <w:sz w:val="20"/>
              </w:rPr>
              <w:t>45 375</w:t>
            </w:r>
          </w:p>
        </w:tc>
        <w:tc>
          <w:tcPr>
            <w:tcW w:w="2448" w:type="dxa"/>
          </w:tcPr>
          <w:p w14:paraId="418BC63B" w14:textId="77777777" w:rsidR="00FC6F9B" w:rsidRPr="00FC6F9B" w:rsidRDefault="00FC6F9B" w:rsidP="00FC6F9B">
            <w:pPr>
              <w:jc w:val="left"/>
              <w:rPr>
                <w:rFonts w:ascii="Calibri" w:hAnsi="Calibri" w:cs="Calibri"/>
                <w:sz w:val="20"/>
              </w:rPr>
            </w:pPr>
            <w:r w:rsidRPr="00FC6F9B">
              <w:rPr>
                <w:rFonts w:ascii="Calibri" w:hAnsi="Calibri" w:cs="Calibri"/>
                <w:sz w:val="20"/>
              </w:rPr>
              <w:t>67 000</w:t>
            </w:r>
          </w:p>
        </w:tc>
      </w:tr>
      <w:tr w:rsidR="00FC6F9B" w:rsidRPr="00FC6F9B" w14:paraId="040F0D8F" w14:textId="77777777" w:rsidTr="00FC6F9B">
        <w:tc>
          <w:tcPr>
            <w:tcW w:w="3024" w:type="dxa"/>
          </w:tcPr>
          <w:p w14:paraId="0DA3A12A" w14:textId="77777777" w:rsidR="00FC6F9B" w:rsidRPr="00FC6F9B" w:rsidRDefault="00FC6F9B" w:rsidP="00FC6F9B">
            <w:pPr>
              <w:jc w:val="left"/>
              <w:rPr>
                <w:rFonts w:ascii="Calibri" w:hAnsi="Calibri" w:cs="Calibri"/>
                <w:sz w:val="20"/>
              </w:rPr>
            </w:pPr>
            <w:r w:rsidRPr="00FC6F9B">
              <w:rPr>
                <w:rFonts w:ascii="Calibri" w:hAnsi="Calibri" w:cs="Calibri"/>
                <w:sz w:val="20"/>
              </w:rPr>
              <w:t>Septembre</w:t>
            </w:r>
          </w:p>
        </w:tc>
        <w:tc>
          <w:tcPr>
            <w:tcW w:w="2448" w:type="dxa"/>
          </w:tcPr>
          <w:p w14:paraId="596A7883"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649E1287" w14:textId="77777777" w:rsidR="00FC6F9B" w:rsidRPr="00FC6F9B" w:rsidRDefault="00FC6F9B" w:rsidP="00FC6F9B">
            <w:pPr>
              <w:jc w:val="left"/>
              <w:rPr>
                <w:rFonts w:ascii="Calibri" w:hAnsi="Calibri" w:cs="Calibri"/>
                <w:sz w:val="20"/>
              </w:rPr>
            </w:pPr>
            <w:r w:rsidRPr="00FC6F9B">
              <w:rPr>
                <w:rFonts w:ascii="Calibri" w:hAnsi="Calibri" w:cs="Calibri"/>
                <w:sz w:val="20"/>
              </w:rPr>
              <w:t>45 375</w:t>
            </w:r>
          </w:p>
        </w:tc>
        <w:tc>
          <w:tcPr>
            <w:tcW w:w="2448" w:type="dxa"/>
          </w:tcPr>
          <w:p w14:paraId="1F39B630" w14:textId="77777777" w:rsidR="00FC6F9B" w:rsidRPr="00FC6F9B" w:rsidRDefault="00FC6F9B" w:rsidP="00FC6F9B">
            <w:pPr>
              <w:jc w:val="left"/>
              <w:rPr>
                <w:rFonts w:ascii="Calibri" w:hAnsi="Calibri" w:cs="Calibri"/>
                <w:sz w:val="20"/>
              </w:rPr>
            </w:pPr>
            <w:r w:rsidRPr="00FC6F9B">
              <w:rPr>
                <w:rFonts w:ascii="Calibri" w:hAnsi="Calibri" w:cs="Calibri"/>
                <w:sz w:val="20"/>
              </w:rPr>
              <w:t>71 625</w:t>
            </w:r>
          </w:p>
        </w:tc>
      </w:tr>
      <w:tr w:rsidR="00FC6F9B" w:rsidRPr="00FC6F9B" w14:paraId="332A9C5A" w14:textId="77777777" w:rsidTr="00FC6F9B">
        <w:tc>
          <w:tcPr>
            <w:tcW w:w="3024" w:type="dxa"/>
          </w:tcPr>
          <w:p w14:paraId="5087CA51" w14:textId="77777777" w:rsidR="00FC6F9B" w:rsidRPr="00FC6F9B" w:rsidRDefault="00FC6F9B" w:rsidP="00FC6F9B">
            <w:pPr>
              <w:jc w:val="left"/>
              <w:rPr>
                <w:rFonts w:ascii="Calibri" w:hAnsi="Calibri" w:cs="Calibri"/>
                <w:sz w:val="20"/>
              </w:rPr>
            </w:pPr>
            <w:r w:rsidRPr="00FC6F9B">
              <w:rPr>
                <w:rFonts w:ascii="Calibri" w:hAnsi="Calibri" w:cs="Calibri"/>
                <w:sz w:val="20"/>
              </w:rPr>
              <w:t>Octobre</w:t>
            </w:r>
          </w:p>
        </w:tc>
        <w:tc>
          <w:tcPr>
            <w:tcW w:w="2448" w:type="dxa"/>
          </w:tcPr>
          <w:p w14:paraId="04695514"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57F196F6" w14:textId="77777777" w:rsidR="00FC6F9B" w:rsidRPr="00FC6F9B" w:rsidRDefault="00FC6F9B" w:rsidP="00FC6F9B">
            <w:pPr>
              <w:jc w:val="left"/>
              <w:rPr>
                <w:rFonts w:ascii="Calibri" w:hAnsi="Calibri" w:cs="Calibri"/>
                <w:sz w:val="20"/>
              </w:rPr>
            </w:pPr>
            <w:r w:rsidRPr="00FC6F9B">
              <w:rPr>
                <w:rFonts w:ascii="Calibri" w:hAnsi="Calibri" w:cs="Calibri"/>
                <w:sz w:val="20"/>
              </w:rPr>
              <w:t>45 375</w:t>
            </w:r>
          </w:p>
        </w:tc>
        <w:tc>
          <w:tcPr>
            <w:tcW w:w="2448" w:type="dxa"/>
          </w:tcPr>
          <w:p w14:paraId="6A394C22" w14:textId="77777777" w:rsidR="00FC6F9B" w:rsidRPr="00FC6F9B" w:rsidRDefault="00FC6F9B" w:rsidP="00FC6F9B">
            <w:pPr>
              <w:jc w:val="left"/>
              <w:rPr>
                <w:rFonts w:ascii="Calibri" w:hAnsi="Calibri" w:cs="Calibri"/>
                <w:sz w:val="20"/>
              </w:rPr>
            </w:pPr>
            <w:r w:rsidRPr="00FC6F9B">
              <w:rPr>
                <w:rFonts w:ascii="Calibri" w:hAnsi="Calibri" w:cs="Calibri"/>
                <w:sz w:val="20"/>
              </w:rPr>
              <w:t>76 250</w:t>
            </w:r>
          </w:p>
        </w:tc>
      </w:tr>
      <w:tr w:rsidR="00FC6F9B" w:rsidRPr="00FC6F9B" w14:paraId="05FAF9B1" w14:textId="77777777" w:rsidTr="00FC6F9B">
        <w:tc>
          <w:tcPr>
            <w:tcW w:w="3024" w:type="dxa"/>
          </w:tcPr>
          <w:p w14:paraId="04BD0709" w14:textId="77777777" w:rsidR="00FC6F9B" w:rsidRPr="00FC6F9B" w:rsidRDefault="00FC6F9B" w:rsidP="00FC6F9B">
            <w:pPr>
              <w:jc w:val="left"/>
              <w:rPr>
                <w:rFonts w:ascii="Calibri" w:hAnsi="Calibri" w:cs="Calibri"/>
                <w:sz w:val="20"/>
              </w:rPr>
            </w:pPr>
            <w:r w:rsidRPr="00FC6F9B">
              <w:rPr>
                <w:rFonts w:ascii="Calibri" w:hAnsi="Calibri" w:cs="Calibri"/>
                <w:sz w:val="20"/>
              </w:rPr>
              <w:t>Novembre</w:t>
            </w:r>
          </w:p>
        </w:tc>
        <w:tc>
          <w:tcPr>
            <w:tcW w:w="2448" w:type="dxa"/>
          </w:tcPr>
          <w:p w14:paraId="62C38BAE"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02D280E2" w14:textId="77777777" w:rsidR="00FC6F9B" w:rsidRPr="00FC6F9B" w:rsidRDefault="00FC6F9B" w:rsidP="00FC6F9B">
            <w:pPr>
              <w:jc w:val="left"/>
              <w:rPr>
                <w:rFonts w:ascii="Calibri" w:hAnsi="Calibri" w:cs="Calibri"/>
                <w:sz w:val="20"/>
              </w:rPr>
            </w:pPr>
            <w:r w:rsidRPr="00FC6F9B">
              <w:rPr>
                <w:rFonts w:ascii="Calibri" w:hAnsi="Calibri" w:cs="Calibri"/>
                <w:sz w:val="20"/>
              </w:rPr>
              <w:t>45 375</w:t>
            </w:r>
          </w:p>
        </w:tc>
        <w:tc>
          <w:tcPr>
            <w:tcW w:w="2448" w:type="dxa"/>
          </w:tcPr>
          <w:p w14:paraId="60A71C71" w14:textId="77777777" w:rsidR="00FC6F9B" w:rsidRPr="00FC6F9B" w:rsidRDefault="00FC6F9B" w:rsidP="00FC6F9B">
            <w:pPr>
              <w:jc w:val="left"/>
              <w:rPr>
                <w:rFonts w:ascii="Calibri" w:hAnsi="Calibri" w:cs="Calibri"/>
                <w:sz w:val="20"/>
              </w:rPr>
            </w:pPr>
            <w:r w:rsidRPr="00FC6F9B">
              <w:rPr>
                <w:rFonts w:ascii="Calibri" w:hAnsi="Calibri" w:cs="Calibri"/>
                <w:sz w:val="20"/>
              </w:rPr>
              <w:t>80 875</w:t>
            </w:r>
          </w:p>
        </w:tc>
      </w:tr>
      <w:tr w:rsidR="00FC6F9B" w:rsidRPr="00FC6F9B" w14:paraId="15F31C61" w14:textId="77777777" w:rsidTr="00FC6F9B">
        <w:tc>
          <w:tcPr>
            <w:tcW w:w="3024" w:type="dxa"/>
          </w:tcPr>
          <w:p w14:paraId="0849AF3B" w14:textId="77777777" w:rsidR="00FC6F9B" w:rsidRPr="00FC6F9B" w:rsidRDefault="00FC6F9B" w:rsidP="00FC6F9B">
            <w:pPr>
              <w:jc w:val="left"/>
              <w:rPr>
                <w:rFonts w:ascii="Calibri" w:hAnsi="Calibri" w:cs="Calibri"/>
                <w:sz w:val="20"/>
              </w:rPr>
            </w:pPr>
            <w:r w:rsidRPr="00FC6F9B">
              <w:rPr>
                <w:rFonts w:ascii="Calibri" w:hAnsi="Calibri" w:cs="Calibri"/>
                <w:sz w:val="20"/>
              </w:rPr>
              <w:t>Décembre</w:t>
            </w:r>
          </w:p>
        </w:tc>
        <w:tc>
          <w:tcPr>
            <w:tcW w:w="2448" w:type="dxa"/>
          </w:tcPr>
          <w:p w14:paraId="0DD41931" w14:textId="77777777" w:rsidR="00FC6F9B" w:rsidRPr="00FC6F9B" w:rsidRDefault="00FC6F9B" w:rsidP="00FC6F9B">
            <w:pPr>
              <w:jc w:val="left"/>
              <w:rPr>
                <w:rFonts w:ascii="Calibri" w:hAnsi="Calibri" w:cs="Calibri"/>
                <w:sz w:val="20"/>
              </w:rPr>
            </w:pPr>
            <w:r w:rsidRPr="00FC6F9B">
              <w:rPr>
                <w:rFonts w:ascii="Calibri" w:hAnsi="Calibri" w:cs="Calibri"/>
                <w:sz w:val="20"/>
              </w:rPr>
              <w:t>50 000</w:t>
            </w:r>
          </w:p>
        </w:tc>
        <w:tc>
          <w:tcPr>
            <w:tcW w:w="2448" w:type="dxa"/>
          </w:tcPr>
          <w:p w14:paraId="1CD72D77" w14:textId="77777777" w:rsidR="00FC6F9B" w:rsidRPr="00FC6F9B" w:rsidRDefault="00FC6F9B" w:rsidP="00FC6F9B">
            <w:pPr>
              <w:jc w:val="left"/>
              <w:rPr>
                <w:rFonts w:ascii="Calibri" w:hAnsi="Calibri" w:cs="Calibri"/>
                <w:sz w:val="20"/>
              </w:rPr>
            </w:pPr>
            <w:r w:rsidRPr="00FC6F9B">
              <w:rPr>
                <w:rFonts w:ascii="Calibri" w:hAnsi="Calibri" w:cs="Calibri"/>
                <w:sz w:val="20"/>
              </w:rPr>
              <w:t>84 250</w:t>
            </w:r>
          </w:p>
        </w:tc>
        <w:tc>
          <w:tcPr>
            <w:tcW w:w="2448" w:type="dxa"/>
          </w:tcPr>
          <w:p w14:paraId="05F7FEB5" w14:textId="77777777" w:rsidR="00FC6F9B" w:rsidRPr="00FC6F9B" w:rsidRDefault="00FC6F9B" w:rsidP="00FC6F9B">
            <w:pPr>
              <w:jc w:val="left"/>
              <w:rPr>
                <w:rFonts w:ascii="Calibri" w:hAnsi="Calibri" w:cs="Calibri"/>
                <w:sz w:val="20"/>
              </w:rPr>
            </w:pPr>
            <w:r w:rsidRPr="00FC6F9B">
              <w:rPr>
                <w:rFonts w:ascii="Calibri" w:hAnsi="Calibri" w:cs="Calibri"/>
                <w:sz w:val="20"/>
              </w:rPr>
              <w:t>46 625</w:t>
            </w:r>
          </w:p>
        </w:tc>
      </w:tr>
      <w:tr w:rsidR="00FC6F9B" w:rsidRPr="00FC6F9B" w14:paraId="37D29EB2" w14:textId="77777777" w:rsidTr="00FC6F9B">
        <w:tc>
          <w:tcPr>
            <w:tcW w:w="3024" w:type="dxa"/>
          </w:tcPr>
          <w:p w14:paraId="2A9478AD" w14:textId="77777777" w:rsidR="00FC6F9B" w:rsidRPr="00FC6F9B" w:rsidRDefault="00FC6F9B" w:rsidP="00FC6F9B">
            <w:pPr>
              <w:jc w:val="left"/>
              <w:rPr>
                <w:rFonts w:ascii="Calibri" w:hAnsi="Calibri" w:cs="Calibri"/>
                <w:sz w:val="20"/>
              </w:rPr>
            </w:pPr>
            <w:r w:rsidRPr="00FC6F9B">
              <w:rPr>
                <w:rFonts w:ascii="Calibri" w:hAnsi="Calibri" w:cs="Calibri"/>
                <w:sz w:val="20"/>
              </w:rPr>
              <w:t>Total des flux annuels</w:t>
            </w:r>
          </w:p>
        </w:tc>
        <w:tc>
          <w:tcPr>
            <w:tcW w:w="2448" w:type="dxa"/>
          </w:tcPr>
          <w:p w14:paraId="1CE64A9C" w14:textId="77777777" w:rsidR="00FC6F9B" w:rsidRPr="00FC6F9B" w:rsidRDefault="00FC6F9B" w:rsidP="00FC6F9B">
            <w:pPr>
              <w:jc w:val="left"/>
              <w:rPr>
                <w:rFonts w:ascii="Calibri" w:hAnsi="Calibri" w:cs="Calibri"/>
                <w:sz w:val="20"/>
              </w:rPr>
            </w:pPr>
            <w:r w:rsidRPr="00FC6F9B">
              <w:rPr>
                <w:rFonts w:ascii="Calibri" w:hAnsi="Calibri" w:cs="Calibri"/>
                <w:sz w:val="20"/>
              </w:rPr>
              <w:t>500 000</w:t>
            </w:r>
          </w:p>
        </w:tc>
        <w:tc>
          <w:tcPr>
            <w:tcW w:w="2448" w:type="dxa"/>
          </w:tcPr>
          <w:p w14:paraId="49C8FA45" w14:textId="77777777" w:rsidR="00FC6F9B" w:rsidRPr="00FC6F9B" w:rsidRDefault="00FC6F9B" w:rsidP="00FC6F9B">
            <w:pPr>
              <w:jc w:val="left"/>
              <w:rPr>
                <w:rFonts w:ascii="Calibri" w:hAnsi="Calibri" w:cs="Calibri"/>
                <w:sz w:val="20"/>
              </w:rPr>
            </w:pPr>
            <w:r w:rsidRPr="00FC6F9B">
              <w:rPr>
                <w:rFonts w:ascii="Calibri" w:hAnsi="Calibri" w:cs="Calibri"/>
                <w:sz w:val="20"/>
              </w:rPr>
              <w:t>543 375</w:t>
            </w:r>
          </w:p>
        </w:tc>
        <w:tc>
          <w:tcPr>
            <w:tcW w:w="2448" w:type="dxa"/>
          </w:tcPr>
          <w:p w14:paraId="3E35FA5D" w14:textId="2A23027F" w:rsidR="00FC6F9B" w:rsidRPr="00FC6F9B" w:rsidRDefault="00FC6F9B" w:rsidP="00FC6F9B">
            <w:pPr>
              <w:jc w:val="left"/>
              <w:rPr>
                <w:rFonts w:ascii="Calibri" w:hAnsi="Calibri" w:cs="Calibri"/>
                <w:sz w:val="20"/>
              </w:rPr>
            </w:pPr>
            <w:r w:rsidRPr="00FC6F9B">
              <w:rPr>
                <w:rFonts w:ascii="Calibri" w:hAnsi="Calibri" w:cs="Calibri"/>
                <w:sz w:val="20"/>
              </w:rPr>
              <w:t>-</w:t>
            </w:r>
          </w:p>
        </w:tc>
      </w:tr>
    </w:tbl>
    <w:p w14:paraId="261EF57F" w14:textId="77777777" w:rsidR="00FC6F9B" w:rsidRDefault="00FC6F9B" w:rsidP="00FC6F9B">
      <w:pPr>
        <w:spacing w:after="0" w:line="240" w:lineRule="auto"/>
      </w:pPr>
    </w:p>
    <w:p w14:paraId="0CBCD305" w14:textId="0FE78D1B" w:rsidR="00FC6F9B" w:rsidRDefault="00FC6F9B" w:rsidP="00FC6F9B">
      <w:pPr>
        <w:spacing w:after="0" w:line="240" w:lineRule="auto"/>
      </w:pPr>
      <w:r>
        <w:t>Décembre comprend 45 375</w:t>
      </w:r>
      <w:r>
        <w:t> €</w:t>
      </w:r>
      <w:r>
        <w:t xml:space="preserve"> de paiements habituels, 30 000</w:t>
      </w:r>
      <w:r>
        <w:t> €</w:t>
      </w:r>
      <w:r>
        <w:t xml:space="preserve"> de capital remboursé et 8 875</w:t>
      </w:r>
      <w:r>
        <w:t> €</w:t>
      </w:r>
      <w:r>
        <w:t xml:space="preserve"> d’impôt. Le solde final est de 90 000 + 500 000 − 543 375 = 46 625</w:t>
      </w:r>
      <w:r>
        <w:t> €</w:t>
      </w:r>
      <w:r>
        <w:t>. Les clients de novembre et décembre restent à encaisser, soit 100 000</w:t>
      </w:r>
      <w:r>
        <w:t> €</w:t>
      </w:r>
      <w:r>
        <w:t>. Les achats de ces deux mois restent à payer, soit 40 000</w:t>
      </w:r>
      <w:r>
        <w:t> €</w:t>
      </w:r>
      <w:r>
        <w:t>.</w:t>
      </w:r>
    </w:p>
    <w:p w14:paraId="42F81E0A" w14:textId="104E101B" w:rsidR="00FC6F9B" w:rsidRDefault="00FC6F9B" w:rsidP="00FC6F9B">
      <w:pPr>
        <w:spacing w:after="0" w:line="240" w:lineRule="auto"/>
      </w:pPr>
      <w:r>
        <w:t>Le creux mensuel est de 39 250</w:t>
      </w:r>
      <w:r>
        <w:t> €</w:t>
      </w:r>
      <w:r>
        <w:t xml:space="preserve"> en février. Il est inférieur à la trésorerie de clôture. Le montant disponible dans un mois ne se déduit donc pas du seul résultat annuel ou du solde final.</w:t>
      </w:r>
    </w:p>
    <w:p w14:paraId="43A53A74" w14:textId="77777777" w:rsidR="00FC6F9B" w:rsidRDefault="00FC6F9B" w:rsidP="00067DE2">
      <w:pPr>
        <w:pStyle w:val="Titre1"/>
      </w:pPr>
      <w:bookmarkStart w:id="30" w:name="_Toc241759601"/>
      <w:r>
        <w:lastRenderedPageBreak/>
        <w:t>31- Corrigé du financement et des bilans</w:t>
      </w:r>
      <w:bookmarkEnd w:id="30"/>
    </w:p>
    <w:p w14:paraId="34C03F4B" w14:textId="77777777" w:rsidR="00FC6F9B" w:rsidRDefault="00FC6F9B" w:rsidP="00FC6F9B">
      <w:pPr>
        <w:pStyle w:val="Titre2"/>
        <w:spacing w:before="0" w:after="0" w:line="240" w:lineRule="auto"/>
      </w:pPr>
      <w:r>
        <w:t>31.1- Plan initial et flux pluriannuels</w:t>
      </w:r>
    </w:p>
    <w:p w14:paraId="4E490134" w14:textId="06C36C1C" w:rsidR="00FC6F9B" w:rsidRDefault="00FC6F9B" w:rsidP="00FC6F9B">
      <w:pPr>
        <w:spacing w:after="0" w:line="240" w:lineRule="auto"/>
      </w:pPr>
      <w:r>
        <w:t>Les besoins initiaux sont de 100 000</w:t>
      </w:r>
      <w:r>
        <w:t> €</w:t>
      </w:r>
      <w:r>
        <w:t xml:space="preserve"> de matériel, 60 000</w:t>
      </w:r>
      <w:r>
        <w:t> €</w:t>
      </w:r>
      <w:r>
        <w:t xml:space="preserve"> de financement du cycle et 30 000</w:t>
      </w:r>
      <w:r>
        <w:t> €</w:t>
      </w:r>
      <w:r>
        <w:t xml:space="preserve"> de réserve, soit 190 000</w:t>
      </w:r>
      <w:r>
        <w:t> €</w:t>
      </w:r>
      <w:r>
        <w:t>. Les ressources sont de 100 000</w:t>
      </w:r>
      <w:r>
        <w:t> €</w:t>
      </w:r>
      <w:r>
        <w:t xml:space="preserve"> de capital et 90 000</w:t>
      </w:r>
      <w:r>
        <w:t> €</w:t>
      </w:r>
      <w:r>
        <w:t xml:space="preserve"> d’emprunt. Le budget mensuel montre la formation effective du cycle. Il ne déduit pas à nouveau 60 000</w:t>
      </w:r>
      <w:r>
        <w:t> €</w:t>
      </w:r>
      <w:r>
        <w:t xml:space="preserve"> après avoir déjà positionné les encaissements et paiements.</w:t>
      </w:r>
    </w:p>
    <w:tbl>
      <w:tblPr>
        <w:tblStyle w:val="Grilledutableau"/>
        <w:tblW w:w="0" w:type="auto"/>
        <w:tblLayout w:type="fixed"/>
        <w:tblLook w:val="04A0" w:firstRow="1" w:lastRow="0" w:firstColumn="1" w:lastColumn="0" w:noHBand="0" w:noVBand="1"/>
      </w:tblPr>
      <w:tblGrid>
        <w:gridCol w:w="4752"/>
        <w:gridCol w:w="1872"/>
        <w:gridCol w:w="1872"/>
        <w:gridCol w:w="1872"/>
      </w:tblGrid>
      <w:tr w:rsidR="00FC6F9B" w:rsidRPr="00FC6F9B" w14:paraId="5D7A777B" w14:textId="77777777" w:rsidTr="00FC6F9B">
        <w:trPr>
          <w:tblHeader/>
        </w:trPr>
        <w:tc>
          <w:tcPr>
            <w:tcW w:w="4752" w:type="dxa"/>
          </w:tcPr>
          <w:p w14:paraId="61C00360" w14:textId="77777777" w:rsidR="00FC6F9B" w:rsidRPr="00FC6F9B" w:rsidRDefault="00FC6F9B" w:rsidP="00FC6F9B">
            <w:pPr>
              <w:jc w:val="left"/>
              <w:rPr>
                <w:rFonts w:ascii="Calibri" w:hAnsi="Calibri" w:cs="Calibri"/>
                <w:sz w:val="20"/>
              </w:rPr>
            </w:pPr>
            <w:r w:rsidRPr="00FC6F9B">
              <w:rPr>
                <w:rFonts w:ascii="Calibri" w:hAnsi="Calibri" w:cs="Calibri"/>
                <w:b/>
                <w:sz w:val="20"/>
              </w:rPr>
              <w:t>Flux après achat initial</w:t>
            </w:r>
          </w:p>
        </w:tc>
        <w:tc>
          <w:tcPr>
            <w:tcW w:w="1872" w:type="dxa"/>
          </w:tcPr>
          <w:p w14:paraId="1E4E71C3" w14:textId="77777777" w:rsidR="00FC6F9B" w:rsidRPr="00FC6F9B" w:rsidRDefault="00FC6F9B" w:rsidP="00FC6F9B">
            <w:pPr>
              <w:jc w:val="left"/>
              <w:rPr>
                <w:rFonts w:ascii="Calibri" w:hAnsi="Calibri" w:cs="Calibri"/>
                <w:sz w:val="20"/>
              </w:rPr>
            </w:pPr>
            <w:r w:rsidRPr="00FC6F9B">
              <w:rPr>
                <w:rFonts w:ascii="Calibri" w:hAnsi="Calibri" w:cs="Calibri"/>
                <w:b/>
                <w:sz w:val="20"/>
              </w:rPr>
              <w:t>Année 1</w:t>
            </w:r>
          </w:p>
        </w:tc>
        <w:tc>
          <w:tcPr>
            <w:tcW w:w="1872" w:type="dxa"/>
          </w:tcPr>
          <w:p w14:paraId="426F114B" w14:textId="77777777" w:rsidR="00FC6F9B" w:rsidRPr="00FC6F9B" w:rsidRDefault="00FC6F9B" w:rsidP="00FC6F9B">
            <w:pPr>
              <w:jc w:val="left"/>
              <w:rPr>
                <w:rFonts w:ascii="Calibri" w:hAnsi="Calibri" w:cs="Calibri"/>
                <w:sz w:val="20"/>
              </w:rPr>
            </w:pPr>
            <w:r w:rsidRPr="00FC6F9B">
              <w:rPr>
                <w:rFonts w:ascii="Calibri" w:hAnsi="Calibri" w:cs="Calibri"/>
                <w:b/>
                <w:sz w:val="20"/>
              </w:rPr>
              <w:t>Année 2</w:t>
            </w:r>
          </w:p>
        </w:tc>
        <w:tc>
          <w:tcPr>
            <w:tcW w:w="1872" w:type="dxa"/>
          </w:tcPr>
          <w:p w14:paraId="39F740B7" w14:textId="77777777" w:rsidR="00FC6F9B" w:rsidRPr="00FC6F9B" w:rsidRDefault="00FC6F9B" w:rsidP="00FC6F9B">
            <w:pPr>
              <w:jc w:val="left"/>
              <w:rPr>
                <w:rFonts w:ascii="Calibri" w:hAnsi="Calibri" w:cs="Calibri"/>
                <w:sz w:val="20"/>
              </w:rPr>
            </w:pPr>
            <w:r w:rsidRPr="00FC6F9B">
              <w:rPr>
                <w:rFonts w:ascii="Calibri" w:hAnsi="Calibri" w:cs="Calibri"/>
                <w:b/>
                <w:sz w:val="20"/>
              </w:rPr>
              <w:t>Année 3</w:t>
            </w:r>
          </w:p>
        </w:tc>
      </w:tr>
      <w:tr w:rsidR="00FC6F9B" w:rsidRPr="00FC6F9B" w14:paraId="0112C773" w14:textId="77777777" w:rsidTr="00FC6F9B">
        <w:tc>
          <w:tcPr>
            <w:tcW w:w="4752" w:type="dxa"/>
          </w:tcPr>
          <w:p w14:paraId="3E46A311" w14:textId="77777777" w:rsidR="00FC6F9B" w:rsidRPr="00FC6F9B" w:rsidRDefault="00FC6F9B" w:rsidP="00FC6F9B">
            <w:pPr>
              <w:jc w:val="left"/>
              <w:rPr>
                <w:rFonts w:ascii="Calibri" w:hAnsi="Calibri" w:cs="Calibri"/>
                <w:sz w:val="20"/>
              </w:rPr>
            </w:pPr>
            <w:r w:rsidRPr="00FC6F9B">
              <w:rPr>
                <w:rFonts w:ascii="Calibri" w:hAnsi="Calibri" w:cs="Calibri"/>
                <w:sz w:val="20"/>
              </w:rPr>
              <w:t>Trésorerie au début</w:t>
            </w:r>
          </w:p>
        </w:tc>
        <w:tc>
          <w:tcPr>
            <w:tcW w:w="1872" w:type="dxa"/>
          </w:tcPr>
          <w:p w14:paraId="36EAA6E8" w14:textId="77777777" w:rsidR="00FC6F9B" w:rsidRPr="00FC6F9B" w:rsidRDefault="00FC6F9B" w:rsidP="00FC6F9B">
            <w:pPr>
              <w:jc w:val="left"/>
              <w:rPr>
                <w:rFonts w:ascii="Calibri" w:hAnsi="Calibri" w:cs="Calibri"/>
                <w:sz w:val="20"/>
              </w:rPr>
            </w:pPr>
            <w:r w:rsidRPr="00FC6F9B">
              <w:rPr>
                <w:rFonts w:ascii="Calibri" w:hAnsi="Calibri" w:cs="Calibri"/>
                <w:sz w:val="20"/>
              </w:rPr>
              <w:t>90 000</w:t>
            </w:r>
          </w:p>
        </w:tc>
        <w:tc>
          <w:tcPr>
            <w:tcW w:w="1872" w:type="dxa"/>
          </w:tcPr>
          <w:p w14:paraId="6311E30D" w14:textId="77777777" w:rsidR="00FC6F9B" w:rsidRPr="00FC6F9B" w:rsidRDefault="00FC6F9B" w:rsidP="00FC6F9B">
            <w:pPr>
              <w:jc w:val="left"/>
              <w:rPr>
                <w:rFonts w:ascii="Calibri" w:hAnsi="Calibri" w:cs="Calibri"/>
                <w:sz w:val="20"/>
              </w:rPr>
            </w:pPr>
            <w:r w:rsidRPr="00FC6F9B">
              <w:rPr>
                <w:rFonts w:ascii="Calibri" w:hAnsi="Calibri" w:cs="Calibri"/>
                <w:sz w:val="20"/>
              </w:rPr>
              <w:t>46 625</w:t>
            </w:r>
          </w:p>
        </w:tc>
        <w:tc>
          <w:tcPr>
            <w:tcW w:w="1872" w:type="dxa"/>
          </w:tcPr>
          <w:p w14:paraId="40406295" w14:textId="77777777" w:rsidR="00FC6F9B" w:rsidRPr="00FC6F9B" w:rsidRDefault="00FC6F9B" w:rsidP="00FC6F9B">
            <w:pPr>
              <w:jc w:val="left"/>
              <w:rPr>
                <w:rFonts w:ascii="Calibri" w:hAnsi="Calibri" w:cs="Calibri"/>
                <w:sz w:val="20"/>
              </w:rPr>
            </w:pPr>
            <w:r w:rsidRPr="00FC6F9B">
              <w:rPr>
                <w:rFonts w:ascii="Calibri" w:hAnsi="Calibri" w:cs="Calibri"/>
                <w:sz w:val="20"/>
              </w:rPr>
              <w:t>73 625</w:t>
            </w:r>
          </w:p>
        </w:tc>
      </w:tr>
      <w:tr w:rsidR="00FC6F9B" w:rsidRPr="00FC6F9B" w14:paraId="7672AA86" w14:textId="77777777" w:rsidTr="00FC6F9B">
        <w:tc>
          <w:tcPr>
            <w:tcW w:w="4752" w:type="dxa"/>
          </w:tcPr>
          <w:p w14:paraId="487A27AC" w14:textId="77777777" w:rsidR="00FC6F9B" w:rsidRPr="00FC6F9B" w:rsidRDefault="00FC6F9B" w:rsidP="00FC6F9B">
            <w:pPr>
              <w:jc w:val="left"/>
              <w:rPr>
                <w:rFonts w:ascii="Calibri" w:hAnsi="Calibri" w:cs="Calibri"/>
                <w:sz w:val="20"/>
              </w:rPr>
            </w:pPr>
            <w:r w:rsidRPr="00FC6F9B">
              <w:rPr>
                <w:rFonts w:ascii="Calibri" w:hAnsi="Calibri" w:cs="Calibri"/>
                <w:sz w:val="20"/>
              </w:rPr>
              <w:t>Capacité d’autofinancement</w:t>
            </w:r>
          </w:p>
        </w:tc>
        <w:tc>
          <w:tcPr>
            <w:tcW w:w="1872" w:type="dxa"/>
          </w:tcPr>
          <w:p w14:paraId="1150C15D" w14:textId="77777777" w:rsidR="00FC6F9B" w:rsidRPr="00FC6F9B" w:rsidRDefault="00FC6F9B" w:rsidP="00FC6F9B">
            <w:pPr>
              <w:jc w:val="left"/>
              <w:rPr>
                <w:rFonts w:ascii="Calibri" w:hAnsi="Calibri" w:cs="Calibri"/>
                <w:sz w:val="20"/>
              </w:rPr>
            </w:pPr>
            <w:r w:rsidRPr="00FC6F9B">
              <w:rPr>
                <w:rFonts w:ascii="Calibri" w:hAnsi="Calibri" w:cs="Calibri"/>
                <w:sz w:val="20"/>
              </w:rPr>
              <w:t>46 625</w:t>
            </w:r>
          </w:p>
        </w:tc>
        <w:tc>
          <w:tcPr>
            <w:tcW w:w="1872" w:type="dxa"/>
          </w:tcPr>
          <w:p w14:paraId="6216BD7D" w14:textId="77777777" w:rsidR="00FC6F9B" w:rsidRPr="00FC6F9B" w:rsidRDefault="00FC6F9B" w:rsidP="00FC6F9B">
            <w:pPr>
              <w:jc w:val="left"/>
              <w:rPr>
                <w:rFonts w:ascii="Calibri" w:hAnsi="Calibri" w:cs="Calibri"/>
                <w:sz w:val="20"/>
              </w:rPr>
            </w:pPr>
            <w:r w:rsidRPr="00FC6F9B">
              <w:rPr>
                <w:rFonts w:ascii="Calibri" w:hAnsi="Calibri" w:cs="Calibri"/>
                <w:sz w:val="20"/>
              </w:rPr>
              <w:t>100 000</w:t>
            </w:r>
          </w:p>
        </w:tc>
        <w:tc>
          <w:tcPr>
            <w:tcW w:w="1872" w:type="dxa"/>
          </w:tcPr>
          <w:p w14:paraId="1D7040CD" w14:textId="77777777" w:rsidR="00FC6F9B" w:rsidRPr="00FC6F9B" w:rsidRDefault="00FC6F9B" w:rsidP="00FC6F9B">
            <w:pPr>
              <w:jc w:val="left"/>
              <w:rPr>
                <w:rFonts w:ascii="Calibri" w:hAnsi="Calibri" w:cs="Calibri"/>
                <w:sz w:val="20"/>
              </w:rPr>
            </w:pPr>
            <w:r w:rsidRPr="00FC6F9B">
              <w:rPr>
                <w:rFonts w:ascii="Calibri" w:hAnsi="Calibri" w:cs="Calibri"/>
                <w:sz w:val="20"/>
              </w:rPr>
              <w:t>153 375</w:t>
            </w:r>
          </w:p>
        </w:tc>
      </w:tr>
      <w:tr w:rsidR="00FC6F9B" w:rsidRPr="00FC6F9B" w14:paraId="71AAF1F2" w14:textId="77777777" w:rsidTr="00FC6F9B">
        <w:tc>
          <w:tcPr>
            <w:tcW w:w="4752" w:type="dxa"/>
          </w:tcPr>
          <w:p w14:paraId="2804BD68" w14:textId="77777777" w:rsidR="00FC6F9B" w:rsidRPr="00FC6F9B" w:rsidRDefault="00FC6F9B" w:rsidP="00FC6F9B">
            <w:pPr>
              <w:jc w:val="left"/>
              <w:rPr>
                <w:rFonts w:ascii="Calibri" w:hAnsi="Calibri" w:cs="Calibri"/>
                <w:sz w:val="20"/>
              </w:rPr>
            </w:pPr>
            <w:r w:rsidRPr="00FC6F9B">
              <w:rPr>
                <w:rFonts w:ascii="Calibri" w:hAnsi="Calibri" w:cs="Calibri"/>
                <w:sz w:val="20"/>
              </w:rPr>
              <w:t>Hausse du besoin du cycle</w:t>
            </w:r>
          </w:p>
        </w:tc>
        <w:tc>
          <w:tcPr>
            <w:tcW w:w="1872" w:type="dxa"/>
          </w:tcPr>
          <w:p w14:paraId="58E319D1" w14:textId="77777777" w:rsidR="00FC6F9B" w:rsidRPr="00FC6F9B" w:rsidRDefault="00FC6F9B" w:rsidP="00FC6F9B">
            <w:pPr>
              <w:jc w:val="left"/>
              <w:rPr>
                <w:rFonts w:ascii="Calibri" w:hAnsi="Calibri" w:cs="Calibri"/>
                <w:sz w:val="20"/>
              </w:rPr>
            </w:pPr>
            <w:r w:rsidRPr="00FC6F9B">
              <w:rPr>
                <w:rFonts w:ascii="Calibri" w:hAnsi="Calibri" w:cs="Calibri"/>
                <w:sz w:val="20"/>
              </w:rPr>
              <w:t>−60 000</w:t>
            </w:r>
          </w:p>
        </w:tc>
        <w:tc>
          <w:tcPr>
            <w:tcW w:w="1872" w:type="dxa"/>
          </w:tcPr>
          <w:p w14:paraId="1B625B5E" w14:textId="77777777" w:rsidR="00FC6F9B" w:rsidRPr="00FC6F9B" w:rsidRDefault="00FC6F9B" w:rsidP="00FC6F9B">
            <w:pPr>
              <w:jc w:val="left"/>
              <w:rPr>
                <w:rFonts w:ascii="Calibri" w:hAnsi="Calibri" w:cs="Calibri"/>
                <w:sz w:val="20"/>
              </w:rPr>
            </w:pPr>
            <w:r w:rsidRPr="00FC6F9B">
              <w:rPr>
                <w:rFonts w:ascii="Calibri" w:hAnsi="Calibri" w:cs="Calibri"/>
                <w:sz w:val="20"/>
              </w:rPr>
              <w:t>−18 000</w:t>
            </w:r>
          </w:p>
        </w:tc>
        <w:tc>
          <w:tcPr>
            <w:tcW w:w="1872" w:type="dxa"/>
          </w:tcPr>
          <w:p w14:paraId="2757E2F7" w14:textId="77777777" w:rsidR="00FC6F9B" w:rsidRPr="00FC6F9B" w:rsidRDefault="00FC6F9B" w:rsidP="00FC6F9B">
            <w:pPr>
              <w:jc w:val="left"/>
              <w:rPr>
                <w:rFonts w:ascii="Calibri" w:hAnsi="Calibri" w:cs="Calibri"/>
                <w:sz w:val="20"/>
              </w:rPr>
            </w:pPr>
            <w:r w:rsidRPr="00FC6F9B">
              <w:rPr>
                <w:rFonts w:ascii="Calibri" w:hAnsi="Calibri" w:cs="Calibri"/>
                <w:sz w:val="20"/>
              </w:rPr>
              <w:t>−18 000</w:t>
            </w:r>
          </w:p>
        </w:tc>
      </w:tr>
      <w:tr w:rsidR="00FC6F9B" w:rsidRPr="00FC6F9B" w14:paraId="4B051563" w14:textId="77777777" w:rsidTr="00FC6F9B">
        <w:tc>
          <w:tcPr>
            <w:tcW w:w="4752" w:type="dxa"/>
          </w:tcPr>
          <w:p w14:paraId="4610D769" w14:textId="77777777" w:rsidR="00FC6F9B" w:rsidRPr="00FC6F9B" w:rsidRDefault="00FC6F9B" w:rsidP="00FC6F9B">
            <w:pPr>
              <w:jc w:val="left"/>
              <w:rPr>
                <w:rFonts w:ascii="Calibri" w:hAnsi="Calibri" w:cs="Calibri"/>
                <w:sz w:val="20"/>
              </w:rPr>
            </w:pPr>
            <w:r w:rsidRPr="00FC6F9B">
              <w:rPr>
                <w:rFonts w:ascii="Calibri" w:hAnsi="Calibri" w:cs="Calibri"/>
                <w:sz w:val="20"/>
              </w:rPr>
              <w:t>Investissements nouveaux</w:t>
            </w:r>
          </w:p>
        </w:tc>
        <w:tc>
          <w:tcPr>
            <w:tcW w:w="1872" w:type="dxa"/>
          </w:tcPr>
          <w:p w14:paraId="0F24B2C9" w14:textId="77777777" w:rsidR="00FC6F9B" w:rsidRPr="00FC6F9B" w:rsidRDefault="00FC6F9B" w:rsidP="00FC6F9B">
            <w:pPr>
              <w:jc w:val="left"/>
              <w:rPr>
                <w:rFonts w:ascii="Calibri" w:hAnsi="Calibri" w:cs="Calibri"/>
                <w:sz w:val="20"/>
              </w:rPr>
            </w:pPr>
            <w:r w:rsidRPr="00FC6F9B">
              <w:rPr>
                <w:rFonts w:ascii="Calibri" w:hAnsi="Calibri" w:cs="Calibri"/>
                <w:sz w:val="20"/>
              </w:rPr>
              <w:t>0</w:t>
            </w:r>
          </w:p>
        </w:tc>
        <w:tc>
          <w:tcPr>
            <w:tcW w:w="1872" w:type="dxa"/>
          </w:tcPr>
          <w:p w14:paraId="0DEB821E" w14:textId="77777777" w:rsidR="00FC6F9B" w:rsidRPr="00FC6F9B" w:rsidRDefault="00FC6F9B" w:rsidP="00FC6F9B">
            <w:pPr>
              <w:jc w:val="left"/>
              <w:rPr>
                <w:rFonts w:ascii="Calibri" w:hAnsi="Calibri" w:cs="Calibri"/>
                <w:sz w:val="20"/>
              </w:rPr>
            </w:pPr>
            <w:r w:rsidRPr="00FC6F9B">
              <w:rPr>
                <w:rFonts w:ascii="Calibri" w:hAnsi="Calibri" w:cs="Calibri"/>
                <w:sz w:val="20"/>
              </w:rPr>
              <w:t>−25 000</w:t>
            </w:r>
          </w:p>
        </w:tc>
        <w:tc>
          <w:tcPr>
            <w:tcW w:w="1872" w:type="dxa"/>
          </w:tcPr>
          <w:p w14:paraId="1EEB7C1D" w14:textId="77777777" w:rsidR="00FC6F9B" w:rsidRPr="00FC6F9B" w:rsidRDefault="00FC6F9B" w:rsidP="00FC6F9B">
            <w:pPr>
              <w:jc w:val="left"/>
              <w:rPr>
                <w:rFonts w:ascii="Calibri" w:hAnsi="Calibri" w:cs="Calibri"/>
                <w:sz w:val="20"/>
              </w:rPr>
            </w:pPr>
            <w:r w:rsidRPr="00FC6F9B">
              <w:rPr>
                <w:rFonts w:ascii="Calibri" w:hAnsi="Calibri" w:cs="Calibri"/>
                <w:sz w:val="20"/>
              </w:rPr>
              <w:t>−25 000</w:t>
            </w:r>
          </w:p>
        </w:tc>
      </w:tr>
      <w:tr w:rsidR="00FC6F9B" w:rsidRPr="00FC6F9B" w14:paraId="3DC43E0F" w14:textId="77777777" w:rsidTr="00FC6F9B">
        <w:tc>
          <w:tcPr>
            <w:tcW w:w="4752" w:type="dxa"/>
          </w:tcPr>
          <w:p w14:paraId="1D12614A" w14:textId="77777777" w:rsidR="00FC6F9B" w:rsidRPr="00FC6F9B" w:rsidRDefault="00FC6F9B" w:rsidP="00FC6F9B">
            <w:pPr>
              <w:jc w:val="left"/>
              <w:rPr>
                <w:rFonts w:ascii="Calibri" w:hAnsi="Calibri" w:cs="Calibri"/>
                <w:sz w:val="20"/>
              </w:rPr>
            </w:pPr>
            <w:r w:rsidRPr="00FC6F9B">
              <w:rPr>
                <w:rFonts w:ascii="Calibri" w:hAnsi="Calibri" w:cs="Calibri"/>
                <w:sz w:val="20"/>
              </w:rPr>
              <w:t>Capital remboursé</w:t>
            </w:r>
          </w:p>
        </w:tc>
        <w:tc>
          <w:tcPr>
            <w:tcW w:w="1872" w:type="dxa"/>
          </w:tcPr>
          <w:p w14:paraId="652B240E" w14:textId="77777777" w:rsidR="00FC6F9B" w:rsidRPr="00FC6F9B" w:rsidRDefault="00FC6F9B" w:rsidP="00FC6F9B">
            <w:pPr>
              <w:jc w:val="left"/>
              <w:rPr>
                <w:rFonts w:ascii="Calibri" w:hAnsi="Calibri" w:cs="Calibri"/>
                <w:sz w:val="20"/>
              </w:rPr>
            </w:pPr>
            <w:r w:rsidRPr="00FC6F9B">
              <w:rPr>
                <w:rFonts w:ascii="Calibri" w:hAnsi="Calibri" w:cs="Calibri"/>
                <w:sz w:val="20"/>
              </w:rPr>
              <w:t>−30 000</w:t>
            </w:r>
          </w:p>
        </w:tc>
        <w:tc>
          <w:tcPr>
            <w:tcW w:w="1872" w:type="dxa"/>
          </w:tcPr>
          <w:p w14:paraId="43131490" w14:textId="77777777" w:rsidR="00FC6F9B" w:rsidRPr="00FC6F9B" w:rsidRDefault="00FC6F9B" w:rsidP="00FC6F9B">
            <w:pPr>
              <w:jc w:val="left"/>
              <w:rPr>
                <w:rFonts w:ascii="Calibri" w:hAnsi="Calibri" w:cs="Calibri"/>
                <w:sz w:val="20"/>
              </w:rPr>
            </w:pPr>
            <w:r w:rsidRPr="00FC6F9B">
              <w:rPr>
                <w:rFonts w:ascii="Calibri" w:hAnsi="Calibri" w:cs="Calibri"/>
                <w:sz w:val="20"/>
              </w:rPr>
              <w:t>−30 000</w:t>
            </w:r>
          </w:p>
        </w:tc>
        <w:tc>
          <w:tcPr>
            <w:tcW w:w="1872" w:type="dxa"/>
          </w:tcPr>
          <w:p w14:paraId="4E08AC3B" w14:textId="77777777" w:rsidR="00FC6F9B" w:rsidRPr="00FC6F9B" w:rsidRDefault="00FC6F9B" w:rsidP="00FC6F9B">
            <w:pPr>
              <w:jc w:val="left"/>
              <w:rPr>
                <w:rFonts w:ascii="Calibri" w:hAnsi="Calibri" w:cs="Calibri"/>
                <w:sz w:val="20"/>
              </w:rPr>
            </w:pPr>
            <w:r w:rsidRPr="00FC6F9B">
              <w:rPr>
                <w:rFonts w:ascii="Calibri" w:hAnsi="Calibri" w:cs="Calibri"/>
                <w:sz w:val="20"/>
              </w:rPr>
              <w:t>−30 000</w:t>
            </w:r>
          </w:p>
        </w:tc>
      </w:tr>
      <w:tr w:rsidR="00FC6F9B" w:rsidRPr="00FC6F9B" w14:paraId="0247D1DB" w14:textId="77777777" w:rsidTr="00FC6F9B">
        <w:tc>
          <w:tcPr>
            <w:tcW w:w="4752" w:type="dxa"/>
          </w:tcPr>
          <w:p w14:paraId="2C8D8B22" w14:textId="77777777" w:rsidR="00FC6F9B" w:rsidRPr="00FC6F9B" w:rsidRDefault="00FC6F9B" w:rsidP="00FC6F9B">
            <w:pPr>
              <w:jc w:val="left"/>
              <w:rPr>
                <w:rFonts w:ascii="Calibri" w:hAnsi="Calibri" w:cs="Calibri"/>
                <w:sz w:val="20"/>
              </w:rPr>
            </w:pPr>
            <w:r w:rsidRPr="00FC6F9B">
              <w:rPr>
                <w:rFonts w:ascii="Calibri" w:hAnsi="Calibri" w:cs="Calibri"/>
                <w:sz w:val="20"/>
              </w:rPr>
              <w:t>Variation de trésorerie</w:t>
            </w:r>
          </w:p>
        </w:tc>
        <w:tc>
          <w:tcPr>
            <w:tcW w:w="1872" w:type="dxa"/>
          </w:tcPr>
          <w:p w14:paraId="4D1F6E58" w14:textId="77777777" w:rsidR="00FC6F9B" w:rsidRPr="00FC6F9B" w:rsidRDefault="00FC6F9B" w:rsidP="00FC6F9B">
            <w:pPr>
              <w:jc w:val="left"/>
              <w:rPr>
                <w:rFonts w:ascii="Calibri" w:hAnsi="Calibri" w:cs="Calibri"/>
                <w:sz w:val="20"/>
              </w:rPr>
            </w:pPr>
            <w:r w:rsidRPr="00FC6F9B">
              <w:rPr>
                <w:rFonts w:ascii="Calibri" w:hAnsi="Calibri" w:cs="Calibri"/>
                <w:sz w:val="20"/>
              </w:rPr>
              <w:t>−43 375</w:t>
            </w:r>
          </w:p>
        </w:tc>
        <w:tc>
          <w:tcPr>
            <w:tcW w:w="1872" w:type="dxa"/>
          </w:tcPr>
          <w:p w14:paraId="49D8FB63" w14:textId="77777777" w:rsidR="00FC6F9B" w:rsidRPr="00FC6F9B" w:rsidRDefault="00FC6F9B" w:rsidP="00FC6F9B">
            <w:pPr>
              <w:jc w:val="left"/>
              <w:rPr>
                <w:rFonts w:ascii="Calibri" w:hAnsi="Calibri" w:cs="Calibri"/>
                <w:sz w:val="20"/>
              </w:rPr>
            </w:pPr>
            <w:r w:rsidRPr="00FC6F9B">
              <w:rPr>
                <w:rFonts w:ascii="Calibri" w:hAnsi="Calibri" w:cs="Calibri"/>
                <w:sz w:val="20"/>
              </w:rPr>
              <w:t>27 000</w:t>
            </w:r>
          </w:p>
        </w:tc>
        <w:tc>
          <w:tcPr>
            <w:tcW w:w="1872" w:type="dxa"/>
          </w:tcPr>
          <w:p w14:paraId="2430E181" w14:textId="77777777" w:rsidR="00FC6F9B" w:rsidRPr="00FC6F9B" w:rsidRDefault="00FC6F9B" w:rsidP="00FC6F9B">
            <w:pPr>
              <w:jc w:val="left"/>
              <w:rPr>
                <w:rFonts w:ascii="Calibri" w:hAnsi="Calibri" w:cs="Calibri"/>
                <w:sz w:val="20"/>
              </w:rPr>
            </w:pPr>
            <w:r w:rsidRPr="00FC6F9B">
              <w:rPr>
                <w:rFonts w:ascii="Calibri" w:hAnsi="Calibri" w:cs="Calibri"/>
                <w:sz w:val="20"/>
              </w:rPr>
              <w:t>80 375</w:t>
            </w:r>
          </w:p>
        </w:tc>
      </w:tr>
      <w:tr w:rsidR="00FC6F9B" w:rsidRPr="00FC6F9B" w14:paraId="6007EC19" w14:textId="77777777" w:rsidTr="00FC6F9B">
        <w:tc>
          <w:tcPr>
            <w:tcW w:w="4752" w:type="dxa"/>
          </w:tcPr>
          <w:p w14:paraId="184A76AF" w14:textId="77777777" w:rsidR="00FC6F9B" w:rsidRPr="00FC6F9B" w:rsidRDefault="00FC6F9B" w:rsidP="00FC6F9B">
            <w:pPr>
              <w:jc w:val="left"/>
              <w:rPr>
                <w:rFonts w:ascii="Calibri" w:hAnsi="Calibri" w:cs="Calibri"/>
                <w:sz w:val="20"/>
              </w:rPr>
            </w:pPr>
            <w:r w:rsidRPr="00FC6F9B">
              <w:rPr>
                <w:rFonts w:ascii="Calibri" w:hAnsi="Calibri" w:cs="Calibri"/>
                <w:sz w:val="20"/>
              </w:rPr>
              <w:t>Trésorerie à la fin</w:t>
            </w:r>
          </w:p>
        </w:tc>
        <w:tc>
          <w:tcPr>
            <w:tcW w:w="1872" w:type="dxa"/>
          </w:tcPr>
          <w:p w14:paraId="7BB7CCEC" w14:textId="77777777" w:rsidR="00FC6F9B" w:rsidRPr="00FC6F9B" w:rsidRDefault="00FC6F9B" w:rsidP="00FC6F9B">
            <w:pPr>
              <w:jc w:val="left"/>
              <w:rPr>
                <w:rFonts w:ascii="Calibri" w:hAnsi="Calibri" w:cs="Calibri"/>
                <w:sz w:val="20"/>
              </w:rPr>
            </w:pPr>
            <w:r w:rsidRPr="00FC6F9B">
              <w:rPr>
                <w:rFonts w:ascii="Calibri" w:hAnsi="Calibri" w:cs="Calibri"/>
                <w:sz w:val="20"/>
              </w:rPr>
              <w:t>46 625</w:t>
            </w:r>
          </w:p>
        </w:tc>
        <w:tc>
          <w:tcPr>
            <w:tcW w:w="1872" w:type="dxa"/>
          </w:tcPr>
          <w:p w14:paraId="553D772A" w14:textId="77777777" w:rsidR="00FC6F9B" w:rsidRPr="00FC6F9B" w:rsidRDefault="00FC6F9B" w:rsidP="00FC6F9B">
            <w:pPr>
              <w:jc w:val="left"/>
              <w:rPr>
                <w:rFonts w:ascii="Calibri" w:hAnsi="Calibri" w:cs="Calibri"/>
                <w:sz w:val="20"/>
              </w:rPr>
            </w:pPr>
            <w:r w:rsidRPr="00FC6F9B">
              <w:rPr>
                <w:rFonts w:ascii="Calibri" w:hAnsi="Calibri" w:cs="Calibri"/>
                <w:sz w:val="20"/>
              </w:rPr>
              <w:t>73 625</w:t>
            </w:r>
          </w:p>
        </w:tc>
        <w:tc>
          <w:tcPr>
            <w:tcW w:w="1872" w:type="dxa"/>
          </w:tcPr>
          <w:p w14:paraId="321162CC" w14:textId="77777777" w:rsidR="00FC6F9B" w:rsidRPr="00FC6F9B" w:rsidRDefault="00FC6F9B" w:rsidP="00FC6F9B">
            <w:pPr>
              <w:jc w:val="left"/>
              <w:rPr>
                <w:rFonts w:ascii="Calibri" w:hAnsi="Calibri" w:cs="Calibri"/>
                <w:sz w:val="20"/>
              </w:rPr>
            </w:pPr>
            <w:r w:rsidRPr="00FC6F9B">
              <w:rPr>
                <w:rFonts w:ascii="Calibri" w:hAnsi="Calibri" w:cs="Calibri"/>
                <w:sz w:val="20"/>
              </w:rPr>
              <w:t>154 000</w:t>
            </w:r>
          </w:p>
        </w:tc>
      </w:tr>
    </w:tbl>
    <w:p w14:paraId="2AF95991" w14:textId="77777777" w:rsidR="00FC6F9B" w:rsidRDefault="00FC6F9B" w:rsidP="00FC6F9B">
      <w:pPr>
        <w:spacing w:after="0" w:line="240" w:lineRule="auto"/>
      </w:pPr>
    </w:p>
    <w:p w14:paraId="3AEDEB63" w14:textId="77777777" w:rsidR="00FC6F9B" w:rsidRDefault="00FC6F9B" w:rsidP="00FC6F9B">
      <w:pPr>
        <w:pStyle w:val="Titre2"/>
        <w:spacing w:before="0" w:after="0" w:line="240" w:lineRule="auto"/>
      </w:pPr>
      <w:r>
        <w:t>31.2- Bilans prévisionnels simplifiés</w:t>
      </w:r>
    </w:p>
    <w:tbl>
      <w:tblPr>
        <w:tblStyle w:val="Grilledutableau"/>
        <w:tblW w:w="0" w:type="auto"/>
        <w:tblLayout w:type="fixed"/>
        <w:tblLook w:val="04A0" w:firstRow="1" w:lastRow="0" w:firstColumn="1" w:lastColumn="0" w:noHBand="0" w:noVBand="1"/>
      </w:tblPr>
      <w:tblGrid>
        <w:gridCol w:w="4752"/>
        <w:gridCol w:w="1872"/>
        <w:gridCol w:w="1872"/>
        <w:gridCol w:w="1872"/>
      </w:tblGrid>
      <w:tr w:rsidR="00FC6F9B" w:rsidRPr="00FC6F9B" w14:paraId="70CE9CDE" w14:textId="77777777" w:rsidTr="00FC6F9B">
        <w:trPr>
          <w:tblHeader/>
        </w:trPr>
        <w:tc>
          <w:tcPr>
            <w:tcW w:w="4752" w:type="dxa"/>
          </w:tcPr>
          <w:p w14:paraId="546C1B64" w14:textId="77777777" w:rsidR="00FC6F9B" w:rsidRPr="00FC6F9B" w:rsidRDefault="00FC6F9B" w:rsidP="00FC6F9B">
            <w:pPr>
              <w:jc w:val="left"/>
              <w:rPr>
                <w:rFonts w:ascii="Calibri" w:hAnsi="Calibri" w:cs="Calibri"/>
                <w:sz w:val="20"/>
              </w:rPr>
            </w:pPr>
            <w:r w:rsidRPr="00FC6F9B">
              <w:rPr>
                <w:rFonts w:ascii="Calibri" w:hAnsi="Calibri" w:cs="Calibri"/>
                <w:b/>
                <w:sz w:val="20"/>
              </w:rPr>
              <w:t>Poste</w:t>
            </w:r>
          </w:p>
        </w:tc>
        <w:tc>
          <w:tcPr>
            <w:tcW w:w="1872" w:type="dxa"/>
          </w:tcPr>
          <w:p w14:paraId="5263B0C8" w14:textId="77777777" w:rsidR="00FC6F9B" w:rsidRPr="00FC6F9B" w:rsidRDefault="00FC6F9B" w:rsidP="00FC6F9B">
            <w:pPr>
              <w:jc w:val="left"/>
              <w:rPr>
                <w:rFonts w:ascii="Calibri" w:hAnsi="Calibri" w:cs="Calibri"/>
                <w:sz w:val="20"/>
              </w:rPr>
            </w:pPr>
            <w:r w:rsidRPr="00FC6F9B">
              <w:rPr>
                <w:rFonts w:ascii="Calibri" w:hAnsi="Calibri" w:cs="Calibri"/>
                <w:b/>
                <w:sz w:val="20"/>
              </w:rPr>
              <w:t>Fin année 1</w:t>
            </w:r>
          </w:p>
        </w:tc>
        <w:tc>
          <w:tcPr>
            <w:tcW w:w="1872" w:type="dxa"/>
          </w:tcPr>
          <w:p w14:paraId="5581C03F" w14:textId="77777777" w:rsidR="00FC6F9B" w:rsidRPr="00FC6F9B" w:rsidRDefault="00FC6F9B" w:rsidP="00FC6F9B">
            <w:pPr>
              <w:jc w:val="left"/>
              <w:rPr>
                <w:rFonts w:ascii="Calibri" w:hAnsi="Calibri" w:cs="Calibri"/>
                <w:sz w:val="20"/>
              </w:rPr>
            </w:pPr>
            <w:r w:rsidRPr="00FC6F9B">
              <w:rPr>
                <w:rFonts w:ascii="Calibri" w:hAnsi="Calibri" w:cs="Calibri"/>
                <w:b/>
                <w:sz w:val="20"/>
              </w:rPr>
              <w:t>Fin année 2</w:t>
            </w:r>
          </w:p>
        </w:tc>
        <w:tc>
          <w:tcPr>
            <w:tcW w:w="1872" w:type="dxa"/>
          </w:tcPr>
          <w:p w14:paraId="6DB917B0" w14:textId="77777777" w:rsidR="00FC6F9B" w:rsidRPr="00FC6F9B" w:rsidRDefault="00FC6F9B" w:rsidP="00FC6F9B">
            <w:pPr>
              <w:jc w:val="left"/>
              <w:rPr>
                <w:rFonts w:ascii="Calibri" w:hAnsi="Calibri" w:cs="Calibri"/>
                <w:sz w:val="20"/>
              </w:rPr>
            </w:pPr>
            <w:r w:rsidRPr="00FC6F9B">
              <w:rPr>
                <w:rFonts w:ascii="Calibri" w:hAnsi="Calibri" w:cs="Calibri"/>
                <w:b/>
                <w:sz w:val="20"/>
              </w:rPr>
              <w:t>Fin année 3</w:t>
            </w:r>
          </w:p>
        </w:tc>
      </w:tr>
      <w:tr w:rsidR="00FC6F9B" w:rsidRPr="00FC6F9B" w14:paraId="3D3136B4" w14:textId="77777777" w:rsidTr="00FC6F9B">
        <w:tc>
          <w:tcPr>
            <w:tcW w:w="4752" w:type="dxa"/>
          </w:tcPr>
          <w:p w14:paraId="4164DA13" w14:textId="77777777" w:rsidR="00FC6F9B" w:rsidRPr="00FC6F9B" w:rsidRDefault="00FC6F9B" w:rsidP="00FC6F9B">
            <w:pPr>
              <w:jc w:val="left"/>
              <w:rPr>
                <w:rFonts w:ascii="Calibri" w:hAnsi="Calibri" w:cs="Calibri"/>
                <w:sz w:val="20"/>
              </w:rPr>
            </w:pPr>
            <w:r w:rsidRPr="00FC6F9B">
              <w:rPr>
                <w:rFonts w:ascii="Calibri" w:hAnsi="Calibri" w:cs="Calibri"/>
                <w:sz w:val="20"/>
              </w:rPr>
              <w:t>ACTIF</w:t>
            </w:r>
          </w:p>
        </w:tc>
        <w:tc>
          <w:tcPr>
            <w:tcW w:w="1872" w:type="dxa"/>
          </w:tcPr>
          <w:p w14:paraId="550ED442" w14:textId="77777777" w:rsidR="00FC6F9B" w:rsidRPr="00FC6F9B" w:rsidRDefault="00FC6F9B" w:rsidP="00FC6F9B">
            <w:pPr>
              <w:jc w:val="left"/>
              <w:rPr>
                <w:rFonts w:ascii="Calibri" w:hAnsi="Calibri" w:cs="Calibri"/>
                <w:sz w:val="20"/>
              </w:rPr>
            </w:pPr>
          </w:p>
        </w:tc>
        <w:tc>
          <w:tcPr>
            <w:tcW w:w="1872" w:type="dxa"/>
          </w:tcPr>
          <w:p w14:paraId="34F1BB26" w14:textId="77777777" w:rsidR="00FC6F9B" w:rsidRPr="00FC6F9B" w:rsidRDefault="00FC6F9B" w:rsidP="00FC6F9B">
            <w:pPr>
              <w:jc w:val="left"/>
              <w:rPr>
                <w:rFonts w:ascii="Calibri" w:hAnsi="Calibri" w:cs="Calibri"/>
                <w:sz w:val="20"/>
              </w:rPr>
            </w:pPr>
          </w:p>
        </w:tc>
        <w:tc>
          <w:tcPr>
            <w:tcW w:w="1872" w:type="dxa"/>
          </w:tcPr>
          <w:p w14:paraId="38A56C1C" w14:textId="77777777" w:rsidR="00FC6F9B" w:rsidRPr="00FC6F9B" w:rsidRDefault="00FC6F9B" w:rsidP="00FC6F9B">
            <w:pPr>
              <w:jc w:val="left"/>
              <w:rPr>
                <w:rFonts w:ascii="Calibri" w:hAnsi="Calibri" w:cs="Calibri"/>
                <w:sz w:val="20"/>
              </w:rPr>
            </w:pPr>
          </w:p>
        </w:tc>
      </w:tr>
      <w:tr w:rsidR="00FC6F9B" w:rsidRPr="00FC6F9B" w14:paraId="15A17466" w14:textId="77777777" w:rsidTr="00FC6F9B">
        <w:tc>
          <w:tcPr>
            <w:tcW w:w="4752" w:type="dxa"/>
          </w:tcPr>
          <w:p w14:paraId="240C6AA3" w14:textId="77777777" w:rsidR="00FC6F9B" w:rsidRPr="00FC6F9B" w:rsidRDefault="00FC6F9B" w:rsidP="00FC6F9B">
            <w:pPr>
              <w:jc w:val="left"/>
              <w:rPr>
                <w:rFonts w:ascii="Calibri" w:hAnsi="Calibri" w:cs="Calibri"/>
                <w:sz w:val="20"/>
              </w:rPr>
            </w:pPr>
            <w:r w:rsidRPr="00FC6F9B">
              <w:rPr>
                <w:rFonts w:ascii="Calibri" w:hAnsi="Calibri" w:cs="Calibri"/>
                <w:sz w:val="20"/>
              </w:rPr>
              <w:t>Immobilisations nettes</w:t>
            </w:r>
          </w:p>
        </w:tc>
        <w:tc>
          <w:tcPr>
            <w:tcW w:w="1872" w:type="dxa"/>
          </w:tcPr>
          <w:p w14:paraId="0B63C17D" w14:textId="77777777" w:rsidR="00FC6F9B" w:rsidRPr="00FC6F9B" w:rsidRDefault="00FC6F9B" w:rsidP="00FC6F9B">
            <w:pPr>
              <w:jc w:val="left"/>
              <w:rPr>
                <w:rFonts w:ascii="Calibri" w:hAnsi="Calibri" w:cs="Calibri"/>
                <w:sz w:val="20"/>
              </w:rPr>
            </w:pPr>
            <w:r w:rsidRPr="00FC6F9B">
              <w:rPr>
                <w:rFonts w:ascii="Calibri" w:hAnsi="Calibri" w:cs="Calibri"/>
                <w:sz w:val="20"/>
              </w:rPr>
              <w:t>80 000</w:t>
            </w:r>
          </w:p>
        </w:tc>
        <w:tc>
          <w:tcPr>
            <w:tcW w:w="1872" w:type="dxa"/>
          </w:tcPr>
          <w:p w14:paraId="0D029CD3" w14:textId="77777777" w:rsidR="00FC6F9B" w:rsidRPr="00FC6F9B" w:rsidRDefault="00FC6F9B" w:rsidP="00FC6F9B">
            <w:pPr>
              <w:jc w:val="left"/>
              <w:rPr>
                <w:rFonts w:ascii="Calibri" w:hAnsi="Calibri" w:cs="Calibri"/>
                <w:sz w:val="20"/>
              </w:rPr>
            </w:pPr>
            <w:r w:rsidRPr="00FC6F9B">
              <w:rPr>
                <w:rFonts w:ascii="Calibri" w:hAnsi="Calibri" w:cs="Calibri"/>
                <w:sz w:val="20"/>
              </w:rPr>
              <w:t>80 000</w:t>
            </w:r>
          </w:p>
        </w:tc>
        <w:tc>
          <w:tcPr>
            <w:tcW w:w="1872" w:type="dxa"/>
          </w:tcPr>
          <w:p w14:paraId="3846F7E9" w14:textId="77777777" w:rsidR="00FC6F9B" w:rsidRPr="00FC6F9B" w:rsidRDefault="00FC6F9B" w:rsidP="00FC6F9B">
            <w:pPr>
              <w:jc w:val="left"/>
              <w:rPr>
                <w:rFonts w:ascii="Calibri" w:hAnsi="Calibri" w:cs="Calibri"/>
                <w:sz w:val="20"/>
              </w:rPr>
            </w:pPr>
            <w:r w:rsidRPr="00FC6F9B">
              <w:rPr>
                <w:rFonts w:ascii="Calibri" w:hAnsi="Calibri" w:cs="Calibri"/>
                <w:sz w:val="20"/>
              </w:rPr>
              <w:t>75 000</w:t>
            </w:r>
          </w:p>
        </w:tc>
      </w:tr>
      <w:tr w:rsidR="00FC6F9B" w:rsidRPr="00FC6F9B" w14:paraId="32EDC68A" w14:textId="77777777" w:rsidTr="00FC6F9B">
        <w:tc>
          <w:tcPr>
            <w:tcW w:w="4752" w:type="dxa"/>
          </w:tcPr>
          <w:p w14:paraId="6DFB1CDB" w14:textId="77777777" w:rsidR="00FC6F9B" w:rsidRPr="00FC6F9B" w:rsidRDefault="00FC6F9B" w:rsidP="00FC6F9B">
            <w:pPr>
              <w:jc w:val="left"/>
              <w:rPr>
                <w:rFonts w:ascii="Calibri" w:hAnsi="Calibri" w:cs="Calibri"/>
                <w:sz w:val="20"/>
              </w:rPr>
            </w:pPr>
            <w:r w:rsidRPr="00FC6F9B">
              <w:rPr>
                <w:rFonts w:ascii="Calibri" w:hAnsi="Calibri" w:cs="Calibri"/>
                <w:sz w:val="20"/>
              </w:rPr>
              <w:t>Créances clients</w:t>
            </w:r>
          </w:p>
        </w:tc>
        <w:tc>
          <w:tcPr>
            <w:tcW w:w="1872" w:type="dxa"/>
          </w:tcPr>
          <w:p w14:paraId="558EF96A" w14:textId="77777777" w:rsidR="00FC6F9B" w:rsidRPr="00FC6F9B" w:rsidRDefault="00FC6F9B" w:rsidP="00FC6F9B">
            <w:pPr>
              <w:jc w:val="left"/>
              <w:rPr>
                <w:rFonts w:ascii="Calibri" w:hAnsi="Calibri" w:cs="Calibri"/>
                <w:sz w:val="20"/>
              </w:rPr>
            </w:pPr>
            <w:r w:rsidRPr="00FC6F9B">
              <w:rPr>
                <w:rFonts w:ascii="Calibri" w:hAnsi="Calibri" w:cs="Calibri"/>
                <w:sz w:val="20"/>
              </w:rPr>
              <w:t>100 000</w:t>
            </w:r>
          </w:p>
        </w:tc>
        <w:tc>
          <w:tcPr>
            <w:tcW w:w="1872" w:type="dxa"/>
          </w:tcPr>
          <w:p w14:paraId="69033B16" w14:textId="77777777" w:rsidR="00FC6F9B" w:rsidRPr="00FC6F9B" w:rsidRDefault="00FC6F9B" w:rsidP="00FC6F9B">
            <w:pPr>
              <w:jc w:val="left"/>
              <w:rPr>
                <w:rFonts w:ascii="Calibri" w:hAnsi="Calibri" w:cs="Calibri"/>
                <w:sz w:val="20"/>
              </w:rPr>
            </w:pPr>
            <w:r w:rsidRPr="00FC6F9B">
              <w:rPr>
                <w:rFonts w:ascii="Calibri" w:hAnsi="Calibri" w:cs="Calibri"/>
                <w:sz w:val="20"/>
              </w:rPr>
              <w:t>130 000</w:t>
            </w:r>
          </w:p>
        </w:tc>
        <w:tc>
          <w:tcPr>
            <w:tcW w:w="1872" w:type="dxa"/>
          </w:tcPr>
          <w:p w14:paraId="3BFEA431" w14:textId="77777777" w:rsidR="00FC6F9B" w:rsidRPr="00FC6F9B" w:rsidRDefault="00FC6F9B" w:rsidP="00FC6F9B">
            <w:pPr>
              <w:jc w:val="left"/>
              <w:rPr>
                <w:rFonts w:ascii="Calibri" w:hAnsi="Calibri" w:cs="Calibri"/>
                <w:sz w:val="20"/>
              </w:rPr>
            </w:pPr>
            <w:r w:rsidRPr="00FC6F9B">
              <w:rPr>
                <w:rFonts w:ascii="Calibri" w:hAnsi="Calibri" w:cs="Calibri"/>
                <w:sz w:val="20"/>
              </w:rPr>
              <w:t>160 000</w:t>
            </w:r>
          </w:p>
        </w:tc>
      </w:tr>
      <w:tr w:rsidR="00FC6F9B" w:rsidRPr="00FC6F9B" w14:paraId="7EE380B5" w14:textId="77777777" w:rsidTr="00FC6F9B">
        <w:tc>
          <w:tcPr>
            <w:tcW w:w="4752" w:type="dxa"/>
          </w:tcPr>
          <w:p w14:paraId="66E674B2" w14:textId="77777777" w:rsidR="00FC6F9B" w:rsidRPr="00FC6F9B" w:rsidRDefault="00FC6F9B" w:rsidP="00FC6F9B">
            <w:pPr>
              <w:jc w:val="left"/>
              <w:rPr>
                <w:rFonts w:ascii="Calibri" w:hAnsi="Calibri" w:cs="Calibri"/>
                <w:sz w:val="20"/>
              </w:rPr>
            </w:pPr>
            <w:r w:rsidRPr="00FC6F9B">
              <w:rPr>
                <w:rFonts w:ascii="Calibri" w:hAnsi="Calibri" w:cs="Calibri"/>
                <w:sz w:val="20"/>
              </w:rPr>
              <w:t>Trésorerie</w:t>
            </w:r>
          </w:p>
        </w:tc>
        <w:tc>
          <w:tcPr>
            <w:tcW w:w="1872" w:type="dxa"/>
          </w:tcPr>
          <w:p w14:paraId="3217C554" w14:textId="77777777" w:rsidR="00FC6F9B" w:rsidRPr="00FC6F9B" w:rsidRDefault="00FC6F9B" w:rsidP="00FC6F9B">
            <w:pPr>
              <w:jc w:val="left"/>
              <w:rPr>
                <w:rFonts w:ascii="Calibri" w:hAnsi="Calibri" w:cs="Calibri"/>
                <w:sz w:val="20"/>
              </w:rPr>
            </w:pPr>
            <w:r w:rsidRPr="00FC6F9B">
              <w:rPr>
                <w:rFonts w:ascii="Calibri" w:hAnsi="Calibri" w:cs="Calibri"/>
                <w:sz w:val="20"/>
              </w:rPr>
              <w:t>46 625</w:t>
            </w:r>
          </w:p>
        </w:tc>
        <w:tc>
          <w:tcPr>
            <w:tcW w:w="1872" w:type="dxa"/>
          </w:tcPr>
          <w:p w14:paraId="54F9FA3C" w14:textId="77777777" w:rsidR="00FC6F9B" w:rsidRPr="00FC6F9B" w:rsidRDefault="00FC6F9B" w:rsidP="00FC6F9B">
            <w:pPr>
              <w:jc w:val="left"/>
              <w:rPr>
                <w:rFonts w:ascii="Calibri" w:hAnsi="Calibri" w:cs="Calibri"/>
                <w:sz w:val="20"/>
              </w:rPr>
            </w:pPr>
            <w:r w:rsidRPr="00FC6F9B">
              <w:rPr>
                <w:rFonts w:ascii="Calibri" w:hAnsi="Calibri" w:cs="Calibri"/>
                <w:sz w:val="20"/>
              </w:rPr>
              <w:t>73 625</w:t>
            </w:r>
          </w:p>
        </w:tc>
        <w:tc>
          <w:tcPr>
            <w:tcW w:w="1872" w:type="dxa"/>
          </w:tcPr>
          <w:p w14:paraId="1501BE05" w14:textId="77777777" w:rsidR="00FC6F9B" w:rsidRPr="00FC6F9B" w:rsidRDefault="00FC6F9B" w:rsidP="00FC6F9B">
            <w:pPr>
              <w:jc w:val="left"/>
              <w:rPr>
                <w:rFonts w:ascii="Calibri" w:hAnsi="Calibri" w:cs="Calibri"/>
                <w:sz w:val="20"/>
              </w:rPr>
            </w:pPr>
            <w:r w:rsidRPr="00FC6F9B">
              <w:rPr>
                <w:rFonts w:ascii="Calibri" w:hAnsi="Calibri" w:cs="Calibri"/>
                <w:sz w:val="20"/>
              </w:rPr>
              <w:t>154 000</w:t>
            </w:r>
          </w:p>
        </w:tc>
      </w:tr>
      <w:tr w:rsidR="00FC6F9B" w:rsidRPr="00FC6F9B" w14:paraId="501F0446" w14:textId="77777777" w:rsidTr="00FC6F9B">
        <w:tc>
          <w:tcPr>
            <w:tcW w:w="4752" w:type="dxa"/>
          </w:tcPr>
          <w:p w14:paraId="78CD971D" w14:textId="77777777" w:rsidR="00FC6F9B" w:rsidRPr="00FC6F9B" w:rsidRDefault="00FC6F9B" w:rsidP="00FC6F9B">
            <w:pPr>
              <w:jc w:val="left"/>
              <w:rPr>
                <w:rFonts w:ascii="Calibri" w:hAnsi="Calibri" w:cs="Calibri"/>
                <w:sz w:val="20"/>
              </w:rPr>
            </w:pPr>
            <w:r w:rsidRPr="00FC6F9B">
              <w:rPr>
                <w:rFonts w:ascii="Calibri" w:hAnsi="Calibri" w:cs="Calibri"/>
                <w:sz w:val="20"/>
              </w:rPr>
              <w:t>Total actif</w:t>
            </w:r>
          </w:p>
        </w:tc>
        <w:tc>
          <w:tcPr>
            <w:tcW w:w="1872" w:type="dxa"/>
          </w:tcPr>
          <w:p w14:paraId="022B1B04" w14:textId="77777777" w:rsidR="00FC6F9B" w:rsidRPr="00FC6F9B" w:rsidRDefault="00FC6F9B" w:rsidP="00FC6F9B">
            <w:pPr>
              <w:jc w:val="left"/>
              <w:rPr>
                <w:rFonts w:ascii="Calibri" w:hAnsi="Calibri" w:cs="Calibri"/>
                <w:sz w:val="20"/>
              </w:rPr>
            </w:pPr>
            <w:r w:rsidRPr="00FC6F9B">
              <w:rPr>
                <w:rFonts w:ascii="Calibri" w:hAnsi="Calibri" w:cs="Calibri"/>
                <w:sz w:val="20"/>
              </w:rPr>
              <w:t>226 625</w:t>
            </w:r>
          </w:p>
        </w:tc>
        <w:tc>
          <w:tcPr>
            <w:tcW w:w="1872" w:type="dxa"/>
          </w:tcPr>
          <w:p w14:paraId="4AB81616" w14:textId="77777777" w:rsidR="00FC6F9B" w:rsidRPr="00FC6F9B" w:rsidRDefault="00FC6F9B" w:rsidP="00FC6F9B">
            <w:pPr>
              <w:jc w:val="left"/>
              <w:rPr>
                <w:rFonts w:ascii="Calibri" w:hAnsi="Calibri" w:cs="Calibri"/>
                <w:sz w:val="20"/>
              </w:rPr>
            </w:pPr>
            <w:r w:rsidRPr="00FC6F9B">
              <w:rPr>
                <w:rFonts w:ascii="Calibri" w:hAnsi="Calibri" w:cs="Calibri"/>
                <w:sz w:val="20"/>
              </w:rPr>
              <w:t>283 625</w:t>
            </w:r>
          </w:p>
        </w:tc>
        <w:tc>
          <w:tcPr>
            <w:tcW w:w="1872" w:type="dxa"/>
          </w:tcPr>
          <w:p w14:paraId="1334153A" w14:textId="77777777" w:rsidR="00FC6F9B" w:rsidRPr="00FC6F9B" w:rsidRDefault="00FC6F9B" w:rsidP="00FC6F9B">
            <w:pPr>
              <w:jc w:val="left"/>
              <w:rPr>
                <w:rFonts w:ascii="Calibri" w:hAnsi="Calibri" w:cs="Calibri"/>
                <w:sz w:val="20"/>
              </w:rPr>
            </w:pPr>
            <w:r w:rsidRPr="00FC6F9B">
              <w:rPr>
                <w:rFonts w:ascii="Calibri" w:hAnsi="Calibri" w:cs="Calibri"/>
                <w:sz w:val="20"/>
              </w:rPr>
              <w:t>389 000</w:t>
            </w:r>
          </w:p>
        </w:tc>
      </w:tr>
      <w:tr w:rsidR="00FC6F9B" w:rsidRPr="00FC6F9B" w14:paraId="54847634" w14:textId="77777777" w:rsidTr="00FC6F9B">
        <w:tc>
          <w:tcPr>
            <w:tcW w:w="4752" w:type="dxa"/>
          </w:tcPr>
          <w:p w14:paraId="50F3BFBB" w14:textId="77777777" w:rsidR="00FC6F9B" w:rsidRPr="00FC6F9B" w:rsidRDefault="00FC6F9B" w:rsidP="00FC6F9B">
            <w:pPr>
              <w:jc w:val="left"/>
              <w:rPr>
                <w:rFonts w:ascii="Calibri" w:hAnsi="Calibri" w:cs="Calibri"/>
                <w:sz w:val="20"/>
              </w:rPr>
            </w:pPr>
            <w:r w:rsidRPr="00FC6F9B">
              <w:rPr>
                <w:rFonts w:ascii="Calibri" w:hAnsi="Calibri" w:cs="Calibri"/>
                <w:sz w:val="20"/>
              </w:rPr>
              <w:t>PASSIF</w:t>
            </w:r>
          </w:p>
        </w:tc>
        <w:tc>
          <w:tcPr>
            <w:tcW w:w="1872" w:type="dxa"/>
          </w:tcPr>
          <w:p w14:paraId="320F3BA8" w14:textId="77777777" w:rsidR="00FC6F9B" w:rsidRPr="00FC6F9B" w:rsidRDefault="00FC6F9B" w:rsidP="00FC6F9B">
            <w:pPr>
              <w:jc w:val="left"/>
              <w:rPr>
                <w:rFonts w:ascii="Calibri" w:hAnsi="Calibri" w:cs="Calibri"/>
                <w:sz w:val="20"/>
              </w:rPr>
            </w:pPr>
          </w:p>
        </w:tc>
        <w:tc>
          <w:tcPr>
            <w:tcW w:w="1872" w:type="dxa"/>
          </w:tcPr>
          <w:p w14:paraId="0D7063E4" w14:textId="77777777" w:rsidR="00FC6F9B" w:rsidRPr="00FC6F9B" w:rsidRDefault="00FC6F9B" w:rsidP="00FC6F9B">
            <w:pPr>
              <w:jc w:val="left"/>
              <w:rPr>
                <w:rFonts w:ascii="Calibri" w:hAnsi="Calibri" w:cs="Calibri"/>
                <w:sz w:val="20"/>
              </w:rPr>
            </w:pPr>
          </w:p>
        </w:tc>
        <w:tc>
          <w:tcPr>
            <w:tcW w:w="1872" w:type="dxa"/>
          </w:tcPr>
          <w:p w14:paraId="2BB4DCB9" w14:textId="77777777" w:rsidR="00FC6F9B" w:rsidRPr="00FC6F9B" w:rsidRDefault="00FC6F9B" w:rsidP="00FC6F9B">
            <w:pPr>
              <w:jc w:val="left"/>
              <w:rPr>
                <w:rFonts w:ascii="Calibri" w:hAnsi="Calibri" w:cs="Calibri"/>
                <w:sz w:val="20"/>
              </w:rPr>
            </w:pPr>
          </w:p>
        </w:tc>
      </w:tr>
      <w:tr w:rsidR="00FC6F9B" w:rsidRPr="00FC6F9B" w14:paraId="5E9DF60B" w14:textId="77777777" w:rsidTr="00FC6F9B">
        <w:tc>
          <w:tcPr>
            <w:tcW w:w="4752" w:type="dxa"/>
          </w:tcPr>
          <w:p w14:paraId="78B7904A" w14:textId="77777777" w:rsidR="00FC6F9B" w:rsidRPr="00FC6F9B" w:rsidRDefault="00FC6F9B" w:rsidP="00FC6F9B">
            <w:pPr>
              <w:jc w:val="left"/>
              <w:rPr>
                <w:rFonts w:ascii="Calibri" w:hAnsi="Calibri" w:cs="Calibri"/>
                <w:sz w:val="20"/>
              </w:rPr>
            </w:pPr>
            <w:r w:rsidRPr="00FC6F9B">
              <w:rPr>
                <w:rFonts w:ascii="Calibri" w:hAnsi="Calibri" w:cs="Calibri"/>
                <w:sz w:val="20"/>
              </w:rPr>
              <w:t>Capital</w:t>
            </w:r>
          </w:p>
        </w:tc>
        <w:tc>
          <w:tcPr>
            <w:tcW w:w="1872" w:type="dxa"/>
          </w:tcPr>
          <w:p w14:paraId="35275A33" w14:textId="77777777" w:rsidR="00FC6F9B" w:rsidRPr="00FC6F9B" w:rsidRDefault="00FC6F9B" w:rsidP="00FC6F9B">
            <w:pPr>
              <w:jc w:val="left"/>
              <w:rPr>
                <w:rFonts w:ascii="Calibri" w:hAnsi="Calibri" w:cs="Calibri"/>
                <w:sz w:val="20"/>
              </w:rPr>
            </w:pPr>
            <w:r w:rsidRPr="00FC6F9B">
              <w:rPr>
                <w:rFonts w:ascii="Calibri" w:hAnsi="Calibri" w:cs="Calibri"/>
                <w:sz w:val="20"/>
              </w:rPr>
              <w:t>100 000</w:t>
            </w:r>
          </w:p>
        </w:tc>
        <w:tc>
          <w:tcPr>
            <w:tcW w:w="1872" w:type="dxa"/>
          </w:tcPr>
          <w:p w14:paraId="41BC1EFC" w14:textId="77777777" w:rsidR="00FC6F9B" w:rsidRPr="00FC6F9B" w:rsidRDefault="00FC6F9B" w:rsidP="00FC6F9B">
            <w:pPr>
              <w:jc w:val="left"/>
              <w:rPr>
                <w:rFonts w:ascii="Calibri" w:hAnsi="Calibri" w:cs="Calibri"/>
                <w:sz w:val="20"/>
              </w:rPr>
            </w:pPr>
            <w:r w:rsidRPr="00FC6F9B">
              <w:rPr>
                <w:rFonts w:ascii="Calibri" w:hAnsi="Calibri" w:cs="Calibri"/>
                <w:sz w:val="20"/>
              </w:rPr>
              <w:t>100 000</w:t>
            </w:r>
          </w:p>
        </w:tc>
        <w:tc>
          <w:tcPr>
            <w:tcW w:w="1872" w:type="dxa"/>
          </w:tcPr>
          <w:p w14:paraId="68FD75D2" w14:textId="77777777" w:rsidR="00FC6F9B" w:rsidRPr="00FC6F9B" w:rsidRDefault="00FC6F9B" w:rsidP="00FC6F9B">
            <w:pPr>
              <w:jc w:val="left"/>
              <w:rPr>
                <w:rFonts w:ascii="Calibri" w:hAnsi="Calibri" w:cs="Calibri"/>
                <w:sz w:val="20"/>
              </w:rPr>
            </w:pPr>
            <w:r w:rsidRPr="00FC6F9B">
              <w:rPr>
                <w:rFonts w:ascii="Calibri" w:hAnsi="Calibri" w:cs="Calibri"/>
                <w:sz w:val="20"/>
              </w:rPr>
              <w:t>100 000</w:t>
            </w:r>
          </w:p>
        </w:tc>
      </w:tr>
      <w:tr w:rsidR="00FC6F9B" w:rsidRPr="00FC6F9B" w14:paraId="765EDAD8" w14:textId="77777777" w:rsidTr="00FC6F9B">
        <w:tc>
          <w:tcPr>
            <w:tcW w:w="4752" w:type="dxa"/>
          </w:tcPr>
          <w:p w14:paraId="6CF4EE64" w14:textId="77777777" w:rsidR="00FC6F9B" w:rsidRPr="00FC6F9B" w:rsidRDefault="00FC6F9B" w:rsidP="00FC6F9B">
            <w:pPr>
              <w:jc w:val="left"/>
              <w:rPr>
                <w:rFonts w:ascii="Calibri" w:hAnsi="Calibri" w:cs="Calibri"/>
                <w:sz w:val="20"/>
              </w:rPr>
            </w:pPr>
            <w:r w:rsidRPr="00FC6F9B">
              <w:rPr>
                <w:rFonts w:ascii="Calibri" w:hAnsi="Calibri" w:cs="Calibri"/>
                <w:sz w:val="20"/>
              </w:rPr>
              <w:t>Résultats cumulés non distribués</w:t>
            </w:r>
          </w:p>
        </w:tc>
        <w:tc>
          <w:tcPr>
            <w:tcW w:w="1872" w:type="dxa"/>
          </w:tcPr>
          <w:p w14:paraId="0B6A6FD6" w14:textId="77777777" w:rsidR="00FC6F9B" w:rsidRPr="00FC6F9B" w:rsidRDefault="00FC6F9B" w:rsidP="00FC6F9B">
            <w:pPr>
              <w:jc w:val="left"/>
              <w:rPr>
                <w:rFonts w:ascii="Calibri" w:hAnsi="Calibri" w:cs="Calibri"/>
                <w:sz w:val="20"/>
              </w:rPr>
            </w:pPr>
            <w:r w:rsidRPr="00FC6F9B">
              <w:rPr>
                <w:rFonts w:ascii="Calibri" w:hAnsi="Calibri" w:cs="Calibri"/>
                <w:sz w:val="20"/>
              </w:rPr>
              <w:t>26 625</w:t>
            </w:r>
          </w:p>
        </w:tc>
        <w:tc>
          <w:tcPr>
            <w:tcW w:w="1872" w:type="dxa"/>
          </w:tcPr>
          <w:p w14:paraId="0D5121D0" w14:textId="77777777" w:rsidR="00FC6F9B" w:rsidRPr="00FC6F9B" w:rsidRDefault="00FC6F9B" w:rsidP="00FC6F9B">
            <w:pPr>
              <w:jc w:val="left"/>
              <w:rPr>
                <w:rFonts w:ascii="Calibri" w:hAnsi="Calibri" w:cs="Calibri"/>
                <w:sz w:val="20"/>
              </w:rPr>
            </w:pPr>
            <w:r w:rsidRPr="00FC6F9B">
              <w:rPr>
                <w:rFonts w:ascii="Calibri" w:hAnsi="Calibri" w:cs="Calibri"/>
                <w:sz w:val="20"/>
              </w:rPr>
              <w:t>101 625</w:t>
            </w:r>
          </w:p>
        </w:tc>
        <w:tc>
          <w:tcPr>
            <w:tcW w:w="1872" w:type="dxa"/>
          </w:tcPr>
          <w:p w14:paraId="7C8ADD75" w14:textId="77777777" w:rsidR="00FC6F9B" w:rsidRPr="00FC6F9B" w:rsidRDefault="00FC6F9B" w:rsidP="00FC6F9B">
            <w:pPr>
              <w:jc w:val="left"/>
              <w:rPr>
                <w:rFonts w:ascii="Calibri" w:hAnsi="Calibri" w:cs="Calibri"/>
                <w:sz w:val="20"/>
              </w:rPr>
            </w:pPr>
            <w:r w:rsidRPr="00FC6F9B">
              <w:rPr>
                <w:rFonts w:ascii="Calibri" w:hAnsi="Calibri" w:cs="Calibri"/>
                <w:sz w:val="20"/>
              </w:rPr>
              <w:t>225 000</w:t>
            </w:r>
          </w:p>
        </w:tc>
      </w:tr>
      <w:tr w:rsidR="00FC6F9B" w:rsidRPr="00FC6F9B" w14:paraId="1DD40FBB" w14:textId="77777777" w:rsidTr="00FC6F9B">
        <w:tc>
          <w:tcPr>
            <w:tcW w:w="4752" w:type="dxa"/>
          </w:tcPr>
          <w:p w14:paraId="2FFE8EB9" w14:textId="77777777" w:rsidR="00FC6F9B" w:rsidRPr="00FC6F9B" w:rsidRDefault="00FC6F9B" w:rsidP="00FC6F9B">
            <w:pPr>
              <w:jc w:val="left"/>
              <w:rPr>
                <w:rFonts w:ascii="Calibri" w:hAnsi="Calibri" w:cs="Calibri"/>
                <w:sz w:val="20"/>
              </w:rPr>
            </w:pPr>
            <w:r w:rsidRPr="00FC6F9B">
              <w:rPr>
                <w:rFonts w:ascii="Calibri" w:hAnsi="Calibri" w:cs="Calibri"/>
                <w:sz w:val="20"/>
              </w:rPr>
              <w:t>Dette financière</w:t>
            </w:r>
          </w:p>
        </w:tc>
        <w:tc>
          <w:tcPr>
            <w:tcW w:w="1872" w:type="dxa"/>
          </w:tcPr>
          <w:p w14:paraId="53B62B98" w14:textId="77777777" w:rsidR="00FC6F9B" w:rsidRPr="00FC6F9B" w:rsidRDefault="00FC6F9B" w:rsidP="00FC6F9B">
            <w:pPr>
              <w:jc w:val="left"/>
              <w:rPr>
                <w:rFonts w:ascii="Calibri" w:hAnsi="Calibri" w:cs="Calibri"/>
                <w:sz w:val="20"/>
              </w:rPr>
            </w:pPr>
            <w:r w:rsidRPr="00FC6F9B">
              <w:rPr>
                <w:rFonts w:ascii="Calibri" w:hAnsi="Calibri" w:cs="Calibri"/>
                <w:sz w:val="20"/>
              </w:rPr>
              <w:t>60 000</w:t>
            </w:r>
          </w:p>
        </w:tc>
        <w:tc>
          <w:tcPr>
            <w:tcW w:w="1872" w:type="dxa"/>
          </w:tcPr>
          <w:p w14:paraId="0EB33EA3" w14:textId="77777777" w:rsidR="00FC6F9B" w:rsidRPr="00FC6F9B" w:rsidRDefault="00FC6F9B" w:rsidP="00FC6F9B">
            <w:pPr>
              <w:jc w:val="left"/>
              <w:rPr>
                <w:rFonts w:ascii="Calibri" w:hAnsi="Calibri" w:cs="Calibri"/>
                <w:sz w:val="20"/>
              </w:rPr>
            </w:pPr>
            <w:r w:rsidRPr="00FC6F9B">
              <w:rPr>
                <w:rFonts w:ascii="Calibri" w:hAnsi="Calibri" w:cs="Calibri"/>
                <w:sz w:val="20"/>
              </w:rPr>
              <w:t>30 000</w:t>
            </w:r>
          </w:p>
        </w:tc>
        <w:tc>
          <w:tcPr>
            <w:tcW w:w="1872" w:type="dxa"/>
          </w:tcPr>
          <w:p w14:paraId="0D76B395" w14:textId="77777777" w:rsidR="00FC6F9B" w:rsidRPr="00FC6F9B" w:rsidRDefault="00FC6F9B" w:rsidP="00FC6F9B">
            <w:pPr>
              <w:jc w:val="left"/>
              <w:rPr>
                <w:rFonts w:ascii="Calibri" w:hAnsi="Calibri" w:cs="Calibri"/>
                <w:sz w:val="20"/>
              </w:rPr>
            </w:pPr>
            <w:r w:rsidRPr="00FC6F9B">
              <w:rPr>
                <w:rFonts w:ascii="Calibri" w:hAnsi="Calibri" w:cs="Calibri"/>
                <w:sz w:val="20"/>
              </w:rPr>
              <w:t>0</w:t>
            </w:r>
          </w:p>
        </w:tc>
      </w:tr>
      <w:tr w:rsidR="00FC6F9B" w:rsidRPr="00FC6F9B" w14:paraId="3BBF3A19" w14:textId="77777777" w:rsidTr="00FC6F9B">
        <w:tc>
          <w:tcPr>
            <w:tcW w:w="4752" w:type="dxa"/>
          </w:tcPr>
          <w:p w14:paraId="6B6C400A" w14:textId="77777777" w:rsidR="00FC6F9B" w:rsidRPr="00FC6F9B" w:rsidRDefault="00FC6F9B" w:rsidP="00FC6F9B">
            <w:pPr>
              <w:jc w:val="left"/>
              <w:rPr>
                <w:rFonts w:ascii="Calibri" w:hAnsi="Calibri" w:cs="Calibri"/>
                <w:sz w:val="20"/>
              </w:rPr>
            </w:pPr>
            <w:r w:rsidRPr="00FC6F9B">
              <w:rPr>
                <w:rFonts w:ascii="Calibri" w:hAnsi="Calibri" w:cs="Calibri"/>
                <w:sz w:val="20"/>
              </w:rPr>
              <w:t>Dettes fournisseurs</w:t>
            </w:r>
          </w:p>
        </w:tc>
        <w:tc>
          <w:tcPr>
            <w:tcW w:w="1872" w:type="dxa"/>
          </w:tcPr>
          <w:p w14:paraId="32E1A7EF" w14:textId="77777777" w:rsidR="00FC6F9B" w:rsidRPr="00FC6F9B" w:rsidRDefault="00FC6F9B" w:rsidP="00FC6F9B">
            <w:pPr>
              <w:jc w:val="left"/>
              <w:rPr>
                <w:rFonts w:ascii="Calibri" w:hAnsi="Calibri" w:cs="Calibri"/>
                <w:sz w:val="20"/>
              </w:rPr>
            </w:pPr>
            <w:r w:rsidRPr="00FC6F9B">
              <w:rPr>
                <w:rFonts w:ascii="Calibri" w:hAnsi="Calibri" w:cs="Calibri"/>
                <w:sz w:val="20"/>
              </w:rPr>
              <w:t>40 000</w:t>
            </w:r>
          </w:p>
        </w:tc>
        <w:tc>
          <w:tcPr>
            <w:tcW w:w="1872" w:type="dxa"/>
          </w:tcPr>
          <w:p w14:paraId="15F44FAC" w14:textId="77777777" w:rsidR="00FC6F9B" w:rsidRPr="00FC6F9B" w:rsidRDefault="00FC6F9B" w:rsidP="00FC6F9B">
            <w:pPr>
              <w:jc w:val="left"/>
              <w:rPr>
                <w:rFonts w:ascii="Calibri" w:hAnsi="Calibri" w:cs="Calibri"/>
                <w:sz w:val="20"/>
              </w:rPr>
            </w:pPr>
            <w:r w:rsidRPr="00FC6F9B">
              <w:rPr>
                <w:rFonts w:ascii="Calibri" w:hAnsi="Calibri" w:cs="Calibri"/>
                <w:sz w:val="20"/>
              </w:rPr>
              <w:t>52 000</w:t>
            </w:r>
          </w:p>
        </w:tc>
        <w:tc>
          <w:tcPr>
            <w:tcW w:w="1872" w:type="dxa"/>
          </w:tcPr>
          <w:p w14:paraId="58A136C6" w14:textId="77777777" w:rsidR="00FC6F9B" w:rsidRPr="00FC6F9B" w:rsidRDefault="00FC6F9B" w:rsidP="00FC6F9B">
            <w:pPr>
              <w:jc w:val="left"/>
              <w:rPr>
                <w:rFonts w:ascii="Calibri" w:hAnsi="Calibri" w:cs="Calibri"/>
                <w:sz w:val="20"/>
              </w:rPr>
            </w:pPr>
            <w:r w:rsidRPr="00FC6F9B">
              <w:rPr>
                <w:rFonts w:ascii="Calibri" w:hAnsi="Calibri" w:cs="Calibri"/>
                <w:sz w:val="20"/>
              </w:rPr>
              <w:t>64 000</w:t>
            </w:r>
          </w:p>
        </w:tc>
      </w:tr>
      <w:tr w:rsidR="00FC6F9B" w:rsidRPr="00FC6F9B" w14:paraId="2784A081" w14:textId="77777777" w:rsidTr="00FC6F9B">
        <w:tc>
          <w:tcPr>
            <w:tcW w:w="4752" w:type="dxa"/>
          </w:tcPr>
          <w:p w14:paraId="3224A7B3" w14:textId="77777777" w:rsidR="00FC6F9B" w:rsidRPr="00FC6F9B" w:rsidRDefault="00FC6F9B" w:rsidP="00FC6F9B">
            <w:pPr>
              <w:jc w:val="left"/>
              <w:rPr>
                <w:rFonts w:ascii="Calibri" w:hAnsi="Calibri" w:cs="Calibri"/>
                <w:sz w:val="20"/>
              </w:rPr>
            </w:pPr>
            <w:r w:rsidRPr="00FC6F9B">
              <w:rPr>
                <w:rFonts w:ascii="Calibri" w:hAnsi="Calibri" w:cs="Calibri"/>
                <w:sz w:val="20"/>
              </w:rPr>
              <w:t>Total passif</w:t>
            </w:r>
          </w:p>
        </w:tc>
        <w:tc>
          <w:tcPr>
            <w:tcW w:w="1872" w:type="dxa"/>
          </w:tcPr>
          <w:p w14:paraId="434256F8" w14:textId="77777777" w:rsidR="00FC6F9B" w:rsidRPr="00FC6F9B" w:rsidRDefault="00FC6F9B" w:rsidP="00FC6F9B">
            <w:pPr>
              <w:jc w:val="left"/>
              <w:rPr>
                <w:rFonts w:ascii="Calibri" w:hAnsi="Calibri" w:cs="Calibri"/>
                <w:sz w:val="20"/>
              </w:rPr>
            </w:pPr>
            <w:r w:rsidRPr="00FC6F9B">
              <w:rPr>
                <w:rFonts w:ascii="Calibri" w:hAnsi="Calibri" w:cs="Calibri"/>
                <w:sz w:val="20"/>
              </w:rPr>
              <w:t>226 625</w:t>
            </w:r>
          </w:p>
        </w:tc>
        <w:tc>
          <w:tcPr>
            <w:tcW w:w="1872" w:type="dxa"/>
          </w:tcPr>
          <w:p w14:paraId="630F32DF" w14:textId="77777777" w:rsidR="00FC6F9B" w:rsidRPr="00FC6F9B" w:rsidRDefault="00FC6F9B" w:rsidP="00FC6F9B">
            <w:pPr>
              <w:jc w:val="left"/>
              <w:rPr>
                <w:rFonts w:ascii="Calibri" w:hAnsi="Calibri" w:cs="Calibri"/>
                <w:sz w:val="20"/>
              </w:rPr>
            </w:pPr>
            <w:r w:rsidRPr="00FC6F9B">
              <w:rPr>
                <w:rFonts w:ascii="Calibri" w:hAnsi="Calibri" w:cs="Calibri"/>
                <w:sz w:val="20"/>
              </w:rPr>
              <w:t>283 625</w:t>
            </w:r>
          </w:p>
        </w:tc>
        <w:tc>
          <w:tcPr>
            <w:tcW w:w="1872" w:type="dxa"/>
          </w:tcPr>
          <w:p w14:paraId="591F797D" w14:textId="77777777" w:rsidR="00FC6F9B" w:rsidRPr="00FC6F9B" w:rsidRDefault="00FC6F9B" w:rsidP="00FC6F9B">
            <w:pPr>
              <w:jc w:val="left"/>
              <w:rPr>
                <w:rFonts w:ascii="Calibri" w:hAnsi="Calibri" w:cs="Calibri"/>
                <w:sz w:val="20"/>
              </w:rPr>
            </w:pPr>
            <w:r w:rsidRPr="00FC6F9B">
              <w:rPr>
                <w:rFonts w:ascii="Calibri" w:hAnsi="Calibri" w:cs="Calibri"/>
                <w:sz w:val="20"/>
              </w:rPr>
              <w:t>389 000</w:t>
            </w:r>
          </w:p>
        </w:tc>
      </w:tr>
    </w:tbl>
    <w:p w14:paraId="260E4484" w14:textId="77777777" w:rsidR="00FC6F9B" w:rsidRDefault="00FC6F9B" w:rsidP="00FC6F9B">
      <w:pPr>
        <w:spacing w:after="0" w:line="240" w:lineRule="auto"/>
      </w:pPr>
    </w:p>
    <w:p w14:paraId="0C6732A7" w14:textId="66D8B317" w:rsidR="00FC6F9B" w:rsidRDefault="00FC6F9B" w:rsidP="00FC6F9B">
      <w:pPr>
        <w:spacing w:after="0" w:line="240" w:lineRule="auto"/>
      </w:pPr>
      <w:r>
        <w:t>Les immobilisations nettes sont</w:t>
      </w:r>
      <w:r>
        <w:t> :</w:t>
      </w:r>
      <w:r>
        <w:t xml:space="preserve"> 100 000 − 20 000 = 80 000</w:t>
      </w:r>
      <w:r>
        <w:t> € ;</w:t>
      </w:r>
      <w:r>
        <w:t xml:space="preserve"> puis 125 000 − 45 000 = 80 000</w:t>
      </w:r>
      <w:r>
        <w:t> € ;</w:t>
      </w:r>
      <w:r>
        <w:t xml:space="preserve"> puis 150 000 − 75 000 = 75 000</w:t>
      </w:r>
      <w:r>
        <w:t> €</w:t>
      </w:r>
      <w:r>
        <w:t>. Le capital restant dû diminue de 30 000</w:t>
      </w:r>
      <w:r>
        <w:t> €</w:t>
      </w:r>
      <w:r>
        <w:t xml:space="preserve"> par an. Les résultats conservés augmentent les capitaux propres. Les taxes et autres dettes sont absentes en vertu des conventions du cas.</w:t>
      </w:r>
    </w:p>
    <w:p w14:paraId="6E0EFB12" w14:textId="77777777" w:rsidR="00FC6F9B" w:rsidRDefault="00FC6F9B" w:rsidP="00FC6F9B">
      <w:pPr>
        <w:spacing w:after="0" w:line="240" w:lineRule="auto"/>
      </w:pPr>
      <w:r>
        <w:t>Les actifs et passifs sont égaux chaque année. Les soldes bancaires rejoignent le calcul des flux. Ces contrôles valident l’articulation arithmétique, sans prouver la réalisation des ventes.</w:t>
      </w:r>
    </w:p>
    <w:p w14:paraId="4FC2C98A" w14:textId="77777777" w:rsidR="00FC6F9B" w:rsidRDefault="00FC6F9B" w:rsidP="00067DE2">
      <w:pPr>
        <w:pStyle w:val="Titre1"/>
      </w:pPr>
      <w:bookmarkStart w:id="31" w:name="_Toc241759602"/>
      <w:r>
        <w:t>32- Corrigé des scénarios et de la décision</w:t>
      </w:r>
      <w:bookmarkEnd w:id="31"/>
    </w:p>
    <w:p w14:paraId="7EBA9177" w14:textId="6FEC80D9" w:rsidR="00FC6F9B" w:rsidRDefault="00FC6F9B" w:rsidP="00FC6F9B">
      <w:pPr>
        <w:pStyle w:val="Titre2"/>
        <w:spacing w:before="0" w:after="0" w:line="240" w:lineRule="auto"/>
      </w:pPr>
      <w:r>
        <w:t>32.1- Baisse de 10</w:t>
      </w:r>
      <w:r>
        <w:t> %</w:t>
      </w:r>
      <w:r>
        <w:t xml:space="preserve"> des ventes en année 1</w:t>
      </w:r>
    </w:p>
    <w:p w14:paraId="566B765E" w14:textId="5B4F8C1A" w:rsidR="00FC6F9B" w:rsidRDefault="00FC6F9B" w:rsidP="00FC6F9B">
      <w:pPr>
        <w:spacing w:after="0" w:line="240" w:lineRule="auto"/>
      </w:pPr>
      <w:r>
        <w:t>Le chiffre d’affaires devient 540 000</w:t>
      </w:r>
      <w:r>
        <w:t> €</w:t>
      </w:r>
      <w:r>
        <w:t xml:space="preserve"> et les coûts variables 216 000</w:t>
      </w:r>
      <w:r>
        <w:t> €</w:t>
      </w:r>
      <w:r>
        <w:t>. Les charges fixes, amortissements et intérêts restent identiques. Le résultat avant impôt est de 540 000 − 216 000 − 300 000 − 20 000 − 4 500 = −500</w:t>
      </w:r>
      <w:r>
        <w:t> €</w:t>
      </w:r>
      <w:r>
        <w:t>. L’impôt est nul dans la convention du cas.</w:t>
      </w:r>
    </w:p>
    <w:p w14:paraId="73A8E2F7" w14:textId="4CBCACAA" w:rsidR="00FC6F9B" w:rsidRDefault="00FC6F9B" w:rsidP="00FC6F9B">
      <w:pPr>
        <w:spacing w:after="0" w:line="240" w:lineRule="auto"/>
      </w:pPr>
      <w:r>
        <w:rPr>
          <w:b/>
          <w:sz w:val="21"/>
        </w:rPr>
        <w:t>Capacité d’autofinancement = −500 + 20 000 = 19 500</w:t>
      </w:r>
      <w:r>
        <w:rPr>
          <w:b/>
          <w:sz w:val="21"/>
        </w:rPr>
        <w:t> €</w:t>
      </w:r>
    </w:p>
    <w:p w14:paraId="3118105F" w14:textId="353BAD54" w:rsidR="00FC6F9B" w:rsidRDefault="00FC6F9B" w:rsidP="00FC6F9B">
      <w:pPr>
        <w:spacing w:after="0" w:line="240" w:lineRule="auto"/>
      </w:pPr>
      <w:r>
        <w:rPr>
          <w:b/>
          <w:sz w:val="21"/>
        </w:rPr>
        <w:t>Besoin du cycle = 540 000 × 10</w:t>
      </w:r>
      <w:r>
        <w:rPr>
          <w:b/>
          <w:sz w:val="21"/>
        </w:rPr>
        <w:t> %</w:t>
      </w:r>
      <w:r>
        <w:rPr>
          <w:b/>
          <w:sz w:val="21"/>
        </w:rPr>
        <w:t xml:space="preserve"> = 54 000</w:t>
      </w:r>
      <w:r>
        <w:rPr>
          <w:b/>
          <w:sz w:val="21"/>
        </w:rPr>
        <w:t> €</w:t>
      </w:r>
    </w:p>
    <w:p w14:paraId="0338E30F" w14:textId="7377592E" w:rsidR="00FC6F9B" w:rsidRDefault="00FC6F9B" w:rsidP="00FC6F9B">
      <w:pPr>
        <w:spacing w:after="0" w:line="240" w:lineRule="auto"/>
      </w:pPr>
      <w:r>
        <w:rPr>
          <w:b/>
          <w:sz w:val="21"/>
        </w:rPr>
        <w:t>Trésorerie finale = 90 000 + 19 500 − 54 000 − 30 000 = 25 500</w:t>
      </w:r>
      <w:r>
        <w:rPr>
          <w:b/>
          <w:sz w:val="21"/>
        </w:rPr>
        <w:t> €</w:t>
      </w:r>
    </w:p>
    <w:p w14:paraId="386B620F" w14:textId="77777777" w:rsidR="00FC6F9B" w:rsidRDefault="00FC6F9B" w:rsidP="00FC6F9B">
      <w:pPr>
        <w:spacing w:after="0" w:line="240" w:lineRule="auto"/>
      </w:pPr>
      <w:r>
        <w:t>L’exploitation seule reste légèrement bénéficiaire, mais le résultat avant impôt devient négatif à cause des intérêts. La baisse de volume fait diminuer le besoin du cycle. Le projet doit néanmoins justifier les mesures permettant de restaurer une marge suffisante.</w:t>
      </w:r>
    </w:p>
    <w:p w14:paraId="0A9DA85B" w14:textId="77777777" w:rsidR="00FC6F9B" w:rsidRDefault="00FC6F9B" w:rsidP="00FC6F9B">
      <w:pPr>
        <w:pStyle w:val="Titre2"/>
        <w:spacing w:before="0" w:after="0" w:line="240" w:lineRule="auto"/>
      </w:pPr>
      <w:r>
        <w:t>32.2- Paiement client retardé d’un mois</w:t>
      </w:r>
    </w:p>
    <w:p w14:paraId="5D505970" w14:textId="027BFE6C" w:rsidR="00FC6F9B" w:rsidRDefault="00FC6F9B" w:rsidP="00FC6F9B">
      <w:pPr>
        <w:spacing w:after="0" w:line="240" w:lineRule="auto"/>
      </w:pPr>
      <w:r>
        <w:t>Les ventes restent à 600 000</w:t>
      </w:r>
      <w:r>
        <w:t> €</w:t>
      </w:r>
      <w:r>
        <w:t>. Les clients règlent en trois mois au lieu de deux, tandis que les fournisseurs restent à deux mois. Les créances de clôture passent à 150 000</w:t>
      </w:r>
      <w:r>
        <w:t> €</w:t>
      </w:r>
      <w:r>
        <w:t>, les dettes fournisseurs restant à 40 000</w:t>
      </w:r>
      <w:r>
        <w:t> €</w:t>
      </w:r>
      <w:r>
        <w:t>. Le besoin devient 110 000</w:t>
      </w:r>
      <w:r>
        <w:t> €</w:t>
      </w:r>
      <w:r>
        <w:t>, soit 50 000</w:t>
      </w:r>
      <w:r>
        <w:t> €</w:t>
      </w:r>
      <w:r>
        <w:t xml:space="preserve"> supplémentaires.</w:t>
      </w:r>
    </w:p>
    <w:p w14:paraId="6E84083C" w14:textId="3D7A46A5" w:rsidR="00FC6F9B" w:rsidRDefault="00FC6F9B" w:rsidP="00FC6F9B">
      <w:pPr>
        <w:spacing w:after="0" w:line="240" w:lineRule="auto"/>
      </w:pPr>
      <w:r>
        <w:rPr>
          <w:b/>
          <w:sz w:val="21"/>
        </w:rPr>
        <w:t>Trésorerie finale = 46 625 − 50 000 = −3 375</w:t>
      </w:r>
      <w:r>
        <w:rPr>
          <w:b/>
          <w:sz w:val="21"/>
        </w:rPr>
        <w:t> €</w:t>
      </w:r>
    </w:p>
    <w:p w14:paraId="5A3CCAE0" w14:textId="42F334B1" w:rsidR="00FC6F9B" w:rsidRDefault="00FC6F9B" w:rsidP="00FC6F9B">
      <w:pPr>
        <w:spacing w:after="0" w:line="240" w:lineRule="auto"/>
      </w:pPr>
      <w:r>
        <w:t>En mars, aucune recette n’est encore reçue alors que les achats de janvier sont payés. Le solde devient 39 250 − 45 375 = −6 125</w:t>
      </w:r>
      <w:r>
        <w:t> €</w:t>
      </w:r>
      <w:r>
        <w:t>. C’est le creux mensuel du scénario. Pour maintenir un minimum de 30 000</w:t>
      </w:r>
      <w:r>
        <w:t> €</w:t>
      </w:r>
      <w:r>
        <w:t>, il faudrait au moins 36 125</w:t>
      </w:r>
      <w:r>
        <w:t> €</w:t>
      </w:r>
      <w:r>
        <w:t xml:space="preserve"> de ressources supplémentaires disponibles avant ce creux, hors coût du financement ajouté.</w:t>
      </w:r>
    </w:p>
    <w:p w14:paraId="693FCE8F" w14:textId="77777777" w:rsidR="00FC6F9B" w:rsidRDefault="00FC6F9B" w:rsidP="00FC6F9B">
      <w:pPr>
        <w:pStyle w:val="Titre2"/>
        <w:spacing w:before="0" w:after="0" w:line="240" w:lineRule="auto"/>
      </w:pPr>
      <w:r>
        <w:lastRenderedPageBreak/>
        <w:t>32.3- Couverture de la dette</w:t>
      </w:r>
    </w:p>
    <w:p w14:paraId="4FE44653" w14:textId="7F5288CC" w:rsidR="00FC6F9B" w:rsidRDefault="00FC6F9B" w:rsidP="00FC6F9B">
      <w:pPr>
        <w:spacing w:after="0" w:line="240" w:lineRule="auto"/>
      </w:pPr>
      <w:r>
        <w:t>Avec la définition de la section 24, le flux avant service de la dette est de −8 875</w:t>
      </w:r>
      <w:r>
        <w:t> €</w:t>
      </w:r>
      <w:r>
        <w:t xml:space="preserve"> en année 1, puis 60 000</w:t>
      </w:r>
      <w:r>
        <w:t> €</w:t>
      </w:r>
      <w:r>
        <w:t xml:space="preserve"> en année 2 et 111 875</w:t>
      </w:r>
      <w:r>
        <w:t> €</w:t>
      </w:r>
      <w:r>
        <w:t xml:space="preserve"> en année 3. Les échéances annuelles, capital et intérêts, sont de 34 500</w:t>
      </w:r>
      <w:r>
        <w:t> €</w:t>
      </w:r>
      <w:r>
        <w:t>, 33 000</w:t>
      </w:r>
      <w:r>
        <w:t> €</w:t>
      </w:r>
      <w:r>
        <w:t xml:space="preserve"> et 31 500</w:t>
      </w:r>
      <w:r>
        <w:t> €</w:t>
      </w:r>
      <w:r>
        <w:t>. La première année mobilise donc la liquidité apportée initialement. Les ratios des années 2 et 3 sont d’environ 1,82 et 3,55.</w:t>
      </w:r>
    </w:p>
    <w:p w14:paraId="036ABA18" w14:textId="77777777" w:rsidR="00FC6F9B" w:rsidRDefault="00FC6F9B" w:rsidP="00FC6F9B">
      <w:pPr>
        <w:pStyle w:val="Titre2"/>
        <w:spacing w:before="0" w:after="0" w:line="240" w:lineRule="auto"/>
      </w:pPr>
      <w:r>
        <w:t>32.4- Recommandation et résumé opérationnel</w:t>
      </w:r>
    </w:p>
    <w:p w14:paraId="3071D953" w14:textId="77777777" w:rsidR="00FC6F9B" w:rsidRDefault="00FC6F9B" w:rsidP="00FC6F9B">
      <w:pPr>
        <w:spacing w:after="0" w:line="240" w:lineRule="auto"/>
      </w:pPr>
      <w:r>
        <w:t>La rentabilité progresse et le scénario central reste financé. Le démarrage demeure sensible aux délais clients et à l’existence du portefeuille annoncé. La poursuite suppose la validation commerciale, la maîtrise des coûts variables et un financement mobilisable en cas de retard de paiement.</w:t>
      </w:r>
    </w:p>
    <w:p w14:paraId="1AAB1E3F" w14:textId="04F2EA35" w:rsidR="00FC6F9B" w:rsidRDefault="00FC6F9B" w:rsidP="00FC6F9B">
      <w:pPr>
        <w:spacing w:after="0" w:line="240" w:lineRule="auto"/>
      </w:pPr>
      <w:r>
        <w:t>« </w:t>
      </w:r>
      <w:proofErr w:type="spellStart"/>
      <w:r>
        <w:t>Novéa</w:t>
      </w:r>
      <w:proofErr w:type="spellEnd"/>
      <w:r>
        <w:t xml:space="preserve"> Maintenance propose un service préventif aux ateliers. Le plan prévoit 600 000</w:t>
      </w:r>
      <w:r>
        <w:t> €</w:t>
      </w:r>
      <w:r>
        <w:t xml:space="preserve"> de ventes en année 1 et 960 000</w:t>
      </w:r>
      <w:r>
        <w:t> €</w:t>
      </w:r>
      <w:r>
        <w:t xml:space="preserve"> en année 3, avec un résultat net de 26 625</w:t>
      </w:r>
      <w:r>
        <w:t> €</w:t>
      </w:r>
      <w:r>
        <w:t xml:space="preserve"> puis 123 375</w:t>
      </w:r>
      <w:r>
        <w:t> €</w:t>
      </w:r>
      <w:r>
        <w:t>. Le besoin initial est de 190 000</w:t>
      </w:r>
      <w:r>
        <w:t> €</w:t>
      </w:r>
      <w:r>
        <w:t>, financé par 100 000</w:t>
      </w:r>
      <w:r>
        <w:t> €</w:t>
      </w:r>
      <w:r>
        <w:t xml:space="preserve"> de capital et un emprunt demandé de 90 000</w:t>
      </w:r>
      <w:r>
        <w:t> €</w:t>
      </w:r>
      <w:r>
        <w:t>. La trésorerie centrale reste positive, mais un retard client d’un mois crée un déficit mensuel de 6 125</w:t>
      </w:r>
      <w:r>
        <w:t> €</w:t>
      </w:r>
      <w:r>
        <w:t>. Les engagements clients et une solution de liquidité doivent être confirmés avant le lancement.</w:t>
      </w:r>
      <w:r>
        <w:t> »</w:t>
      </w:r>
    </w:p>
    <w:p w14:paraId="31B4093D" w14:textId="77777777" w:rsidR="00FC6F9B" w:rsidRDefault="00FC6F9B" w:rsidP="00067DE2">
      <w:pPr>
        <w:pStyle w:val="Titre1"/>
      </w:pPr>
      <w:bookmarkStart w:id="32" w:name="_Toc241759603"/>
      <w:r>
        <w:t>33- Canevas de rédaction et méthode d’examen</w:t>
      </w:r>
      <w:bookmarkEnd w:id="32"/>
    </w:p>
    <w:p w14:paraId="62D34565" w14:textId="77777777" w:rsidR="00FC6F9B" w:rsidRDefault="00FC6F9B" w:rsidP="00FC6F9B">
      <w:pPr>
        <w:pStyle w:val="Titre2"/>
        <w:spacing w:before="0" w:after="0" w:line="240" w:lineRule="auto"/>
      </w:pPr>
      <w:r>
        <w:t>33.1- Questions à renseigner pour son propre projet</w:t>
      </w:r>
    </w:p>
    <w:tbl>
      <w:tblPr>
        <w:tblStyle w:val="Grilledutableau"/>
        <w:tblW w:w="0" w:type="auto"/>
        <w:tblLayout w:type="fixed"/>
        <w:tblLook w:val="04A0" w:firstRow="1" w:lastRow="0" w:firstColumn="1" w:lastColumn="0" w:noHBand="0" w:noVBand="1"/>
      </w:tblPr>
      <w:tblGrid>
        <w:gridCol w:w="2592"/>
        <w:gridCol w:w="7776"/>
      </w:tblGrid>
      <w:tr w:rsidR="00FC6F9B" w:rsidRPr="00FC6F9B" w14:paraId="732F9116" w14:textId="77777777" w:rsidTr="00FC6F9B">
        <w:trPr>
          <w:tblHeader/>
        </w:trPr>
        <w:tc>
          <w:tcPr>
            <w:tcW w:w="2592" w:type="dxa"/>
          </w:tcPr>
          <w:p w14:paraId="5E1A2488" w14:textId="77777777" w:rsidR="00FC6F9B" w:rsidRPr="00FC6F9B" w:rsidRDefault="00FC6F9B" w:rsidP="00FC6F9B">
            <w:pPr>
              <w:jc w:val="left"/>
              <w:rPr>
                <w:rFonts w:ascii="Calibri" w:hAnsi="Calibri" w:cs="Calibri"/>
                <w:sz w:val="20"/>
              </w:rPr>
            </w:pPr>
            <w:r w:rsidRPr="00FC6F9B">
              <w:rPr>
                <w:rFonts w:ascii="Calibri" w:hAnsi="Calibri" w:cs="Calibri"/>
                <w:b/>
                <w:sz w:val="20"/>
              </w:rPr>
              <w:t>Rubrique</w:t>
            </w:r>
          </w:p>
        </w:tc>
        <w:tc>
          <w:tcPr>
            <w:tcW w:w="7776" w:type="dxa"/>
          </w:tcPr>
          <w:p w14:paraId="2BF86460" w14:textId="77777777" w:rsidR="00FC6F9B" w:rsidRPr="00FC6F9B" w:rsidRDefault="00FC6F9B" w:rsidP="00FC6F9B">
            <w:pPr>
              <w:jc w:val="left"/>
              <w:rPr>
                <w:rFonts w:ascii="Calibri" w:hAnsi="Calibri" w:cs="Calibri"/>
                <w:sz w:val="20"/>
              </w:rPr>
            </w:pPr>
            <w:r w:rsidRPr="00FC6F9B">
              <w:rPr>
                <w:rFonts w:ascii="Calibri" w:hAnsi="Calibri" w:cs="Calibri"/>
                <w:b/>
                <w:sz w:val="20"/>
              </w:rPr>
              <w:t>Questions opérationnelles</w:t>
            </w:r>
          </w:p>
        </w:tc>
      </w:tr>
      <w:tr w:rsidR="00FC6F9B" w:rsidRPr="00FC6F9B" w14:paraId="2A7F7810" w14:textId="77777777" w:rsidTr="00FC6F9B">
        <w:tc>
          <w:tcPr>
            <w:tcW w:w="2592" w:type="dxa"/>
          </w:tcPr>
          <w:p w14:paraId="02DDED82" w14:textId="77777777" w:rsidR="00FC6F9B" w:rsidRPr="00FC6F9B" w:rsidRDefault="00FC6F9B" w:rsidP="00FC6F9B">
            <w:pPr>
              <w:jc w:val="left"/>
              <w:rPr>
                <w:rFonts w:ascii="Calibri" w:hAnsi="Calibri" w:cs="Calibri"/>
                <w:sz w:val="20"/>
              </w:rPr>
            </w:pPr>
            <w:r w:rsidRPr="00FC6F9B">
              <w:rPr>
                <w:rFonts w:ascii="Calibri" w:hAnsi="Calibri" w:cs="Calibri"/>
                <w:sz w:val="20"/>
              </w:rPr>
              <w:t>Projet et équipe</w:t>
            </w:r>
          </w:p>
        </w:tc>
        <w:tc>
          <w:tcPr>
            <w:tcW w:w="7776" w:type="dxa"/>
          </w:tcPr>
          <w:p w14:paraId="16ED5917" w14:textId="1965FAE9" w:rsidR="00FC6F9B" w:rsidRPr="00FC6F9B" w:rsidRDefault="00FC6F9B" w:rsidP="00FC6F9B">
            <w:pPr>
              <w:jc w:val="left"/>
              <w:rPr>
                <w:rFonts w:ascii="Calibri" w:hAnsi="Calibri" w:cs="Calibri"/>
                <w:sz w:val="20"/>
              </w:rPr>
            </w:pPr>
            <w:r w:rsidRPr="00FC6F9B">
              <w:rPr>
                <w:rFonts w:ascii="Calibri" w:hAnsi="Calibri" w:cs="Calibri"/>
                <w:sz w:val="20"/>
              </w:rPr>
              <w:t>Qui porte le projet</w:t>
            </w:r>
            <w:r w:rsidRPr="00FC6F9B">
              <w:rPr>
                <w:rFonts w:ascii="Calibri" w:hAnsi="Calibri" w:cs="Calibri"/>
                <w:sz w:val="20"/>
              </w:rPr>
              <w:t> ?</w:t>
            </w:r>
            <w:r w:rsidRPr="00FC6F9B">
              <w:rPr>
                <w:rFonts w:ascii="Calibri" w:hAnsi="Calibri" w:cs="Calibri"/>
                <w:sz w:val="20"/>
              </w:rPr>
              <w:t xml:space="preserve"> Quelles compétences et quelles responsabilités</w:t>
            </w:r>
            <w:r w:rsidRPr="00FC6F9B">
              <w:rPr>
                <w:rFonts w:ascii="Calibri" w:hAnsi="Calibri" w:cs="Calibri"/>
                <w:sz w:val="20"/>
              </w:rPr>
              <w:t> ?</w:t>
            </w:r>
          </w:p>
        </w:tc>
      </w:tr>
      <w:tr w:rsidR="00FC6F9B" w:rsidRPr="00FC6F9B" w14:paraId="40996EC4" w14:textId="77777777" w:rsidTr="00FC6F9B">
        <w:tc>
          <w:tcPr>
            <w:tcW w:w="2592" w:type="dxa"/>
          </w:tcPr>
          <w:p w14:paraId="772DCAD6" w14:textId="77777777" w:rsidR="00FC6F9B" w:rsidRPr="00FC6F9B" w:rsidRDefault="00FC6F9B" w:rsidP="00FC6F9B">
            <w:pPr>
              <w:jc w:val="left"/>
              <w:rPr>
                <w:rFonts w:ascii="Calibri" w:hAnsi="Calibri" w:cs="Calibri"/>
                <w:sz w:val="20"/>
              </w:rPr>
            </w:pPr>
            <w:r w:rsidRPr="00FC6F9B">
              <w:rPr>
                <w:rFonts w:ascii="Calibri" w:hAnsi="Calibri" w:cs="Calibri"/>
                <w:sz w:val="20"/>
              </w:rPr>
              <w:t>Offre</w:t>
            </w:r>
          </w:p>
        </w:tc>
        <w:tc>
          <w:tcPr>
            <w:tcW w:w="7776" w:type="dxa"/>
          </w:tcPr>
          <w:p w14:paraId="32CB6975" w14:textId="50CDC065" w:rsidR="00FC6F9B" w:rsidRPr="00FC6F9B" w:rsidRDefault="00FC6F9B" w:rsidP="00FC6F9B">
            <w:pPr>
              <w:jc w:val="left"/>
              <w:rPr>
                <w:rFonts w:ascii="Calibri" w:hAnsi="Calibri" w:cs="Calibri"/>
                <w:sz w:val="20"/>
              </w:rPr>
            </w:pPr>
            <w:r w:rsidRPr="00FC6F9B">
              <w:rPr>
                <w:rFonts w:ascii="Calibri" w:hAnsi="Calibri" w:cs="Calibri"/>
                <w:sz w:val="20"/>
              </w:rPr>
              <w:t>Quel problème, pour quel client, avec quel bénéfice et quel périmètre</w:t>
            </w:r>
            <w:r w:rsidRPr="00FC6F9B">
              <w:rPr>
                <w:rFonts w:ascii="Calibri" w:hAnsi="Calibri" w:cs="Calibri"/>
                <w:sz w:val="20"/>
              </w:rPr>
              <w:t> ?</w:t>
            </w:r>
          </w:p>
        </w:tc>
      </w:tr>
      <w:tr w:rsidR="00FC6F9B" w:rsidRPr="00FC6F9B" w14:paraId="7EAADDCF" w14:textId="77777777" w:rsidTr="00FC6F9B">
        <w:tc>
          <w:tcPr>
            <w:tcW w:w="2592" w:type="dxa"/>
          </w:tcPr>
          <w:p w14:paraId="593B370F" w14:textId="77777777" w:rsidR="00FC6F9B" w:rsidRPr="00FC6F9B" w:rsidRDefault="00FC6F9B" w:rsidP="00FC6F9B">
            <w:pPr>
              <w:jc w:val="left"/>
              <w:rPr>
                <w:rFonts w:ascii="Calibri" w:hAnsi="Calibri" w:cs="Calibri"/>
                <w:sz w:val="20"/>
              </w:rPr>
            </w:pPr>
            <w:r w:rsidRPr="00FC6F9B">
              <w:rPr>
                <w:rFonts w:ascii="Calibri" w:hAnsi="Calibri" w:cs="Calibri"/>
                <w:sz w:val="20"/>
              </w:rPr>
              <w:t>Marché</w:t>
            </w:r>
          </w:p>
        </w:tc>
        <w:tc>
          <w:tcPr>
            <w:tcW w:w="7776" w:type="dxa"/>
          </w:tcPr>
          <w:p w14:paraId="4FBC1CD4" w14:textId="57C17635" w:rsidR="00FC6F9B" w:rsidRPr="00FC6F9B" w:rsidRDefault="00FC6F9B" w:rsidP="00FC6F9B">
            <w:pPr>
              <w:jc w:val="left"/>
              <w:rPr>
                <w:rFonts w:ascii="Calibri" w:hAnsi="Calibri" w:cs="Calibri"/>
                <w:sz w:val="20"/>
              </w:rPr>
            </w:pPr>
            <w:r w:rsidRPr="00FC6F9B">
              <w:rPr>
                <w:rFonts w:ascii="Calibri" w:hAnsi="Calibri" w:cs="Calibri"/>
                <w:sz w:val="20"/>
              </w:rPr>
              <w:t>Combien de clients accessibles</w:t>
            </w:r>
            <w:r w:rsidRPr="00FC6F9B">
              <w:rPr>
                <w:rFonts w:ascii="Calibri" w:hAnsi="Calibri" w:cs="Calibri"/>
                <w:sz w:val="20"/>
              </w:rPr>
              <w:t> ?</w:t>
            </w:r>
            <w:r w:rsidRPr="00FC6F9B">
              <w:rPr>
                <w:rFonts w:ascii="Calibri" w:hAnsi="Calibri" w:cs="Calibri"/>
                <w:sz w:val="20"/>
              </w:rPr>
              <w:t xml:space="preserve"> Quelles preuves d’achat au prix prévu</w:t>
            </w:r>
            <w:r w:rsidRPr="00FC6F9B">
              <w:rPr>
                <w:rFonts w:ascii="Calibri" w:hAnsi="Calibri" w:cs="Calibri"/>
                <w:sz w:val="20"/>
              </w:rPr>
              <w:t> ?</w:t>
            </w:r>
          </w:p>
        </w:tc>
      </w:tr>
      <w:tr w:rsidR="00FC6F9B" w:rsidRPr="00FC6F9B" w14:paraId="76ED6D1F" w14:textId="77777777" w:rsidTr="00FC6F9B">
        <w:tc>
          <w:tcPr>
            <w:tcW w:w="2592" w:type="dxa"/>
          </w:tcPr>
          <w:p w14:paraId="7C0C4482" w14:textId="77777777" w:rsidR="00FC6F9B" w:rsidRPr="00FC6F9B" w:rsidRDefault="00FC6F9B" w:rsidP="00FC6F9B">
            <w:pPr>
              <w:jc w:val="left"/>
              <w:rPr>
                <w:rFonts w:ascii="Calibri" w:hAnsi="Calibri" w:cs="Calibri"/>
                <w:sz w:val="20"/>
              </w:rPr>
            </w:pPr>
            <w:r w:rsidRPr="00FC6F9B">
              <w:rPr>
                <w:rFonts w:ascii="Calibri" w:hAnsi="Calibri" w:cs="Calibri"/>
                <w:sz w:val="20"/>
              </w:rPr>
              <w:t>Modèle économique</w:t>
            </w:r>
          </w:p>
        </w:tc>
        <w:tc>
          <w:tcPr>
            <w:tcW w:w="7776" w:type="dxa"/>
          </w:tcPr>
          <w:p w14:paraId="7DAD283B" w14:textId="61750855" w:rsidR="00FC6F9B" w:rsidRPr="00FC6F9B" w:rsidRDefault="00FC6F9B" w:rsidP="00FC6F9B">
            <w:pPr>
              <w:jc w:val="left"/>
              <w:rPr>
                <w:rFonts w:ascii="Calibri" w:hAnsi="Calibri" w:cs="Calibri"/>
                <w:sz w:val="20"/>
              </w:rPr>
            </w:pPr>
            <w:r w:rsidRPr="00FC6F9B">
              <w:rPr>
                <w:rFonts w:ascii="Calibri" w:hAnsi="Calibri" w:cs="Calibri"/>
                <w:sz w:val="20"/>
              </w:rPr>
              <w:t>Qui paie quoi</w:t>
            </w:r>
            <w:r w:rsidRPr="00FC6F9B">
              <w:rPr>
                <w:rFonts w:ascii="Calibri" w:hAnsi="Calibri" w:cs="Calibri"/>
                <w:sz w:val="20"/>
              </w:rPr>
              <w:t> ?</w:t>
            </w:r>
            <w:r w:rsidRPr="00FC6F9B">
              <w:rPr>
                <w:rFonts w:ascii="Calibri" w:hAnsi="Calibri" w:cs="Calibri"/>
                <w:sz w:val="20"/>
              </w:rPr>
              <w:t xml:space="preserve"> Quelle fréquence, quels coûts et quels partenaires</w:t>
            </w:r>
            <w:r w:rsidRPr="00FC6F9B">
              <w:rPr>
                <w:rFonts w:ascii="Calibri" w:hAnsi="Calibri" w:cs="Calibri"/>
                <w:sz w:val="20"/>
              </w:rPr>
              <w:t> ?</w:t>
            </w:r>
          </w:p>
        </w:tc>
      </w:tr>
      <w:tr w:rsidR="00FC6F9B" w:rsidRPr="00FC6F9B" w14:paraId="52D2200B" w14:textId="77777777" w:rsidTr="00FC6F9B">
        <w:tc>
          <w:tcPr>
            <w:tcW w:w="2592" w:type="dxa"/>
          </w:tcPr>
          <w:p w14:paraId="0D802AB0" w14:textId="77777777" w:rsidR="00FC6F9B" w:rsidRPr="00FC6F9B" w:rsidRDefault="00FC6F9B" w:rsidP="00FC6F9B">
            <w:pPr>
              <w:jc w:val="left"/>
              <w:rPr>
                <w:rFonts w:ascii="Calibri" w:hAnsi="Calibri" w:cs="Calibri"/>
                <w:sz w:val="20"/>
              </w:rPr>
            </w:pPr>
            <w:r w:rsidRPr="00FC6F9B">
              <w:rPr>
                <w:rFonts w:ascii="Calibri" w:hAnsi="Calibri" w:cs="Calibri"/>
                <w:sz w:val="20"/>
              </w:rPr>
              <w:t>Commercial</w:t>
            </w:r>
          </w:p>
        </w:tc>
        <w:tc>
          <w:tcPr>
            <w:tcW w:w="7776" w:type="dxa"/>
          </w:tcPr>
          <w:p w14:paraId="08F24F1F" w14:textId="2377AB09" w:rsidR="00FC6F9B" w:rsidRPr="00FC6F9B" w:rsidRDefault="00FC6F9B" w:rsidP="00FC6F9B">
            <w:pPr>
              <w:jc w:val="left"/>
              <w:rPr>
                <w:rFonts w:ascii="Calibri" w:hAnsi="Calibri" w:cs="Calibri"/>
                <w:sz w:val="20"/>
              </w:rPr>
            </w:pPr>
            <w:r w:rsidRPr="00FC6F9B">
              <w:rPr>
                <w:rFonts w:ascii="Calibri" w:hAnsi="Calibri" w:cs="Calibri"/>
                <w:sz w:val="20"/>
              </w:rPr>
              <w:t>Quels volumes, canaux, taux de conversion et budgets mensuels</w:t>
            </w:r>
            <w:r w:rsidRPr="00FC6F9B">
              <w:rPr>
                <w:rFonts w:ascii="Calibri" w:hAnsi="Calibri" w:cs="Calibri"/>
                <w:sz w:val="20"/>
              </w:rPr>
              <w:t> ?</w:t>
            </w:r>
          </w:p>
        </w:tc>
      </w:tr>
      <w:tr w:rsidR="00FC6F9B" w:rsidRPr="00FC6F9B" w14:paraId="1403053F" w14:textId="77777777" w:rsidTr="00FC6F9B">
        <w:tc>
          <w:tcPr>
            <w:tcW w:w="2592" w:type="dxa"/>
          </w:tcPr>
          <w:p w14:paraId="62242048" w14:textId="77777777" w:rsidR="00FC6F9B" w:rsidRPr="00FC6F9B" w:rsidRDefault="00FC6F9B" w:rsidP="00FC6F9B">
            <w:pPr>
              <w:jc w:val="left"/>
              <w:rPr>
                <w:rFonts w:ascii="Calibri" w:hAnsi="Calibri" w:cs="Calibri"/>
                <w:sz w:val="20"/>
              </w:rPr>
            </w:pPr>
            <w:r w:rsidRPr="00FC6F9B">
              <w:rPr>
                <w:rFonts w:ascii="Calibri" w:hAnsi="Calibri" w:cs="Calibri"/>
                <w:sz w:val="20"/>
              </w:rPr>
              <w:t>Moyens</w:t>
            </w:r>
          </w:p>
        </w:tc>
        <w:tc>
          <w:tcPr>
            <w:tcW w:w="7776" w:type="dxa"/>
          </w:tcPr>
          <w:p w14:paraId="1EF765A4" w14:textId="4EA73462" w:rsidR="00FC6F9B" w:rsidRPr="00FC6F9B" w:rsidRDefault="00FC6F9B" w:rsidP="00FC6F9B">
            <w:pPr>
              <w:jc w:val="left"/>
              <w:rPr>
                <w:rFonts w:ascii="Calibri" w:hAnsi="Calibri" w:cs="Calibri"/>
                <w:sz w:val="20"/>
              </w:rPr>
            </w:pPr>
            <w:r w:rsidRPr="00FC6F9B">
              <w:rPr>
                <w:rFonts w:ascii="Calibri" w:hAnsi="Calibri" w:cs="Calibri"/>
                <w:sz w:val="20"/>
              </w:rPr>
              <w:t>Quelle capacité, quels recrutements et quels investissements</w:t>
            </w:r>
            <w:r w:rsidRPr="00FC6F9B">
              <w:rPr>
                <w:rFonts w:ascii="Calibri" w:hAnsi="Calibri" w:cs="Calibri"/>
                <w:sz w:val="20"/>
              </w:rPr>
              <w:t> ?</w:t>
            </w:r>
          </w:p>
        </w:tc>
      </w:tr>
      <w:tr w:rsidR="00FC6F9B" w:rsidRPr="00FC6F9B" w14:paraId="6C08278F" w14:textId="77777777" w:rsidTr="00FC6F9B">
        <w:tc>
          <w:tcPr>
            <w:tcW w:w="2592" w:type="dxa"/>
          </w:tcPr>
          <w:p w14:paraId="52ECEBFF" w14:textId="77777777" w:rsidR="00FC6F9B" w:rsidRPr="00FC6F9B" w:rsidRDefault="00FC6F9B" w:rsidP="00FC6F9B">
            <w:pPr>
              <w:jc w:val="left"/>
              <w:rPr>
                <w:rFonts w:ascii="Calibri" w:hAnsi="Calibri" w:cs="Calibri"/>
                <w:sz w:val="20"/>
              </w:rPr>
            </w:pPr>
            <w:r w:rsidRPr="00FC6F9B">
              <w:rPr>
                <w:rFonts w:ascii="Calibri" w:hAnsi="Calibri" w:cs="Calibri"/>
                <w:sz w:val="20"/>
              </w:rPr>
              <w:t>Développement</w:t>
            </w:r>
          </w:p>
        </w:tc>
        <w:tc>
          <w:tcPr>
            <w:tcW w:w="7776" w:type="dxa"/>
          </w:tcPr>
          <w:p w14:paraId="6626729F" w14:textId="092059BA" w:rsidR="00FC6F9B" w:rsidRPr="00FC6F9B" w:rsidRDefault="00FC6F9B" w:rsidP="00FC6F9B">
            <w:pPr>
              <w:jc w:val="left"/>
              <w:rPr>
                <w:rFonts w:ascii="Calibri" w:hAnsi="Calibri" w:cs="Calibri"/>
                <w:sz w:val="20"/>
              </w:rPr>
            </w:pPr>
            <w:r w:rsidRPr="00FC6F9B">
              <w:rPr>
                <w:rFonts w:ascii="Calibri" w:hAnsi="Calibri" w:cs="Calibri"/>
                <w:sz w:val="20"/>
              </w:rPr>
              <w:t>Quels travaux, jalons, coûts et critères de validation</w:t>
            </w:r>
            <w:r w:rsidRPr="00FC6F9B">
              <w:rPr>
                <w:rFonts w:ascii="Calibri" w:hAnsi="Calibri" w:cs="Calibri"/>
                <w:sz w:val="20"/>
              </w:rPr>
              <w:t> ?</w:t>
            </w:r>
          </w:p>
        </w:tc>
      </w:tr>
      <w:tr w:rsidR="00FC6F9B" w:rsidRPr="00FC6F9B" w14:paraId="2F359CAB" w14:textId="77777777" w:rsidTr="00FC6F9B">
        <w:tc>
          <w:tcPr>
            <w:tcW w:w="2592" w:type="dxa"/>
          </w:tcPr>
          <w:p w14:paraId="0FE28513" w14:textId="77777777" w:rsidR="00FC6F9B" w:rsidRPr="00FC6F9B" w:rsidRDefault="00FC6F9B" w:rsidP="00FC6F9B">
            <w:pPr>
              <w:jc w:val="left"/>
              <w:rPr>
                <w:rFonts w:ascii="Calibri" w:hAnsi="Calibri" w:cs="Calibri"/>
                <w:sz w:val="20"/>
              </w:rPr>
            </w:pPr>
            <w:r w:rsidRPr="00FC6F9B">
              <w:rPr>
                <w:rFonts w:ascii="Calibri" w:hAnsi="Calibri" w:cs="Calibri"/>
                <w:sz w:val="20"/>
              </w:rPr>
              <w:t>Cadre juridique</w:t>
            </w:r>
          </w:p>
        </w:tc>
        <w:tc>
          <w:tcPr>
            <w:tcW w:w="7776" w:type="dxa"/>
          </w:tcPr>
          <w:p w14:paraId="0017E194" w14:textId="71AD668C" w:rsidR="00FC6F9B" w:rsidRPr="00FC6F9B" w:rsidRDefault="00FC6F9B" w:rsidP="00FC6F9B">
            <w:pPr>
              <w:jc w:val="left"/>
              <w:rPr>
                <w:rFonts w:ascii="Calibri" w:hAnsi="Calibri" w:cs="Calibri"/>
                <w:sz w:val="20"/>
              </w:rPr>
            </w:pPr>
            <w:r w:rsidRPr="00FC6F9B">
              <w:rPr>
                <w:rFonts w:ascii="Calibri" w:hAnsi="Calibri" w:cs="Calibri"/>
                <w:sz w:val="20"/>
              </w:rPr>
              <w:t>Quels droits, obligations et régimes, vérifiés à quelle date</w:t>
            </w:r>
            <w:r w:rsidRPr="00FC6F9B">
              <w:rPr>
                <w:rFonts w:ascii="Calibri" w:hAnsi="Calibri" w:cs="Calibri"/>
                <w:sz w:val="20"/>
              </w:rPr>
              <w:t> ?</w:t>
            </w:r>
          </w:p>
        </w:tc>
      </w:tr>
      <w:tr w:rsidR="00FC6F9B" w:rsidRPr="00FC6F9B" w14:paraId="37BC5704" w14:textId="77777777" w:rsidTr="00FC6F9B">
        <w:tc>
          <w:tcPr>
            <w:tcW w:w="2592" w:type="dxa"/>
          </w:tcPr>
          <w:p w14:paraId="36C824EA" w14:textId="77777777" w:rsidR="00FC6F9B" w:rsidRPr="00FC6F9B" w:rsidRDefault="00FC6F9B" w:rsidP="00FC6F9B">
            <w:pPr>
              <w:jc w:val="left"/>
              <w:rPr>
                <w:rFonts w:ascii="Calibri" w:hAnsi="Calibri" w:cs="Calibri"/>
                <w:sz w:val="20"/>
              </w:rPr>
            </w:pPr>
            <w:r w:rsidRPr="00FC6F9B">
              <w:rPr>
                <w:rFonts w:ascii="Calibri" w:hAnsi="Calibri" w:cs="Calibri"/>
                <w:sz w:val="20"/>
              </w:rPr>
              <w:t>Finances</w:t>
            </w:r>
          </w:p>
        </w:tc>
        <w:tc>
          <w:tcPr>
            <w:tcW w:w="7776" w:type="dxa"/>
          </w:tcPr>
          <w:p w14:paraId="373CEF7D" w14:textId="5DC3E319" w:rsidR="00FC6F9B" w:rsidRPr="00FC6F9B" w:rsidRDefault="00FC6F9B" w:rsidP="00FC6F9B">
            <w:pPr>
              <w:jc w:val="left"/>
              <w:rPr>
                <w:rFonts w:ascii="Calibri" w:hAnsi="Calibri" w:cs="Calibri"/>
                <w:sz w:val="20"/>
              </w:rPr>
            </w:pPr>
            <w:r w:rsidRPr="00FC6F9B">
              <w:rPr>
                <w:rFonts w:ascii="Calibri" w:hAnsi="Calibri" w:cs="Calibri"/>
                <w:sz w:val="20"/>
              </w:rPr>
              <w:t>Quels résultats, cycles, creux mensuels, ressources et échéances</w:t>
            </w:r>
            <w:r w:rsidRPr="00FC6F9B">
              <w:rPr>
                <w:rFonts w:ascii="Calibri" w:hAnsi="Calibri" w:cs="Calibri"/>
                <w:sz w:val="20"/>
              </w:rPr>
              <w:t> ?</w:t>
            </w:r>
          </w:p>
        </w:tc>
      </w:tr>
      <w:tr w:rsidR="00FC6F9B" w:rsidRPr="00FC6F9B" w14:paraId="147D3638" w14:textId="77777777" w:rsidTr="00FC6F9B">
        <w:tc>
          <w:tcPr>
            <w:tcW w:w="2592" w:type="dxa"/>
          </w:tcPr>
          <w:p w14:paraId="4F630EAB" w14:textId="77777777" w:rsidR="00FC6F9B" w:rsidRPr="00FC6F9B" w:rsidRDefault="00FC6F9B" w:rsidP="00FC6F9B">
            <w:pPr>
              <w:jc w:val="left"/>
              <w:rPr>
                <w:rFonts w:ascii="Calibri" w:hAnsi="Calibri" w:cs="Calibri"/>
                <w:sz w:val="20"/>
              </w:rPr>
            </w:pPr>
            <w:r w:rsidRPr="00FC6F9B">
              <w:rPr>
                <w:rFonts w:ascii="Calibri" w:hAnsi="Calibri" w:cs="Calibri"/>
                <w:sz w:val="20"/>
              </w:rPr>
              <w:t>Risques</w:t>
            </w:r>
          </w:p>
        </w:tc>
        <w:tc>
          <w:tcPr>
            <w:tcW w:w="7776" w:type="dxa"/>
          </w:tcPr>
          <w:p w14:paraId="26368446" w14:textId="5F770E11" w:rsidR="00FC6F9B" w:rsidRPr="00FC6F9B" w:rsidRDefault="00FC6F9B" w:rsidP="00FC6F9B">
            <w:pPr>
              <w:jc w:val="left"/>
              <w:rPr>
                <w:rFonts w:ascii="Calibri" w:hAnsi="Calibri" w:cs="Calibri"/>
                <w:sz w:val="20"/>
              </w:rPr>
            </w:pPr>
            <w:r w:rsidRPr="00FC6F9B">
              <w:rPr>
                <w:rFonts w:ascii="Calibri" w:hAnsi="Calibri" w:cs="Calibri"/>
                <w:sz w:val="20"/>
              </w:rPr>
              <w:t>Quelle variable peut invalider le projet</w:t>
            </w:r>
            <w:r w:rsidRPr="00FC6F9B">
              <w:rPr>
                <w:rFonts w:ascii="Calibri" w:hAnsi="Calibri" w:cs="Calibri"/>
                <w:sz w:val="20"/>
              </w:rPr>
              <w:t> ?</w:t>
            </w:r>
            <w:r w:rsidRPr="00FC6F9B">
              <w:rPr>
                <w:rFonts w:ascii="Calibri" w:hAnsi="Calibri" w:cs="Calibri"/>
                <w:sz w:val="20"/>
              </w:rPr>
              <w:t xml:space="preserve"> Quelle réponse financée</w:t>
            </w:r>
            <w:r w:rsidRPr="00FC6F9B">
              <w:rPr>
                <w:rFonts w:ascii="Calibri" w:hAnsi="Calibri" w:cs="Calibri"/>
                <w:sz w:val="20"/>
              </w:rPr>
              <w:t> ?</w:t>
            </w:r>
          </w:p>
        </w:tc>
      </w:tr>
      <w:tr w:rsidR="00FC6F9B" w:rsidRPr="00FC6F9B" w14:paraId="468892F8" w14:textId="77777777" w:rsidTr="00FC6F9B">
        <w:tc>
          <w:tcPr>
            <w:tcW w:w="2592" w:type="dxa"/>
          </w:tcPr>
          <w:p w14:paraId="2295AC15" w14:textId="77777777" w:rsidR="00FC6F9B" w:rsidRPr="00FC6F9B" w:rsidRDefault="00FC6F9B" w:rsidP="00FC6F9B">
            <w:pPr>
              <w:jc w:val="left"/>
              <w:rPr>
                <w:rFonts w:ascii="Calibri" w:hAnsi="Calibri" w:cs="Calibri"/>
                <w:sz w:val="20"/>
              </w:rPr>
            </w:pPr>
            <w:r w:rsidRPr="00FC6F9B">
              <w:rPr>
                <w:rFonts w:ascii="Calibri" w:hAnsi="Calibri" w:cs="Calibri"/>
                <w:sz w:val="20"/>
              </w:rPr>
              <w:t>Pilotage</w:t>
            </w:r>
          </w:p>
        </w:tc>
        <w:tc>
          <w:tcPr>
            <w:tcW w:w="7776" w:type="dxa"/>
          </w:tcPr>
          <w:p w14:paraId="62F75BC5" w14:textId="0898C917" w:rsidR="00FC6F9B" w:rsidRPr="00FC6F9B" w:rsidRDefault="00FC6F9B" w:rsidP="00FC6F9B">
            <w:pPr>
              <w:jc w:val="left"/>
              <w:rPr>
                <w:rFonts w:ascii="Calibri" w:hAnsi="Calibri" w:cs="Calibri"/>
                <w:sz w:val="20"/>
              </w:rPr>
            </w:pPr>
            <w:r w:rsidRPr="00FC6F9B">
              <w:rPr>
                <w:rFonts w:ascii="Calibri" w:hAnsi="Calibri" w:cs="Calibri"/>
                <w:sz w:val="20"/>
              </w:rPr>
              <w:t>Quels indicateurs, responsables, seuils et décisions</w:t>
            </w:r>
            <w:r w:rsidRPr="00FC6F9B">
              <w:rPr>
                <w:rFonts w:ascii="Calibri" w:hAnsi="Calibri" w:cs="Calibri"/>
                <w:sz w:val="20"/>
              </w:rPr>
              <w:t> ?</w:t>
            </w:r>
          </w:p>
        </w:tc>
      </w:tr>
    </w:tbl>
    <w:p w14:paraId="007B1E59" w14:textId="77777777" w:rsidR="00FC6F9B" w:rsidRDefault="00FC6F9B" w:rsidP="00FC6F9B">
      <w:pPr>
        <w:spacing w:after="0" w:line="240" w:lineRule="auto"/>
      </w:pPr>
    </w:p>
    <w:p w14:paraId="0E47DF2D" w14:textId="77777777" w:rsidR="00FC6F9B" w:rsidRDefault="00FC6F9B" w:rsidP="00FC6F9B">
      <w:pPr>
        <w:pStyle w:val="Titre2"/>
        <w:spacing w:before="0" w:after="0" w:line="240" w:lineRule="auto"/>
      </w:pPr>
      <w:r>
        <w:t>33.2- Traiter une question d’examen</w:t>
      </w:r>
    </w:p>
    <w:p w14:paraId="76498694" w14:textId="48CC532D" w:rsidR="00FC6F9B" w:rsidRDefault="00FC6F9B" w:rsidP="00FC6F9B">
      <w:pPr>
        <w:spacing w:after="0" w:line="240" w:lineRule="auto"/>
      </w:pPr>
      <w:r>
        <w:t>Identifier le périmètre et la décision attendue. Relever les données pertinentes, préciser les hypothèses et présenter les formules. Faire les calculs, puis expliquer leur sens économique. Une recommandation relie le résultat à une condition concrète</w:t>
      </w:r>
      <w:r>
        <w:t> :</w:t>
      </w:r>
      <w:r>
        <w:t xml:space="preserve"> prix, marge, capacité, délai client ou ressource confirmée.</w:t>
      </w:r>
    </w:p>
    <w:p w14:paraId="7DBCE12C" w14:textId="77777777" w:rsidR="00FC6F9B" w:rsidRDefault="00FC6F9B" w:rsidP="00FC6F9B">
      <w:pPr>
        <w:pStyle w:val="Titre2"/>
        <w:spacing w:before="0" w:after="0" w:line="240" w:lineRule="auto"/>
      </w:pPr>
      <w:r>
        <w:t>33.3- Erreurs à éviter</w:t>
      </w:r>
    </w:p>
    <w:p w14:paraId="521751E4" w14:textId="77777777" w:rsidR="00FC6F9B" w:rsidRPr="00067DE2" w:rsidRDefault="00FC6F9B" w:rsidP="00FC6F9B">
      <w:pPr>
        <w:pStyle w:val="Listepuces"/>
        <w:tabs>
          <w:tab w:val="num" w:pos="360"/>
        </w:tabs>
        <w:spacing w:after="0" w:line="240" w:lineRule="auto"/>
        <w:jc w:val="both"/>
        <w:rPr>
          <w:lang w:val="fr-FR"/>
        </w:rPr>
      </w:pPr>
      <w:r w:rsidRPr="00067DE2">
        <w:rPr>
          <w:lang w:val="fr-FR"/>
        </w:rPr>
        <w:t>Déduire des ventes d’un pourcentage arbitraire de marché.</w:t>
      </w:r>
    </w:p>
    <w:p w14:paraId="63AD69DF" w14:textId="77777777" w:rsidR="00FC6F9B" w:rsidRPr="00067DE2" w:rsidRDefault="00FC6F9B" w:rsidP="00FC6F9B">
      <w:pPr>
        <w:pStyle w:val="Listepuces"/>
        <w:tabs>
          <w:tab w:val="num" w:pos="360"/>
        </w:tabs>
        <w:spacing w:after="0" w:line="240" w:lineRule="auto"/>
        <w:jc w:val="both"/>
        <w:rPr>
          <w:lang w:val="fr-FR"/>
        </w:rPr>
      </w:pPr>
      <w:r w:rsidRPr="00067DE2">
        <w:rPr>
          <w:lang w:val="fr-FR"/>
        </w:rPr>
        <w:t>Confondre chiffre d’affaires, bénéfice et encaissement.</w:t>
      </w:r>
    </w:p>
    <w:p w14:paraId="0EC38C3F" w14:textId="77777777" w:rsidR="00FC6F9B" w:rsidRPr="00067DE2" w:rsidRDefault="00FC6F9B" w:rsidP="00FC6F9B">
      <w:pPr>
        <w:pStyle w:val="Listepuces"/>
        <w:tabs>
          <w:tab w:val="num" w:pos="360"/>
        </w:tabs>
        <w:spacing w:after="0" w:line="240" w:lineRule="auto"/>
        <w:jc w:val="both"/>
        <w:rPr>
          <w:lang w:val="fr-FR"/>
        </w:rPr>
      </w:pPr>
      <w:r w:rsidRPr="00067DE2">
        <w:rPr>
          <w:lang w:val="fr-FR"/>
        </w:rPr>
        <w:t>Oublier rémunération du dirigeant, maintenance ou coûts numériques.</w:t>
      </w:r>
    </w:p>
    <w:p w14:paraId="7EE80681" w14:textId="77777777" w:rsidR="00FC6F9B" w:rsidRPr="00067DE2" w:rsidRDefault="00FC6F9B" w:rsidP="00FC6F9B">
      <w:pPr>
        <w:pStyle w:val="Listepuces"/>
        <w:tabs>
          <w:tab w:val="num" w:pos="360"/>
        </w:tabs>
        <w:spacing w:after="0" w:line="240" w:lineRule="auto"/>
        <w:jc w:val="both"/>
        <w:rPr>
          <w:lang w:val="fr-FR"/>
        </w:rPr>
      </w:pPr>
      <w:r w:rsidRPr="00067DE2">
        <w:rPr>
          <w:lang w:val="fr-FR"/>
        </w:rPr>
        <w:t>Inscrire le capital remboursé en charge du résultat.</w:t>
      </w:r>
    </w:p>
    <w:p w14:paraId="264E76DB" w14:textId="77777777" w:rsidR="00FC6F9B" w:rsidRPr="00067DE2" w:rsidRDefault="00FC6F9B" w:rsidP="00FC6F9B">
      <w:pPr>
        <w:pStyle w:val="Listepuces"/>
        <w:tabs>
          <w:tab w:val="num" w:pos="360"/>
        </w:tabs>
        <w:spacing w:after="0" w:line="240" w:lineRule="auto"/>
        <w:jc w:val="both"/>
        <w:rPr>
          <w:lang w:val="fr-FR"/>
        </w:rPr>
      </w:pPr>
      <w:r w:rsidRPr="00067DE2">
        <w:rPr>
          <w:lang w:val="fr-FR"/>
        </w:rPr>
        <w:t>Compter deux fois le besoin du cycle ou oublier sa variation.</w:t>
      </w:r>
    </w:p>
    <w:p w14:paraId="2B3269EE" w14:textId="77777777" w:rsidR="00FC6F9B" w:rsidRPr="00067DE2" w:rsidRDefault="00FC6F9B" w:rsidP="00FC6F9B">
      <w:pPr>
        <w:pStyle w:val="Listepuces"/>
        <w:tabs>
          <w:tab w:val="num" w:pos="360"/>
        </w:tabs>
        <w:spacing w:after="0" w:line="240" w:lineRule="auto"/>
        <w:jc w:val="both"/>
        <w:rPr>
          <w:lang w:val="fr-FR"/>
        </w:rPr>
      </w:pPr>
      <w:r w:rsidRPr="00067DE2">
        <w:rPr>
          <w:lang w:val="fr-FR"/>
        </w:rPr>
        <w:t>Traiter les aides et financements non confirmés comme acquis.</w:t>
      </w:r>
    </w:p>
    <w:p w14:paraId="4816960B" w14:textId="77777777" w:rsidR="00FC6F9B" w:rsidRPr="00067DE2" w:rsidRDefault="00FC6F9B" w:rsidP="00FC6F9B">
      <w:pPr>
        <w:pStyle w:val="Listepuces"/>
        <w:tabs>
          <w:tab w:val="num" w:pos="360"/>
        </w:tabs>
        <w:spacing w:after="0" w:line="240" w:lineRule="auto"/>
        <w:jc w:val="both"/>
        <w:rPr>
          <w:lang w:val="fr-FR"/>
        </w:rPr>
      </w:pPr>
      <w:r w:rsidRPr="00067DE2">
        <w:rPr>
          <w:lang w:val="fr-FR"/>
        </w:rPr>
        <w:t>Équilibrer le bilan avec une trésorerie inventée.</w:t>
      </w:r>
    </w:p>
    <w:p w14:paraId="258701E2" w14:textId="77777777" w:rsidR="00FC6F9B" w:rsidRPr="00067DE2" w:rsidRDefault="00FC6F9B" w:rsidP="00FC6F9B">
      <w:pPr>
        <w:pStyle w:val="Listepuces"/>
        <w:tabs>
          <w:tab w:val="num" w:pos="360"/>
        </w:tabs>
        <w:spacing w:after="0" w:line="240" w:lineRule="auto"/>
        <w:jc w:val="both"/>
        <w:rPr>
          <w:lang w:val="fr-FR"/>
        </w:rPr>
      </w:pPr>
      <w:r w:rsidRPr="00067DE2">
        <w:rPr>
          <w:lang w:val="fr-FR"/>
        </w:rPr>
        <w:t>Présenter une croissance sans moyens ni financement.</w:t>
      </w:r>
    </w:p>
    <w:p w14:paraId="4760056E" w14:textId="77777777" w:rsidR="00FC6F9B" w:rsidRDefault="00FC6F9B" w:rsidP="00FC6F9B">
      <w:pPr>
        <w:pStyle w:val="Titre2"/>
        <w:spacing w:before="0" w:after="0" w:line="240" w:lineRule="auto"/>
      </w:pPr>
      <w:r>
        <w:t>33.4- Contrôle avant diffusion</w:t>
      </w:r>
    </w:p>
    <w:p w14:paraId="49BD2DFE" w14:textId="77777777" w:rsidR="00FC6F9B" w:rsidRDefault="00FC6F9B" w:rsidP="00FC6F9B">
      <w:pPr>
        <w:spacing w:after="0" w:line="240" w:lineRule="auto"/>
      </w:pPr>
      <w:r>
        <w:t>Vérifier que le résumé reprend les mêmes chiffres que les tableaux, que chaque hypothèse majeure possède une preuve ou une limite explicite, que les soldes de trésorerie et de dettes se raccordent et que le bilan est équilibré. Le dossier donne le montant demandé, son usage, ses dates et les conditions de décision. Les documents sont datés et versionnés.</w:t>
      </w:r>
    </w:p>
    <w:p w14:paraId="799A4BBA" w14:textId="77777777" w:rsidR="00FC6F9B" w:rsidRDefault="00FC6F9B" w:rsidP="00067DE2">
      <w:pPr>
        <w:pStyle w:val="Titre1"/>
      </w:pPr>
      <w:bookmarkStart w:id="33" w:name="_Toc241759604"/>
      <w:r>
        <w:t>34- Sources et repères de vérification</w:t>
      </w:r>
      <w:bookmarkEnd w:id="33"/>
    </w:p>
    <w:p w14:paraId="2F581256" w14:textId="77777777" w:rsidR="00FC6F9B" w:rsidRDefault="00FC6F9B" w:rsidP="00FC6F9B">
      <w:pPr>
        <w:spacing w:after="0" w:line="240" w:lineRule="auto"/>
      </w:pPr>
      <w:r>
        <w:t>Sources consultées le 1er octobre 2026. Les références financières et méthodologiques complètent le cours. Les sources fiscales et administratives permettent de vérifier les paramètres français. Les données du cas et les tests de scénario sont pédagogiques et fictifs.</w:t>
      </w:r>
    </w:p>
    <w:p w14:paraId="60C43925" w14:textId="1AAE13D1" w:rsidR="00FC6F9B" w:rsidRDefault="00FC6F9B" w:rsidP="00FC6F9B">
      <w:pPr>
        <w:spacing w:after="0" w:line="240" w:lineRule="auto"/>
      </w:pPr>
      <w:hyperlink r:id="rId8">
        <w:r>
          <w:rPr>
            <w:color w:val="174B77"/>
          </w:rPr>
          <w:t xml:space="preserve">[1] Bpifrance Création </w:t>
        </w:r>
        <w:r>
          <w:rPr>
            <w:color w:val="174B77"/>
          </w:rPr>
          <w:t>-</w:t>
        </w:r>
        <w:r>
          <w:rPr>
            <w:color w:val="174B77"/>
          </w:rPr>
          <w:t xml:space="preserve"> Faire son business plan</w:t>
        </w:r>
      </w:hyperlink>
    </w:p>
    <w:p w14:paraId="62D11A5B" w14:textId="297FFB14" w:rsidR="00FC6F9B" w:rsidRPr="00067DE2" w:rsidRDefault="00FC6F9B" w:rsidP="00FC6F9B">
      <w:pPr>
        <w:spacing w:after="0" w:line="240" w:lineRule="auto"/>
        <w:rPr>
          <w:lang w:val="en-GB"/>
        </w:rPr>
      </w:pPr>
      <w:hyperlink r:id="rId9">
        <w:r w:rsidRPr="00067DE2">
          <w:rPr>
            <w:color w:val="174B77"/>
            <w:lang w:val="en-GB"/>
          </w:rPr>
          <w:t xml:space="preserve">[2] </w:t>
        </w:r>
        <w:proofErr w:type="spellStart"/>
        <w:r w:rsidRPr="00067DE2">
          <w:rPr>
            <w:color w:val="174B77"/>
            <w:lang w:val="en-GB"/>
          </w:rPr>
          <w:t>Bpifrance</w:t>
        </w:r>
        <w:proofErr w:type="spellEnd"/>
        <w:r w:rsidRPr="00067DE2">
          <w:rPr>
            <w:color w:val="174B77"/>
            <w:lang w:val="en-GB"/>
          </w:rPr>
          <w:t xml:space="preserve"> </w:t>
        </w:r>
        <w:proofErr w:type="spellStart"/>
        <w:r w:rsidRPr="00067DE2">
          <w:rPr>
            <w:color w:val="174B77"/>
            <w:lang w:val="en-GB"/>
          </w:rPr>
          <w:t>Création</w:t>
        </w:r>
        <w:proofErr w:type="spellEnd"/>
        <w:r w:rsidRPr="00067DE2">
          <w:rPr>
            <w:color w:val="174B77"/>
            <w:lang w:val="en-GB"/>
          </w:rPr>
          <w:t xml:space="preserve"> </w:t>
        </w:r>
        <w:r w:rsidRPr="00067DE2">
          <w:rPr>
            <w:color w:val="174B77"/>
            <w:lang w:val="en-GB"/>
          </w:rPr>
          <w:t>-</w:t>
        </w:r>
        <w:r w:rsidRPr="00067DE2">
          <w:rPr>
            <w:color w:val="174B77"/>
            <w:lang w:val="en-GB"/>
          </w:rPr>
          <w:t xml:space="preserve"> Business model et business plan</w:t>
        </w:r>
      </w:hyperlink>
    </w:p>
    <w:p w14:paraId="0AECEDB4" w14:textId="1F4FB6F1" w:rsidR="00FC6F9B" w:rsidRPr="00067DE2" w:rsidRDefault="00FC6F9B" w:rsidP="00FC6F9B">
      <w:pPr>
        <w:spacing w:after="0" w:line="240" w:lineRule="auto"/>
        <w:rPr>
          <w:lang w:val="en-GB"/>
        </w:rPr>
      </w:pPr>
      <w:hyperlink r:id="rId10">
        <w:r w:rsidRPr="00067DE2">
          <w:rPr>
            <w:color w:val="174B77"/>
            <w:lang w:val="en-GB"/>
          </w:rPr>
          <w:t xml:space="preserve">[3] </w:t>
        </w:r>
        <w:proofErr w:type="spellStart"/>
        <w:r w:rsidRPr="00067DE2">
          <w:rPr>
            <w:color w:val="174B77"/>
            <w:lang w:val="en-GB"/>
          </w:rPr>
          <w:t>Strategyzer</w:t>
        </w:r>
        <w:proofErr w:type="spellEnd"/>
        <w:r w:rsidRPr="00067DE2">
          <w:rPr>
            <w:color w:val="174B77"/>
            <w:lang w:val="en-GB"/>
          </w:rPr>
          <w:t xml:space="preserve"> </w:t>
        </w:r>
        <w:r w:rsidRPr="00067DE2">
          <w:rPr>
            <w:color w:val="174B77"/>
            <w:lang w:val="en-GB"/>
          </w:rPr>
          <w:t>-</w:t>
        </w:r>
        <w:r w:rsidRPr="00067DE2">
          <w:rPr>
            <w:color w:val="174B77"/>
            <w:lang w:val="en-GB"/>
          </w:rPr>
          <w:t xml:space="preserve"> The Business Model Canvas</w:t>
        </w:r>
      </w:hyperlink>
    </w:p>
    <w:p w14:paraId="3E67C14C" w14:textId="769530C0" w:rsidR="00FC6F9B" w:rsidRDefault="00FC6F9B" w:rsidP="00FC6F9B">
      <w:pPr>
        <w:spacing w:after="0" w:line="240" w:lineRule="auto"/>
      </w:pPr>
      <w:hyperlink r:id="rId11">
        <w:r>
          <w:rPr>
            <w:color w:val="174B77"/>
          </w:rPr>
          <w:t xml:space="preserve">[4] Service Public Entreprendre </w:t>
        </w:r>
        <w:r>
          <w:rPr>
            <w:color w:val="174B77"/>
          </w:rPr>
          <w:t>-</w:t>
        </w:r>
        <w:r>
          <w:rPr>
            <w:color w:val="174B77"/>
          </w:rPr>
          <w:t xml:space="preserve"> Étude de marché et prévisions financières</w:t>
        </w:r>
      </w:hyperlink>
    </w:p>
    <w:p w14:paraId="2D6F4F36" w14:textId="3C5401A2" w:rsidR="00FC6F9B" w:rsidRDefault="00FC6F9B" w:rsidP="00FC6F9B">
      <w:pPr>
        <w:spacing w:after="0" w:line="240" w:lineRule="auto"/>
      </w:pPr>
      <w:hyperlink r:id="rId12">
        <w:r>
          <w:rPr>
            <w:color w:val="174B77"/>
          </w:rPr>
          <w:t xml:space="preserve">[5] Direction générale des finances publiques </w:t>
        </w:r>
        <w:r>
          <w:rPr>
            <w:color w:val="174B77"/>
          </w:rPr>
          <w:t>-</w:t>
        </w:r>
        <w:r>
          <w:rPr>
            <w:color w:val="174B77"/>
          </w:rPr>
          <w:t xml:space="preserve"> Fiscalité des entreprises</w:t>
        </w:r>
      </w:hyperlink>
    </w:p>
    <w:p w14:paraId="223E92DA" w14:textId="19BCFC01" w:rsidR="00FC6F9B" w:rsidRDefault="00FC6F9B" w:rsidP="00FC6F9B">
      <w:pPr>
        <w:spacing w:after="0" w:line="240" w:lineRule="auto"/>
      </w:pPr>
      <w:hyperlink r:id="rId13">
        <w:r>
          <w:rPr>
            <w:color w:val="174B77"/>
          </w:rPr>
          <w:t xml:space="preserve">[6] Direction générale des finances publiques </w:t>
        </w:r>
        <w:r>
          <w:rPr>
            <w:color w:val="174B77"/>
          </w:rPr>
          <w:t>-</w:t>
        </w:r>
        <w:r>
          <w:rPr>
            <w:color w:val="174B77"/>
          </w:rPr>
          <w:t xml:space="preserve"> Taux réduit et chiffre d’affaires des groupes, 14 avril 2026</w:t>
        </w:r>
      </w:hyperlink>
    </w:p>
    <w:p w14:paraId="55946C91" w14:textId="19055D8D" w:rsidR="00FC6F9B" w:rsidRDefault="00FC6F9B" w:rsidP="00FC6F9B">
      <w:pPr>
        <w:spacing w:after="0" w:line="240" w:lineRule="auto"/>
      </w:pPr>
      <w:hyperlink r:id="rId14">
        <w:r>
          <w:rPr>
            <w:color w:val="174B77"/>
          </w:rPr>
          <w:t xml:space="preserve">[7] Direction générale des finances publiques </w:t>
        </w:r>
        <w:r>
          <w:rPr>
            <w:color w:val="174B77"/>
          </w:rPr>
          <w:t>-</w:t>
        </w:r>
        <w:r>
          <w:rPr>
            <w:color w:val="174B77"/>
          </w:rPr>
          <w:t xml:space="preserve"> Calendrier de la facturation électronique</w:t>
        </w:r>
      </w:hyperlink>
    </w:p>
    <w:p w14:paraId="3A15D96F" w14:textId="7DDF15A0" w:rsidR="00FC6F9B" w:rsidRDefault="00FC6F9B" w:rsidP="00FC6F9B">
      <w:pPr>
        <w:spacing w:after="0" w:line="240" w:lineRule="auto"/>
      </w:pPr>
      <w:hyperlink r:id="rId15">
        <w:r>
          <w:rPr>
            <w:color w:val="174B77"/>
          </w:rPr>
          <w:t xml:space="preserve">[8] Commission nationale de l’informatique et des libertés </w:t>
        </w:r>
        <w:r>
          <w:rPr>
            <w:color w:val="174B77"/>
          </w:rPr>
          <w:t>-</w:t>
        </w:r>
        <w:r>
          <w:rPr>
            <w:color w:val="174B77"/>
          </w:rPr>
          <w:t xml:space="preserve"> Déploiement d’une intelligence artificielle générative</w:t>
        </w:r>
      </w:hyperlink>
    </w:p>
    <w:p w14:paraId="73433A3B" w14:textId="244D0E49" w:rsidR="00FC6F9B" w:rsidRDefault="00FC6F9B" w:rsidP="00FC6F9B">
      <w:pPr>
        <w:spacing w:after="0" w:line="240" w:lineRule="auto"/>
      </w:pPr>
      <w:hyperlink r:id="rId16">
        <w:r>
          <w:rPr>
            <w:color w:val="174B77"/>
          </w:rPr>
          <w:t xml:space="preserve">[9] Service Public Entreprendre </w:t>
        </w:r>
        <w:r>
          <w:rPr>
            <w:color w:val="174B77"/>
          </w:rPr>
          <w:t>-</w:t>
        </w:r>
        <w:r>
          <w:rPr>
            <w:color w:val="174B77"/>
          </w:rPr>
          <w:t xml:space="preserve"> Concevoir un business plan</w:t>
        </w:r>
      </w:hyperlink>
    </w:p>
    <w:p w14:paraId="751DF180" w14:textId="4C8069E9" w:rsidR="00FC6F9B" w:rsidRDefault="00FC6F9B" w:rsidP="00FC6F9B">
      <w:pPr>
        <w:spacing w:after="0" w:line="240" w:lineRule="auto"/>
      </w:pPr>
      <w:hyperlink r:id="rId17">
        <w:r>
          <w:rPr>
            <w:color w:val="174B77"/>
          </w:rPr>
          <w:t xml:space="preserve">[10] Service Public Entreprendre </w:t>
        </w:r>
        <w:r>
          <w:rPr>
            <w:color w:val="174B77"/>
          </w:rPr>
          <w:t>-</w:t>
        </w:r>
        <w:r>
          <w:rPr>
            <w:color w:val="174B77"/>
          </w:rPr>
          <w:t xml:space="preserve"> Bâtir un business plan de reprise</w:t>
        </w:r>
      </w:hyperlink>
    </w:p>
    <w:p w14:paraId="18C6B64F" w14:textId="77777777" w:rsidR="00FC6F9B" w:rsidRDefault="00FC6F9B" w:rsidP="00FC6F9B">
      <w:pPr>
        <w:pStyle w:val="Titre2"/>
        <w:spacing w:before="0" w:after="0" w:line="240" w:lineRule="auto"/>
      </w:pPr>
      <w:r>
        <w:t>34.1- Vérifier les paramètres avant usage professionnel</w:t>
      </w:r>
    </w:p>
    <w:p w14:paraId="1A4CC374" w14:textId="77777777" w:rsidR="00FC6F9B" w:rsidRDefault="00FC6F9B" w:rsidP="00FC6F9B">
      <w:pPr>
        <w:spacing w:after="0" w:line="240" w:lineRule="auto"/>
      </w:pPr>
      <w:r>
        <w:t>Un taux de taxe, une échéance, une aide, une durée d’amortissement ou une règle sectorielle s’applique à un projet et à une période déterminés. La fiscalité et les cotisations se calculent sur les assiettes propres à l’activité. Les exercices futurs doivent être actualisés lorsque de nouveaux textes ou tarifs deviennent disponibles.</w:t>
      </w:r>
    </w:p>
    <w:p w14:paraId="0DF2E8F3" w14:textId="77777777" w:rsidR="00FC6F9B" w:rsidRDefault="00FC6F9B" w:rsidP="00FC6F9B">
      <w:pPr>
        <w:pStyle w:val="Titre2"/>
        <w:spacing w:before="0" w:after="0" w:line="240" w:lineRule="auto"/>
      </w:pPr>
      <w:r>
        <w:t>34.2- Maintenir le lien entre hypothèses et décisions</w:t>
      </w:r>
    </w:p>
    <w:p w14:paraId="3ADF6168" w14:textId="77777777" w:rsidR="00FC6F9B" w:rsidRDefault="00FC6F9B" w:rsidP="00FC6F9B">
      <w:pPr>
        <w:spacing w:after="0" w:line="240" w:lineRule="auto"/>
      </w:pPr>
      <w:r>
        <w:t>Le business plan est utile lorsque le responsable sait quelles données le rendent viable et quelles évolutions le fragilisent. Le contrôle de gestion conserve les hypothèses, suit les résultats et organise les corrections. La qualité du dossier repose sur la solidité des preuves autant que sur la cohérence des calculs.</w:t>
      </w:r>
    </w:p>
    <w:p w14:paraId="26A8B64A" w14:textId="77777777" w:rsidR="00FC6F9B" w:rsidRDefault="00FC6F9B" w:rsidP="00067DE2">
      <w:pPr>
        <w:pStyle w:val="Titre1"/>
      </w:pPr>
      <w:bookmarkStart w:id="34" w:name="_Toc241759605"/>
      <w:r>
        <w:t>35- Sources sur la création et les aides</w:t>
      </w:r>
      <w:bookmarkEnd w:id="34"/>
    </w:p>
    <w:p w14:paraId="3165F0C0" w14:textId="77777777" w:rsidR="00FC6F9B" w:rsidRDefault="00FC6F9B" w:rsidP="00FC6F9B">
      <w:pPr>
        <w:spacing w:after="0" w:line="240" w:lineRule="auto"/>
      </w:pPr>
      <w:r>
        <w:t>Sources officielles et organismes gestionnaires consultés le 1er octobre 2026. Les repères d’aide doivent être vérifiés pour la date de création, le profil du porteur et le territoire concernés.</w:t>
      </w:r>
    </w:p>
    <w:p w14:paraId="2ED1D49C" w14:textId="473113FF" w:rsidR="00FC6F9B" w:rsidRDefault="00FC6F9B" w:rsidP="00FC6F9B">
      <w:pPr>
        <w:spacing w:after="0" w:line="240" w:lineRule="auto"/>
      </w:pPr>
      <w:hyperlink r:id="rId18">
        <w:r>
          <w:rPr>
            <w:color w:val="174B77"/>
          </w:rPr>
          <w:t xml:space="preserve">[11] Chambre de commerce et d’industrie </w:t>
        </w:r>
        <w:r>
          <w:rPr>
            <w:color w:val="174B77"/>
          </w:rPr>
          <w:t>-</w:t>
        </w:r>
        <w:r>
          <w:rPr>
            <w:color w:val="174B77"/>
          </w:rPr>
          <w:t xml:space="preserve"> Les aides principales pour entreprendre ou reprendre</w:t>
        </w:r>
      </w:hyperlink>
    </w:p>
    <w:p w14:paraId="42D63CDD" w14:textId="5DD75DC9" w:rsidR="00FC6F9B" w:rsidRDefault="00FC6F9B" w:rsidP="00FC6F9B">
      <w:pPr>
        <w:spacing w:after="0" w:line="240" w:lineRule="auto"/>
      </w:pPr>
      <w:hyperlink r:id="rId19">
        <w:r>
          <w:rPr>
            <w:color w:val="174B77"/>
          </w:rPr>
          <w:t xml:space="preserve">[12] Service Public Entreprendre </w:t>
        </w:r>
        <w:r>
          <w:rPr>
            <w:color w:val="174B77"/>
          </w:rPr>
          <w:t>-</w:t>
        </w:r>
        <w:r>
          <w:rPr>
            <w:color w:val="174B77"/>
          </w:rPr>
          <w:t xml:space="preserve"> Formalités d’immatriculation d’une société</w:t>
        </w:r>
      </w:hyperlink>
    </w:p>
    <w:p w14:paraId="2FE9BC1C" w14:textId="6D0A1331" w:rsidR="00FC6F9B" w:rsidRDefault="00FC6F9B" w:rsidP="00FC6F9B">
      <w:pPr>
        <w:spacing w:after="0" w:line="240" w:lineRule="auto"/>
      </w:pPr>
      <w:hyperlink r:id="rId20">
        <w:r>
          <w:rPr>
            <w:color w:val="174B77"/>
          </w:rPr>
          <w:t xml:space="preserve">[13] Service Public Entreprendre </w:t>
        </w:r>
        <w:r>
          <w:rPr>
            <w:color w:val="174B77"/>
          </w:rPr>
          <w:t>-</w:t>
        </w:r>
        <w:r>
          <w:rPr>
            <w:color w:val="174B77"/>
          </w:rPr>
          <w:t xml:space="preserve"> Immatriculation d’une entreprise individuelle</w:t>
        </w:r>
      </w:hyperlink>
    </w:p>
    <w:p w14:paraId="34E23F23" w14:textId="2FB8E363" w:rsidR="00FC6F9B" w:rsidRDefault="00FC6F9B" w:rsidP="00FC6F9B">
      <w:pPr>
        <w:spacing w:after="0" w:line="240" w:lineRule="auto"/>
      </w:pPr>
      <w:hyperlink r:id="rId21">
        <w:r>
          <w:rPr>
            <w:color w:val="174B77"/>
          </w:rPr>
          <w:t xml:space="preserve">[14] Service Public Entreprendre </w:t>
        </w:r>
        <w:r>
          <w:rPr>
            <w:color w:val="174B77"/>
          </w:rPr>
          <w:t>-</w:t>
        </w:r>
        <w:r>
          <w:rPr>
            <w:color w:val="174B77"/>
          </w:rPr>
          <w:t xml:space="preserve"> Aide à la création ou à la reprise d’entreprise</w:t>
        </w:r>
      </w:hyperlink>
    </w:p>
    <w:p w14:paraId="669CE7B2" w14:textId="65379B88" w:rsidR="00FC6F9B" w:rsidRDefault="00FC6F9B" w:rsidP="00FC6F9B">
      <w:pPr>
        <w:spacing w:after="0" w:line="240" w:lineRule="auto"/>
      </w:pPr>
      <w:hyperlink r:id="rId22">
        <w:r>
          <w:rPr>
            <w:color w:val="174B77"/>
          </w:rPr>
          <w:t xml:space="preserve">[15] France Travail </w:t>
        </w:r>
        <w:r>
          <w:rPr>
            <w:color w:val="174B77"/>
          </w:rPr>
          <w:t>-</w:t>
        </w:r>
        <w:r>
          <w:rPr>
            <w:color w:val="174B77"/>
          </w:rPr>
          <w:t xml:space="preserve"> Aide à la reprise et à la création d’entreprise</w:t>
        </w:r>
      </w:hyperlink>
    </w:p>
    <w:p w14:paraId="2C718A88" w14:textId="12FC224A" w:rsidR="00FC6F9B" w:rsidRDefault="00FC6F9B" w:rsidP="00FC6F9B">
      <w:pPr>
        <w:spacing w:after="0" w:line="240" w:lineRule="auto"/>
      </w:pPr>
      <w:hyperlink r:id="rId23">
        <w:r>
          <w:rPr>
            <w:color w:val="174B77"/>
          </w:rPr>
          <w:t xml:space="preserve">[16] France Travail </w:t>
        </w:r>
        <w:r>
          <w:rPr>
            <w:color w:val="174B77"/>
          </w:rPr>
          <w:t>-</w:t>
        </w:r>
        <w:r>
          <w:rPr>
            <w:color w:val="174B77"/>
          </w:rPr>
          <w:t xml:space="preserve"> Je crée, je reprends une entreprise</w:t>
        </w:r>
      </w:hyperlink>
    </w:p>
    <w:p w14:paraId="1ADC4858" w14:textId="68CB2C90" w:rsidR="00FC6F9B" w:rsidRDefault="00FC6F9B" w:rsidP="00FC6F9B">
      <w:pPr>
        <w:spacing w:after="0" w:line="240" w:lineRule="auto"/>
      </w:pPr>
      <w:hyperlink r:id="rId24">
        <w:r>
          <w:rPr>
            <w:color w:val="174B77"/>
          </w:rPr>
          <w:t xml:space="preserve">[17] Initiative France </w:t>
        </w:r>
        <w:r>
          <w:rPr>
            <w:color w:val="174B77"/>
          </w:rPr>
          <w:t>-</w:t>
        </w:r>
        <w:r>
          <w:rPr>
            <w:color w:val="174B77"/>
          </w:rPr>
          <w:t xml:space="preserve"> Financement par le prêt d’honneur</w:t>
        </w:r>
      </w:hyperlink>
    </w:p>
    <w:p w14:paraId="0FD00FA5" w14:textId="2FB05768" w:rsidR="00FC6F9B" w:rsidRDefault="00FC6F9B" w:rsidP="00FC6F9B">
      <w:pPr>
        <w:spacing w:after="0" w:line="240" w:lineRule="auto"/>
      </w:pPr>
      <w:hyperlink r:id="rId25">
        <w:r>
          <w:rPr>
            <w:color w:val="174B77"/>
          </w:rPr>
          <w:t xml:space="preserve">[18] Réseau Entreprendre Paris </w:t>
        </w:r>
        <w:r>
          <w:rPr>
            <w:color w:val="174B77"/>
          </w:rPr>
          <w:t>-</w:t>
        </w:r>
        <w:r>
          <w:rPr>
            <w:color w:val="174B77"/>
          </w:rPr>
          <w:t xml:space="preserve"> Accompagnement et financement</w:t>
        </w:r>
      </w:hyperlink>
    </w:p>
    <w:p w14:paraId="3BF4DED8" w14:textId="37B94666" w:rsidR="00FC6F9B" w:rsidRDefault="00FC6F9B" w:rsidP="00FC6F9B">
      <w:pPr>
        <w:spacing w:after="0" w:line="240" w:lineRule="auto"/>
      </w:pPr>
      <w:hyperlink r:id="rId26">
        <w:r>
          <w:rPr>
            <w:color w:val="174B77"/>
          </w:rPr>
          <w:t xml:space="preserve">[19] Association pour le droit à l’initiative économique </w:t>
        </w:r>
        <w:r>
          <w:rPr>
            <w:color w:val="174B77"/>
          </w:rPr>
          <w:t>-</w:t>
        </w:r>
        <w:r>
          <w:rPr>
            <w:color w:val="174B77"/>
          </w:rPr>
          <w:t xml:space="preserve"> Le microcrédit</w:t>
        </w:r>
      </w:hyperlink>
    </w:p>
    <w:p w14:paraId="3C15DD42" w14:textId="65572A53" w:rsidR="00FC6F9B" w:rsidRDefault="00FC6F9B" w:rsidP="00FC6F9B">
      <w:pPr>
        <w:spacing w:after="0" w:line="240" w:lineRule="auto"/>
      </w:pPr>
      <w:hyperlink r:id="rId27">
        <w:r>
          <w:rPr>
            <w:color w:val="174B77"/>
          </w:rPr>
          <w:t xml:space="preserve">[20] France Active </w:t>
        </w:r>
        <w:r>
          <w:rPr>
            <w:color w:val="174B77"/>
          </w:rPr>
          <w:t>-</w:t>
        </w:r>
        <w:r>
          <w:rPr>
            <w:color w:val="174B77"/>
          </w:rPr>
          <w:t xml:space="preserve"> Créer son entreprise et accéder aux financements</w:t>
        </w:r>
      </w:hyperlink>
    </w:p>
    <w:p w14:paraId="2DD6102F" w14:textId="7AD4A574" w:rsidR="00FC6F9B" w:rsidRDefault="00FC6F9B" w:rsidP="00FC6F9B">
      <w:pPr>
        <w:spacing w:after="0" w:line="240" w:lineRule="auto"/>
      </w:pPr>
      <w:hyperlink r:id="rId28">
        <w:r>
          <w:rPr>
            <w:color w:val="174B77"/>
          </w:rPr>
          <w:t xml:space="preserve">[21] Service Public Entreprendre </w:t>
        </w:r>
        <w:r>
          <w:rPr>
            <w:color w:val="174B77"/>
          </w:rPr>
          <w:t>-</w:t>
        </w:r>
        <w:r>
          <w:rPr>
            <w:color w:val="174B77"/>
          </w:rPr>
          <w:t xml:space="preserve"> Aides des régions à la création et à la reprise</w:t>
        </w:r>
      </w:hyperlink>
    </w:p>
    <w:p w14:paraId="0837A170" w14:textId="7F0384E8" w:rsidR="00FC6F9B" w:rsidRDefault="00FC6F9B" w:rsidP="00FC6F9B">
      <w:pPr>
        <w:spacing w:after="0" w:line="240" w:lineRule="auto"/>
      </w:pPr>
      <w:hyperlink r:id="rId29">
        <w:r>
          <w:rPr>
            <w:color w:val="174B77"/>
          </w:rPr>
          <w:t xml:space="preserve">[22] Service Public Entreprendre </w:t>
        </w:r>
        <w:r>
          <w:rPr>
            <w:color w:val="174B77"/>
          </w:rPr>
          <w:t>-</w:t>
        </w:r>
        <w:r>
          <w:rPr>
            <w:color w:val="174B77"/>
          </w:rPr>
          <w:t xml:space="preserve"> Réduction d’impôt pour souscription au capital</w:t>
        </w:r>
      </w:hyperlink>
    </w:p>
    <w:p w14:paraId="5938E84E" w14:textId="5E69BA01" w:rsidR="00FC6F9B" w:rsidRDefault="00FC6F9B" w:rsidP="00FC6F9B">
      <w:pPr>
        <w:spacing w:after="0" w:line="240" w:lineRule="auto"/>
      </w:pPr>
      <w:hyperlink r:id="rId30">
        <w:r>
          <w:rPr>
            <w:color w:val="174B77"/>
          </w:rPr>
          <w:t xml:space="preserve">[23] Association de gestion du fonds pour l’insertion professionnelle des personnes handicapées </w:t>
        </w:r>
        <w:r>
          <w:rPr>
            <w:color w:val="174B77"/>
          </w:rPr>
          <w:t>-</w:t>
        </w:r>
        <w:r>
          <w:rPr>
            <w:color w:val="174B77"/>
          </w:rPr>
          <w:t xml:space="preserve"> Aide à la création ou à la reprise</w:t>
        </w:r>
      </w:hyperlink>
    </w:p>
    <w:p w14:paraId="7734CF06" w14:textId="55E59B3D" w:rsidR="00FC6F9B" w:rsidRDefault="00FC6F9B" w:rsidP="00FC6F9B">
      <w:pPr>
        <w:spacing w:after="0" w:line="240" w:lineRule="auto"/>
      </w:pPr>
      <w:hyperlink r:id="rId31">
        <w:r>
          <w:rPr>
            <w:color w:val="174B77"/>
          </w:rPr>
          <w:t xml:space="preserve">[24] Service Public Entreprendre </w:t>
        </w:r>
        <w:r>
          <w:rPr>
            <w:color w:val="174B77"/>
          </w:rPr>
          <w:t>-</w:t>
        </w:r>
        <w:r>
          <w:rPr>
            <w:color w:val="174B77"/>
          </w:rPr>
          <w:t xml:space="preserve"> Recherche de financements pour créer ou reprendre</w:t>
        </w:r>
      </w:hyperlink>
    </w:p>
    <w:p w14:paraId="703AA9D5" w14:textId="77777777" w:rsidR="00FC6F9B" w:rsidRDefault="00FC6F9B" w:rsidP="00FC6F9B">
      <w:pPr>
        <w:spacing w:after="0" w:line="240" w:lineRule="auto"/>
      </w:pPr>
      <w:hyperlink r:id="rId32">
        <w:r>
          <w:rPr>
            <w:color w:val="174B77"/>
          </w:rPr>
          <w:t xml:space="preserve">[25] Service Public Entreprendre </w:t>
        </w:r>
        <w:r>
          <w:rPr>
            <w:color w:val="174B77"/>
          </w:rPr>
          <w:t>-</w:t>
        </w:r>
        <w:r>
          <w:rPr>
            <w:color w:val="174B77"/>
          </w:rPr>
          <w:t xml:space="preserve"> Exonérations fiscales en zones France ruralités revitalisation</w:t>
        </w:r>
      </w:hyperlink>
    </w:p>
    <w:p w14:paraId="710D3BA6" w14:textId="7E286F16" w:rsidR="000411E3" w:rsidRPr="00AF6A80" w:rsidRDefault="000411E3" w:rsidP="00FC6F9B">
      <w:pPr>
        <w:spacing w:after="0" w:line="240" w:lineRule="auto"/>
      </w:pPr>
    </w:p>
    <w:sectPr w:rsidR="000411E3" w:rsidRPr="00AF6A80" w:rsidSect="00FC6F9B">
      <w:footerReference w:type="default" r:id="rId3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D99B0" w14:textId="77777777" w:rsidR="00224E9F" w:rsidRDefault="00224E9F" w:rsidP="00B870C7">
      <w:r>
        <w:separator/>
      </w:r>
    </w:p>
  </w:endnote>
  <w:endnote w:type="continuationSeparator" w:id="0">
    <w:p w14:paraId="5739EAE8" w14:textId="77777777" w:rsidR="00224E9F" w:rsidRDefault="00224E9F"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2505" w14:textId="4E4D2381"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9D00D" w14:textId="77777777" w:rsidR="00224E9F" w:rsidRDefault="00224E9F" w:rsidP="00B870C7">
      <w:r>
        <w:separator/>
      </w:r>
    </w:p>
  </w:footnote>
  <w:footnote w:type="continuationSeparator" w:id="0">
    <w:p w14:paraId="3E6C1166" w14:textId="77777777" w:rsidR="00224E9F" w:rsidRDefault="00224E9F"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53542E88"/>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3AD00238"/>
    <w:multiLevelType w:val="hybridMultilevel"/>
    <w:tmpl w:val="3A6EFD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03E535B"/>
    <w:multiLevelType w:val="hybridMultilevel"/>
    <w:tmpl w:val="1952C8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21812051">
    <w:abstractNumId w:val="8"/>
  </w:num>
  <w:num w:numId="2" w16cid:durableId="165051051">
    <w:abstractNumId w:val="10"/>
  </w:num>
  <w:num w:numId="3" w16cid:durableId="1919974055">
    <w:abstractNumId w:val="9"/>
  </w:num>
  <w:num w:numId="4" w16cid:durableId="1109356723">
    <w:abstractNumId w:val="6"/>
  </w:num>
  <w:num w:numId="5" w16cid:durableId="623269076">
    <w:abstractNumId w:val="5"/>
  </w:num>
  <w:num w:numId="6" w16cid:durableId="1935238872">
    <w:abstractNumId w:val="4"/>
  </w:num>
  <w:num w:numId="7" w16cid:durableId="1635138871">
    <w:abstractNumId w:val="7"/>
  </w:num>
  <w:num w:numId="8" w16cid:durableId="1058213228">
    <w:abstractNumId w:val="3"/>
  </w:num>
  <w:num w:numId="9" w16cid:durableId="844630383">
    <w:abstractNumId w:val="2"/>
  </w:num>
  <w:num w:numId="10" w16cid:durableId="723062780">
    <w:abstractNumId w:val="1"/>
  </w:num>
  <w:num w:numId="11" w16cid:durableId="166168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67DE2"/>
    <w:rsid w:val="000D6577"/>
    <w:rsid w:val="000F1177"/>
    <w:rsid w:val="000F4643"/>
    <w:rsid w:val="0013594E"/>
    <w:rsid w:val="00135CDD"/>
    <w:rsid w:val="0016487F"/>
    <w:rsid w:val="001666DB"/>
    <w:rsid w:val="001B03F3"/>
    <w:rsid w:val="001C2E5A"/>
    <w:rsid w:val="001E2D8F"/>
    <w:rsid w:val="001F5435"/>
    <w:rsid w:val="001F64D4"/>
    <w:rsid w:val="00224E9F"/>
    <w:rsid w:val="002439F2"/>
    <w:rsid w:val="002569B2"/>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80F46"/>
    <w:rsid w:val="0059110C"/>
    <w:rsid w:val="005962A0"/>
    <w:rsid w:val="005B4561"/>
    <w:rsid w:val="005E0DC3"/>
    <w:rsid w:val="00600E05"/>
    <w:rsid w:val="00613FDE"/>
    <w:rsid w:val="00632C58"/>
    <w:rsid w:val="00632EDC"/>
    <w:rsid w:val="0063472B"/>
    <w:rsid w:val="006460AB"/>
    <w:rsid w:val="00665A35"/>
    <w:rsid w:val="006C0415"/>
    <w:rsid w:val="006C6336"/>
    <w:rsid w:val="006D099F"/>
    <w:rsid w:val="006E7270"/>
    <w:rsid w:val="00700DA4"/>
    <w:rsid w:val="00713AC4"/>
    <w:rsid w:val="007A110E"/>
    <w:rsid w:val="007A1353"/>
    <w:rsid w:val="007C59BC"/>
    <w:rsid w:val="007D52B4"/>
    <w:rsid w:val="007E1FF6"/>
    <w:rsid w:val="00800F72"/>
    <w:rsid w:val="00807899"/>
    <w:rsid w:val="00821279"/>
    <w:rsid w:val="008476EE"/>
    <w:rsid w:val="00867BAB"/>
    <w:rsid w:val="00867FF2"/>
    <w:rsid w:val="008D1926"/>
    <w:rsid w:val="008F4A27"/>
    <w:rsid w:val="009115B1"/>
    <w:rsid w:val="00911C39"/>
    <w:rsid w:val="00931ED3"/>
    <w:rsid w:val="00991621"/>
    <w:rsid w:val="009B0B53"/>
    <w:rsid w:val="009B4249"/>
    <w:rsid w:val="009F0A1D"/>
    <w:rsid w:val="009F317A"/>
    <w:rsid w:val="00A145DF"/>
    <w:rsid w:val="00A4325D"/>
    <w:rsid w:val="00A52414"/>
    <w:rsid w:val="00A62827"/>
    <w:rsid w:val="00A662DC"/>
    <w:rsid w:val="00A878BE"/>
    <w:rsid w:val="00A94D14"/>
    <w:rsid w:val="00A9715C"/>
    <w:rsid w:val="00AA6814"/>
    <w:rsid w:val="00AB3D3A"/>
    <w:rsid w:val="00AB6315"/>
    <w:rsid w:val="00AF5111"/>
    <w:rsid w:val="00AF6A80"/>
    <w:rsid w:val="00B507B1"/>
    <w:rsid w:val="00B649B3"/>
    <w:rsid w:val="00B65E49"/>
    <w:rsid w:val="00B76104"/>
    <w:rsid w:val="00B870C7"/>
    <w:rsid w:val="00B9030D"/>
    <w:rsid w:val="00B906BB"/>
    <w:rsid w:val="00B9666C"/>
    <w:rsid w:val="00BA73A4"/>
    <w:rsid w:val="00BB2B03"/>
    <w:rsid w:val="00BD66AA"/>
    <w:rsid w:val="00C03F1D"/>
    <w:rsid w:val="00C17564"/>
    <w:rsid w:val="00C43ED4"/>
    <w:rsid w:val="00C825EC"/>
    <w:rsid w:val="00C86312"/>
    <w:rsid w:val="00C87F06"/>
    <w:rsid w:val="00CA4633"/>
    <w:rsid w:val="00CC4DE7"/>
    <w:rsid w:val="00D00629"/>
    <w:rsid w:val="00D503E9"/>
    <w:rsid w:val="00DA6E3D"/>
    <w:rsid w:val="00DD2902"/>
    <w:rsid w:val="00DE760B"/>
    <w:rsid w:val="00E07964"/>
    <w:rsid w:val="00E5775F"/>
    <w:rsid w:val="00E9016D"/>
    <w:rsid w:val="00F07238"/>
    <w:rsid w:val="00F26BAE"/>
    <w:rsid w:val="00F4784B"/>
    <w:rsid w:val="00F47F65"/>
    <w:rsid w:val="00F73967"/>
    <w:rsid w:val="00F83D28"/>
    <w:rsid w:val="00FC5D7F"/>
    <w:rsid w:val="00FC6F9B"/>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D90A"/>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067DE2"/>
    <w:pPr>
      <w:keepNext/>
      <w:keepLines/>
      <w:spacing w:after="0" w:line="240"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67DE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5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jc w:val="left"/>
    </w:pPr>
    <w:rPr>
      <w:b/>
      <w:bCs/>
      <w:caps/>
      <w:sz w:val="20"/>
      <w:szCs w:val="20"/>
    </w:rPr>
  </w:style>
  <w:style w:type="paragraph" w:styleId="TM2">
    <w:name w:val="toc 2"/>
    <w:basedOn w:val="Normal"/>
    <w:next w:val="Normal"/>
    <w:autoRedefine/>
    <w:uiPriority w:val="39"/>
    <w:unhideWhenUsed/>
    <w:rsid w:val="00B870C7"/>
    <w:pPr>
      <w:spacing w:after="0"/>
      <w:ind w:left="220"/>
      <w:jc w:val="left"/>
    </w:pPr>
    <w:rPr>
      <w:smallCaps/>
      <w:sz w:val="20"/>
      <w:szCs w:val="20"/>
    </w:rPr>
  </w:style>
  <w:style w:type="paragraph" w:styleId="TM3">
    <w:name w:val="toc 3"/>
    <w:basedOn w:val="Normal"/>
    <w:next w:val="Normal"/>
    <w:autoRedefine/>
    <w:uiPriority w:val="39"/>
    <w:unhideWhenUsed/>
    <w:rsid w:val="00B870C7"/>
    <w:pPr>
      <w:spacing w:after="0"/>
      <w:ind w:left="440"/>
      <w:jc w:val="left"/>
    </w:pPr>
    <w:rPr>
      <w:i/>
      <w:iCs/>
      <w:sz w:val="20"/>
      <w:szCs w:val="20"/>
    </w:rPr>
  </w:style>
  <w:style w:type="paragraph" w:styleId="TM4">
    <w:name w:val="toc 4"/>
    <w:basedOn w:val="Normal"/>
    <w:next w:val="Normal"/>
    <w:autoRedefine/>
    <w:uiPriority w:val="39"/>
    <w:unhideWhenUsed/>
    <w:rsid w:val="00B870C7"/>
    <w:pPr>
      <w:spacing w:after="0"/>
      <w:ind w:left="660"/>
      <w:jc w:val="left"/>
    </w:pPr>
    <w:rPr>
      <w:sz w:val="18"/>
      <w:szCs w:val="18"/>
    </w:rPr>
  </w:style>
  <w:style w:type="paragraph" w:styleId="TM5">
    <w:name w:val="toc 5"/>
    <w:basedOn w:val="Normal"/>
    <w:next w:val="Normal"/>
    <w:autoRedefine/>
    <w:uiPriority w:val="39"/>
    <w:unhideWhenUsed/>
    <w:rsid w:val="00B870C7"/>
    <w:pPr>
      <w:spacing w:after="0"/>
      <w:ind w:left="880"/>
      <w:jc w:val="left"/>
    </w:pPr>
    <w:rPr>
      <w:sz w:val="18"/>
      <w:szCs w:val="18"/>
    </w:rPr>
  </w:style>
  <w:style w:type="paragraph" w:styleId="TM6">
    <w:name w:val="toc 6"/>
    <w:basedOn w:val="Normal"/>
    <w:next w:val="Normal"/>
    <w:autoRedefine/>
    <w:uiPriority w:val="39"/>
    <w:unhideWhenUsed/>
    <w:rsid w:val="00B870C7"/>
    <w:pPr>
      <w:spacing w:after="0"/>
      <w:ind w:left="1100"/>
      <w:jc w:val="left"/>
    </w:pPr>
    <w:rPr>
      <w:sz w:val="18"/>
      <w:szCs w:val="18"/>
    </w:rPr>
  </w:style>
  <w:style w:type="paragraph" w:styleId="TM7">
    <w:name w:val="toc 7"/>
    <w:basedOn w:val="Normal"/>
    <w:next w:val="Normal"/>
    <w:autoRedefine/>
    <w:uiPriority w:val="39"/>
    <w:unhideWhenUsed/>
    <w:rsid w:val="00B870C7"/>
    <w:pPr>
      <w:spacing w:after="0"/>
      <w:ind w:left="1320"/>
      <w:jc w:val="left"/>
    </w:pPr>
    <w:rPr>
      <w:sz w:val="18"/>
      <w:szCs w:val="18"/>
    </w:rPr>
  </w:style>
  <w:style w:type="paragraph" w:styleId="TM8">
    <w:name w:val="toc 8"/>
    <w:basedOn w:val="Normal"/>
    <w:next w:val="Normal"/>
    <w:autoRedefine/>
    <w:uiPriority w:val="39"/>
    <w:unhideWhenUsed/>
    <w:rsid w:val="00B870C7"/>
    <w:pPr>
      <w:spacing w:after="0"/>
      <w:ind w:left="1540"/>
      <w:jc w:val="left"/>
    </w:pPr>
    <w:rPr>
      <w:sz w:val="18"/>
      <w:szCs w:val="18"/>
    </w:rPr>
  </w:style>
  <w:style w:type="paragraph" w:styleId="TM9">
    <w:name w:val="toc 9"/>
    <w:basedOn w:val="Normal"/>
    <w:next w:val="Normal"/>
    <w:autoRedefine/>
    <w:uiPriority w:val="39"/>
    <w:unhideWhenUsed/>
    <w:rsid w:val="00B870C7"/>
    <w:pPr>
      <w:spacing w:after="0"/>
      <w:ind w:left="1760"/>
      <w:jc w:val="left"/>
    </w:pPr>
    <w:rPr>
      <w:sz w:val="18"/>
      <w:szCs w:val="18"/>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styleId="Listepuces">
    <w:name w:val="List Bullet"/>
    <w:basedOn w:val="Normal"/>
    <w:uiPriority w:val="99"/>
    <w:unhideWhenUsed/>
    <w:rsid w:val="001E2D8F"/>
    <w:pPr>
      <w:numPr>
        <w:numId w:val="1"/>
      </w:numPr>
      <w:tabs>
        <w:tab w:val="clear" w:pos="360"/>
      </w:tabs>
      <w:spacing w:after="120" w:line="254" w:lineRule="auto"/>
      <w:contextualSpacing/>
      <w:jc w:val="left"/>
    </w:pPr>
    <w:rPr>
      <w:rFonts w:ascii="Calibri" w:eastAsiaTheme="minorEastAsia" w:hAnsi="Calibri"/>
      <w:color w:val="000000"/>
      <w:kern w:val="0"/>
      <w:lang w:val="en-US"/>
      <w14:ligatures w14:val="none"/>
    </w:rPr>
  </w:style>
  <w:style w:type="paragraph" w:styleId="Corpsdetexte">
    <w:name w:val="Body Text"/>
    <w:basedOn w:val="Normal"/>
    <w:link w:val="CorpsdetexteCar"/>
    <w:uiPriority w:val="99"/>
    <w:unhideWhenUsed/>
    <w:rsid w:val="00FC6F9B"/>
    <w:pPr>
      <w:spacing w:after="120" w:line="254" w:lineRule="auto"/>
      <w:jc w:val="left"/>
    </w:pPr>
    <w:rPr>
      <w:rFonts w:ascii="Calibri" w:eastAsiaTheme="minorEastAsia" w:hAnsi="Calibri"/>
      <w:color w:val="000000"/>
      <w:kern w:val="0"/>
      <w:lang w:val="en-US"/>
      <w14:ligatures w14:val="none"/>
    </w:rPr>
  </w:style>
  <w:style w:type="character" w:customStyle="1" w:styleId="CorpsdetexteCar">
    <w:name w:val="Corps de texte Car"/>
    <w:basedOn w:val="Policepardfaut"/>
    <w:link w:val="Corpsdetexte"/>
    <w:uiPriority w:val="99"/>
    <w:rsid w:val="00FC6F9B"/>
    <w:rPr>
      <w:rFonts w:ascii="Calibri" w:eastAsiaTheme="minorEastAsia" w:hAnsi="Calibri"/>
      <w:color w:val="000000"/>
      <w:kern w:val="0"/>
      <w:lang w:val="en-US"/>
      <w14:ligatures w14:val="none"/>
    </w:rPr>
  </w:style>
  <w:style w:type="paragraph" w:styleId="Corpsdetexte2">
    <w:name w:val="Body Text 2"/>
    <w:basedOn w:val="Normal"/>
    <w:link w:val="Corpsdetexte2Car"/>
    <w:uiPriority w:val="99"/>
    <w:unhideWhenUsed/>
    <w:rsid w:val="00FC6F9B"/>
    <w:pPr>
      <w:spacing w:after="120" w:line="480" w:lineRule="auto"/>
      <w:jc w:val="left"/>
    </w:pPr>
    <w:rPr>
      <w:rFonts w:ascii="Calibri" w:eastAsiaTheme="minorEastAsia" w:hAnsi="Calibri"/>
      <w:color w:val="000000"/>
      <w:kern w:val="0"/>
      <w:lang w:val="en-US"/>
      <w14:ligatures w14:val="none"/>
    </w:rPr>
  </w:style>
  <w:style w:type="character" w:customStyle="1" w:styleId="Corpsdetexte2Car">
    <w:name w:val="Corps de texte 2 Car"/>
    <w:basedOn w:val="Policepardfaut"/>
    <w:link w:val="Corpsdetexte2"/>
    <w:uiPriority w:val="99"/>
    <w:rsid w:val="00FC6F9B"/>
    <w:rPr>
      <w:rFonts w:ascii="Calibri" w:eastAsiaTheme="minorEastAsia" w:hAnsi="Calibri"/>
      <w:color w:val="000000"/>
      <w:kern w:val="0"/>
      <w:lang w:val="en-US"/>
      <w14:ligatures w14:val="none"/>
    </w:rPr>
  </w:style>
  <w:style w:type="paragraph" w:styleId="Corpsdetexte3">
    <w:name w:val="Body Text 3"/>
    <w:basedOn w:val="Normal"/>
    <w:link w:val="Corpsdetexte3Car"/>
    <w:uiPriority w:val="99"/>
    <w:unhideWhenUsed/>
    <w:rsid w:val="00FC6F9B"/>
    <w:pPr>
      <w:spacing w:after="120" w:line="254" w:lineRule="auto"/>
      <w:jc w:val="left"/>
    </w:pPr>
    <w:rPr>
      <w:rFonts w:ascii="Calibri" w:eastAsiaTheme="minorEastAsia" w:hAnsi="Calibri"/>
      <w:color w:val="000000"/>
      <w:kern w:val="0"/>
      <w:sz w:val="16"/>
      <w:szCs w:val="16"/>
      <w:lang w:val="en-US"/>
      <w14:ligatures w14:val="none"/>
    </w:rPr>
  </w:style>
  <w:style w:type="character" w:customStyle="1" w:styleId="Corpsdetexte3Car">
    <w:name w:val="Corps de texte 3 Car"/>
    <w:basedOn w:val="Policepardfaut"/>
    <w:link w:val="Corpsdetexte3"/>
    <w:uiPriority w:val="99"/>
    <w:rsid w:val="00FC6F9B"/>
    <w:rPr>
      <w:rFonts w:ascii="Calibri" w:eastAsiaTheme="minorEastAsia" w:hAnsi="Calibri"/>
      <w:color w:val="000000"/>
      <w:kern w:val="0"/>
      <w:sz w:val="16"/>
      <w:szCs w:val="16"/>
      <w:lang w:val="en-US"/>
      <w14:ligatures w14:val="none"/>
    </w:rPr>
  </w:style>
  <w:style w:type="paragraph" w:styleId="Liste">
    <w:name w:val="List"/>
    <w:basedOn w:val="Normal"/>
    <w:uiPriority w:val="99"/>
    <w:unhideWhenUsed/>
    <w:rsid w:val="00FC6F9B"/>
    <w:pPr>
      <w:spacing w:after="120" w:line="254" w:lineRule="auto"/>
      <w:ind w:left="360" w:hanging="360"/>
      <w:contextualSpacing/>
      <w:jc w:val="left"/>
    </w:pPr>
    <w:rPr>
      <w:rFonts w:ascii="Calibri" w:eastAsiaTheme="minorEastAsia" w:hAnsi="Calibri"/>
      <w:color w:val="000000"/>
      <w:kern w:val="0"/>
      <w:lang w:val="en-US"/>
      <w14:ligatures w14:val="none"/>
    </w:rPr>
  </w:style>
  <w:style w:type="paragraph" w:styleId="Liste2">
    <w:name w:val="List 2"/>
    <w:basedOn w:val="Normal"/>
    <w:uiPriority w:val="99"/>
    <w:unhideWhenUsed/>
    <w:rsid w:val="00FC6F9B"/>
    <w:pPr>
      <w:spacing w:after="120" w:line="254" w:lineRule="auto"/>
      <w:ind w:left="720" w:hanging="360"/>
      <w:contextualSpacing/>
      <w:jc w:val="left"/>
    </w:pPr>
    <w:rPr>
      <w:rFonts w:ascii="Calibri" w:eastAsiaTheme="minorEastAsia" w:hAnsi="Calibri"/>
      <w:color w:val="000000"/>
      <w:kern w:val="0"/>
      <w:lang w:val="en-US"/>
      <w14:ligatures w14:val="none"/>
    </w:rPr>
  </w:style>
  <w:style w:type="paragraph" w:styleId="Liste3">
    <w:name w:val="List 3"/>
    <w:basedOn w:val="Normal"/>
    <w:uiPriority w:val="99"/>
    <w:unhideWhenUsed/>
    <w:rsid w:val="00FC6F9B"/>
    <w:pPr>
      <w:spacing w:after="120" w:line="254" w:lineRule="auto"/>
      <w:ind w:left="1080" w:hanging="360"/>
      <w:contextualSpacing/>
      <w:jc w:val="left"/>
    </w:pPr>
    <w:rPr>
      <w:rFonts w:ascii="Calibri" w:eastAsiaTheme="minorEastAsia" w:hAnsi="Calibri"/>
      <w:color w:val="000000"/>
      <w:kern w:val="0"/>
      <w:lang w:val="en-US"/>
      <w14:ligatures w14:val="none"/>
    </w:rPr>
  </w:style>
  <w:style w:type="paragraph" w:styleId="Listepuces2">
    <w:name w:val="List Bullet 2"/>
    <w:basedOn w:val="Normal"/>
    <w:uiPriority w:val="99"/>
    <w:unhideWhenUsed/>
    <w:rsid w:val="00FC6F9B"/>
    <w:pPr>
      <w:numPr>
        <w:numId w:val="4"/>
      </w:numPr>
      <w:tabs>
        <w:tab w:val="clear" w:pos="72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puces3">
    <w:name w:val="List Bullet 3"/>
    <w:basedOn w:val="Normal"/>
    <w:uiPriority w:val="99"/>
    <w:unhideWhenUsed/>
    <w:rsid w:val="00FC6F9B"/>
    <w:pPr>
      <w:numPr>
        <w:numId w:val="5"/>
      </w:numPr>
      <w:tabs>
        <w:tab w:val="clear" w:pos="108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numros">
    <w:name w:val="List Number"/>
    <w:basedOn w:val="Normal"/>
    <w:uiPriority w:val="99"/>
    <w:unhideWhenUsed/>
    <w:rsid w:val="00FC6F9B"/>
    <w:pPr>
      <w:numPr>
        <w:numId w:val="7"/>
      </w:numPr>
      <w:tabs>
        <w:tab w:val="clear" w:pos="36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numros2">
    <w:name w:val="List Number 2"/>
    <w:basedOn w:val="Normal"/>
    <w:uiPriority w:val="99"/>
    <w:unhideWhenUsed/>
    <w:rsid w:val="00FC6F9B"/>
    <w:pPr>
      <w:numPr>
        <w:numId w:val="8"/>
      </w:numPr>
      <w:tabs>
        <w:tab w:val="clear" w:pos="72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numros3">
    <w:name w:val="List Number 3"/>
    <w:basedOn w:val="Normal"/>
    <w:uiPriority w:val="99"/>
    <w:unhideWhenUsed/>
    <w:rsid w:val="00FC6F9B"/>
    <w:pPr>
      <w:numPr>
        <w:numId w:val="9"/>
      </w:numPr>
      <w:tabs>
        <w:tab w:val="clear" w:pos="108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continue">
    <w:name w:val="List Continue"/>
    <w:basedOn w:val="Normal"/>
    <w:uiPriority w:val="99"/>
    <w:unhideWhenUsed/>
    <w:rsid w:val="00FC6F9B"/>
    <w:pPr>
      <w:spacing w:after="120" w:line="254" w:lineRule="auto"/>
      <w:ind w:left="360"/>
      <w:contextualSpacing/>
      <w:jc w:val="left"/>
    </w:pPr>
    <w:rPr>
      <w:rFonts w:ascii="Calibri" w:eastAsiaTheme="minorEastAsia" w:hAnsi="Calibri"/>
      <w:color w:val="000000"/>
      <w:kern w:val="0"/>
      <w:lang w:val="en-US"/>
      <w14:ligatures w14:val="none"/>
    </w:rPr>
  </w:style>
  <w:style w:type="paragraph" w:styleId="Listecontinue2">
    <w:name w:val="List Continue 2"/>
    <w:basedOn w:val="Normal"/>
    <w:uiPriority w:val="99"/>
    <w:unhideWhenUsed/>
    <w:rsid w:val="00FC6F9B"/>
    <w:pPr>
      <w:spacing w:after="120" w:line="254" w:lineRule="auto"/>
      <w:ind w:left="720"/>
      <w:contextualSpacing/>
      <w:jc w:val="left"/>
    </w:pPr>
    <w:rPr>
      <w:rFonts w:ascii="Calibri" w:eastAsiaTheme="minorEastAsia" w:hAnsi="Calibri"/>
      <w:color w:val="000000"/>
      <w:kern w:val="0"/>
      <w:lang w:val="en-US"/>
      <w14:ligatures w14:val="none"/>
    </w:rPr>
  </w:style>
  <w:style w:type="paragraph" w:styleId="Listecontinue3">
    <w:name w:val="List Continue 3"/>
    <w:basedOn w:val="Normal"/>
    <w:uiPriority w:val="99"/>
    <w:unhideWhenUsed/>
    <w:rsid w:val="00FC6F9B"/>
    <w:pPr>
      <w:spacing w:after="120" w:line="254" w:lineRule="auto"/>
      <w:ind w:left="1080"/>
      <w:contextualSpacing/>
      <w:jc w:val="left"/>
    </w:pPr>
    <w:rPr>
      <w:rFonts w:ascii="Calibri" w:eastAsiaTheme="minorEastAsia" w:hAnsi="Calibri"/>
      <w:color w:val="000000"/>
      <w:kern w:val="0"/>
      <w:lang w:val="en-US"/>
      <w14:ligatures w14:val="none"/>
    </w:rPr>
  </w:style>
  <w:style w:type="paragraph" w:styleId="Textedemacro">
    <w:name w:val="macro"/>
    <w:link w:val="TextedemacroCar"/>
    <w:uiPriority w:val="99"/>
    <w:unhideWhenUsed/>
    <w:rsid w:val="00FC6F9B"/>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TextedemacroCar">
    <w:name w:val="Texte de macro Car"/>
    <w:basedOn w:val="Policepardfaut"/>
    <w:link w:val="Textedemacro"/>
    <w:uiPriority w:val="99"/>
    <w:rsid w:val="00FC6F9B"/>
    <w:rPr>
      <w:rFonts w:ascii="Courier" w:eastAsiaTheme="minorEastAsia" w:hAnsi="Courier"/>
      <w:kern w:val="0"/>
      <w:sz w:val="20"/>
      <w:szCs w:val="20"/>
      <w:lang w:val="en-US"/>
      <w14:ligatures w14:val="none"/>
    </w:rPr>
  </w:style>
  <w:style w:type="paragraph" w:styleId="Lgende">
    <w:name w:val="caption"/>
    <w:basedOn w:val="Normal"/>
    <w:next w:val="Normal"/>
    <w:uiPriority w:val="35"/>
    <w:semiHidden/>
    <w:unhideWhenUsed/>
    <w:qFormat/>
    <w:rsid w:val="00FC6F9B"/>
    <w:pPr>
      <w:spacing w:after="120" w:line="240" w:lineRule="auto"/>
      <w:jc w:val="left"/>
    </w:pPr>
    <w:rPr>
      <w:rFonts w:ascii="Calibri" w:eastAsiaTheme="minorEastAsia" w:hAnsi="Calibri"/>
      <w:b/>
      <w:bCs/>
      <w:color w:val="156082" w:themeColor="accent1"/>
      <w:kern w:val="0"/>
      <w:sz w:val="18"/>
      <w:szCs w:val="18"/>
      <w:lang w:val="en-US"/>
      <w14:ligatures w14:val="none"/>
    </w:rPr>
  </w:style>
  <w:style w:type="character" w:styleId="Accentuationlgre">
    <w:name w:val="Subtle Emphasis"/>
    <w:basedOn w:val="Policepardfaut"/>
    <w:uiPriority w:val="19"/>
    <w:qFormat/>
    <w:rsid w:val="00FC6F9B"/>
    <w:rPr>
      <w:i/>
      <w:iCs/>
      <w:color w:val="808080" w:themeColor="text1" w:themeTint="7F"/>
    </w:rPr>
  </w:style>
  <w:style w:type="character" w:styleId="Rfrencelgre">
    <w:name w:val="Subtle Reference"/>
    <w:basedOn w:val="Policepardfaut"/>
    <w:uiPriority w:val="31"/>
    <w:qFormat/>
    <w:rsid w:val="00FC6F9B"/>
    <w:rPr>
      <w:smallCaps/>
      <w:color w:val="E97132" w:themeColor="accent2"/>
      <w:u w:val="single"/>
    </w:rPr>
  </w:style>
  <w:style w:type="character" w:styleId="Titredulivre">
    <w:name w:val="Book Title"/>
    <w:basedOn w:val="Policepardfaut"/>
    <w:uiPriority w:val="33"/>
    <w:qFormat/>
    <w:rsid w:val="00FC6F9B"/>
    <w:rPr>
      <w:b/>
      <w:bCs/>
      <w:smallCaps/>
      <w:spacing w:val="5"/>
    </w:rPr>
  </w:style>
  <w:style w:type="paragraph" w:styleId="En-ttedetabledesmatires">
    <w:name w:val="TOC Heading"/>
    <w:basedOn w:val="Titre1"/>
    <w:next w:val="Normal"/>
    <w:uiPriority w:val="39"/>
    <w:semiHidden/>
    <w:unhideWhenUsed/>
    <w:qFormat/>
    <w:rsid w:val="00FC6F9B"/>
    <w:pPr>
      <w:spacing w:before="140" w:after="120" w:line="254" w:lineRule="auto"/>
      <w:jc w:val="left"/>
      <w:outlineLvl w:val="9"/>
    </w:pPr>
    <w:rPr>
      <w:b/>
      <w:bCs/>
      <w:color w:val="000000"/>
      <w:kern w:val="0"/>
      <w:sz w:val="34"/>
      <w:szCs w:val="28"/>
      <w:lang w:val="en-US"/>
      <w14:ligatures w14:val="none"/>
    </w:rPr>
  </w:style>
  <w:style w:type="table" w:styleId="Ombrageclair">
    <w:name w:val="Light Shading"/>
    <w:basedOn w:val="TableauNormal"/>
    <w:uiPriority w:val="60"/>
    <w:rsid w:val="00FC6F9B"/>
    <w:pPr>
      <w:spacing w:after="0" w:line="240" w:lineRule="auto"/>
    </w:pPr>
    <w:rPr>
      <w:rFonts w:eastAsiaTheme="minorEastAsia"/>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F9B"/>
    <w:pPr>
      <w:spacing w:after="0" w:line="240" w:lineRule="auto"/>
    </w:pPr>
    <w:rPr>
      <w:rFonts w:eastAsiaTheme="minorEastAsia"/>
      <w:color w:val="0F4761" w:themeColor="accent1" w:themeShade="BF"/>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rsid w:val="00FC6F9B"/>
    <w:pPr>
      <w:spacing w:after="0" w:line="240" w:lineRule="auto"/>
    </w:pPr>
    <w:rPr>
      <w:rFonts w:eastAsiaTheme="minorEastAsia"/>
      <w:color w:val="BF4E14" w:themeColor="accent2" w:themeShade="BF"/>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rsid w:val="00FC6F9B"/>
    <w:pPr>
      <w:spacing w:after="0" w:line="240" w:lineRule="auto"/>
    </w:pPr>
    <w:rPr>
      <w:rFonts w:eastAsiaTheme="minorEastAsia"/>
      <w:color w:val="124F1A" w:themeColor="accent3" w:themeShade="BF"/>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rsid w:val="00FC6F9B"/>
    <w:pPr>
      <w:spacing w:after="0" w:line="240" w:lineRule="auto"/>
    </w:pPr>
    <w:rPr>
      <w:rFonts w:eastAsiaTheme="minorEastAsia"/>
      <w:color w:val="0B769F" w:themeColor="accent4" w:themeShade="BF"/>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rsid w:val="00FC6F9B"/>
    <w:pPr>
      <w:spacing w:after="0" w:line="240" w:lineRule="auto"/>
    </w:pPr>
    <w:rPr>
      <w:rFonts w:eastAsiaTheme="minorEastAsia"/>
      <w:color w:val="77206D" w:themeColor="accent5" w:themeShade="BF"/>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rsid w:val="00FC6F9B"/>
    <w:pPr>
      <w:spacing w:after="0" w:line="240" w:lineRule="auto"/>
    </w:pPr>
    <w:rPr>
      <w:rFonts w:eastAsiaTheme="minorEastAsia"/>
      <w:color w:val="3A7C22" w:themeColor="accent6" w:themeShade="BF"/>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claire">
    <w:name w:val="Light List"/>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Grilleclaire">
    <w:name w:val="Light Grid"/>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Tramemoyenne1">
    <w:name w:val="Medium Shading 1"/>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fonce">
    <w:name w:val="Dark List"/>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Tramecouleur">
    <w:name w:val="Colorful Shading"/>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Grillecouleur">
    <w:name w:val="Colorful Grid"/>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mpots.gouv.fr/actualite/taux-reduit-dimpot-sur-les-societes-le-critere-du-chiffre-daffaires-revu-pour-les" TargetMode="External"/><Relationship Id="rId18" Type="http://schemas.openxmlformats.org/officeDocument/2006/relationships/hyperlink" Target="https://www.cci.fr/ressources/creation-dentreprise/accompagnement-et-aides/les-aides-principales-pour-entreprendre-ou-reprendre" TargetMode="External"/><Relationship Id="rId26" Type="http://schemas.openxmlformats.org/officeDocument/2006/relationships/hyperlink" Target="https://www.adie.org/fiches-pratiques/le-micro-credit/" TargetMode="External"/><Relationship Id="rId3" Type="http://schemas.openxmlformats.org/officeDocument/2006/relationships/styles" Target="styles.xml"/><Relationship Id="rId21" Type="http://schemas.openxmlformats.org/officeDocument/2006/relationships/hyperlink" Target="https://entreprendre.service-public.gouv.fr/vosdroits/F11677"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mpots.gouv.fr/international-professionnel/fiscalite-des-entreprises" TargetMode="External"/><Relationship Id="rId17" Type="http://schemas.openxmlformats.org/officeDocument/2006/relationships/hyperlink" Target="https://entreprendre.service-public.gouv.fr/vosdroits/F36072" TargetMode="External"/><Relationship Id="rId25" Type="http://schemas.openxmlformats.org/officeDocument/2006/relationships/hyperlink" Target="https://www.reseau-entreprendre.org/paris/entreprendre/"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ntreprendre.service-public.gouv.fr/vosdroits/F35965" TargetMode="External"/><Relationship Id="rId20" Type="http://schemas.openxmlformats.org/officeDocument/2006/relationships/hyperlink" Target="https://entreprendre.service-public.gouv.fr/vosdroits/F36763" TargetMode="External"/><Relationship Id="rId29" Type="http://schemas.openxmlformats.org/officeDocument/2006/relationships/hyperlink" Target="https://entreprendre.service-public.gouv.fr/vosdroits/F370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treprendre.service-public.gouv.fr/vosdroits/F35958" TargetMode="External"/><Relationship Id="rId24" Type="http://schemas.openxmlformats.org/officeDocument/2006/relationships/hyperlink" Target="https://www.initiative-france.fr/nos-solutions/financement-le-pret-d-honneur.html" TargetMode="External"/><Relationship Id="rId32" Type="http://schemas.openxmlformats.org/officeDocument/2006/relationships/hyperlink" Target="https://entreprendre.service-public.gouv.fr/vosdroits/F31139" TargetMode="External"/><Relationship Id="rId5" Type="http://schemas.openxmlformats.org/officeDocument/2006/relationships/webSettings" Target="webSettings.xml"/><Relationship Id="rId15" Type="http://schemas.openxmlformats.org/officeDocument/2006/relationships/hyperlink" Target="https://www.cnil.fr/fr/comment-deployer-une-ia-generative-la-cnil-apporte-de-premieres-precisions" TargetMode="External"/><Relationship Id="rId23" Type="http://schemas.openxmlformats.org/officeDocument/2006/relationships/hyperlink" Target="https://www.francetravail.fr/candidat/mes-droits-aux-aides-et-allocati/a-chaque-situation-son-allocatio/quelle-est-ma-situation-professi/je-reprends-une-activite-ou-une/je-cree-je-reprends-une-entrepri.html" TargetMode="External"/><Relationship Id="rId28" Type="http://schemas.openxmlformats.org/officeDocument/2006/relationships/hyperlink" Target="https://entreprendre.service-public.gouv.fr/vosdroits/F20016" TargetMode="External"/><Relationship Id="rId10" Type="http://schemas.openxmlformats.org/officeDocument/2006/relationships/hyperlink" Target="https://www.strategyzer.com/library/the-business-model-canvas" TargetMode="External"/><Relationship Id="rId19" Type="http://schemas.openxmlformats.org/officeDocument/2006/relationships/hyperlink" Target="https://entreprendre.service-public.gouv.fr/vosdroits/F35934" TargetMode="External"/><Relationship Id="rId31" Type="http://schemas.openxmlformats.org/officeDocument/2006/relationships/hyperlink" Target="https://entreprendre.service-public.gouv.fr/vosdroits/F35930" TargetMode="External"/><Relationship Id="rId4" Type="http://schemas.openxmlformats.org/officeDocument/2006/relationships/settings" Target="settings.xml"/><Relationship Id="rId9" Type="http://schemas.openxmlformats.org/officeDocument/2006/relationships/hyperlink" Target="https://bpifrance-creation.fr/moment-de-vie/business-model-business-plan-quelle-difference" TargetMode="External"/><Relationship Id="rId14" Type="http://schemas.openxmlformats.org/officeDocument/2006/relationships/hyperlink" Target="https://www.impots.gouv.fr/professionnel/questions/partir-de-quand-suis-je-concerne-par-la-reforme-de-la-facturation" TargetMode="External"/><Relationship Id="rId22" Type="http://schemas.openxmlformats.org/officeDocument/2006/relationships/hyperlink" Target="https://www.francetravail.fr/candidat/je-creereprends-une-entreprise/les-aides-financieres-creation-d/aide-a-la-reprise-et-a-la-creati.html" TargetMode="External"/><Relationship Id="rId27" Type="http://schemas.openxmlformats.org/officeDocument/2006/relationships/hyperlink" Target="https://www.franceactive.org/accelerer-votre-reussite/vous-etes-pret-e-s-a-creer-votre-entreprise/" TargetMode="External"/><Relationship Id="rId30" Type="http://schemas.openxmlformats.org/officeDocument/2006/relationships/hyperlink" Target="https://www.agefiph.fr/aides-financieres/aide-la-creation-ou-la-reprise-dune-entreprise" TargetMode="External"/><Relationship Id="rId35" Type="http://schemas.openxmlformats.org/officeDocument/2006/relationships/theme" Target="theme/theme1.xml"/><Relationship Id="rId8" Type="http://schemas.openxmlformats.org/officeDocument/2006/relationships/hyperlink" Target="https://bpifrance-creation.fr/encyclopedie/previsions-financieres-business-plan/business-plan/faire-son-business-pla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DAA3A-4B48-44BD-9A9C-4D7699322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24</Pages>
  <Words>14598</Words>
  <Characters>80291</Characters>
  <Application>Microsoft Office Word</Application>
  <DocSecurity>0</DocSecurity>
  <Lines>669</Lines>
  <Paragraphs>189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2026-10-01T12:29:00Z</dcterms:created>
  <dcterms:modified xsi:type="dcterms:W3CDTF">2026-10-01T13:06:00Z</dcterms:modified>
</cp:coreProperties>
</file>